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Грибное лукошко Пришелонья</w:t>
      </w:r>
    </w:p>
    <w:p>
      <w:pPr>
        <w:pStyle w:val="Subtitle"/>
      </w:pPr>
      <w:r>
        <w:t>Семейные рецепты Порховского муниципального округа</w:t>
      </w:r>
    </w:p>
    <w:p>
      <w:r>
        <w:t>Рецепты и кулинарные идеи участников грибного фестиваля. Порховская центральная районная библиотека благодарит всех, кто поделился своими записями.</w:t>
      </w:r>
    </w:p>
    <w:p>
      <w:pPr>
        <w:pStyle w:val="Heading1"/>
        <w:keepNext/>
        <w:keepLines/>
      </w:pPr>
      <w:r>
        <w:t>1 Тёплый салат с карамелизированными грибами и грушей</w:t>
      </w:r>
    </w:p>
    <w:p>
      <w:pPr>
        <w:keepNext/>
        <w:keepLines/>
      </w:pPr>
      <w:r>
        <w:rPr>
          <w:b/>
        </w:rPr>
        <w:t xml:space="preserve">Ингредиенты: </w:t>
      </w:r>
      <w:r>
        <w:t>Шампиньоны — 300 г; груша — 1 крупная, лучше твёрдого сорта; микс салатных листьев — 150–200 г; грецкие орехи — 30–40 г; мёд — 1 ст. л.; бальзамический уксус — 1 ч. л.; оливковое масло — 2 ст. л.; соль, перец.</w:t>
      </w:r>
    </w:p>
    <w:p>
      <w:pPr>
        <w:keepNext/>
        <w:keepLines/>
      </w:pPr>
      <w:r>
        <w:rPr>
          <w:b/>
        </w:rPr>
        <w:t>Приготовление</w:t>
      </w:r>
    </w:p>
    <w:p>
      <w:pPr>
        <w:keepNext/>
        <w:keepLines/>
      </w:pPr>
      <w:r>
        <w:t>1. На сухой сковороде разогрейте мёд и каплю масла. Быстро обжарьте грибы до карамельной корочки, 5–7 минут. В конце добавьте уксус и перемешайте.</w:t>
      </w:r>
    </w:p>
    <w:p>
      <w:pPr>
        <w:keepNext/>
        <w:keepLines/>
      </w:pPr>
      <w:r>
        <w:t>2. Грушу нарежьте тонкими ломтиками.</w:t>
      </w:r>
    </w:p>
    <w:p>
      <w:pPr>
        <w:keepLines/>
      </w:pPr>
      <w:r>
        <w:t>3. На тарелку выложите салатные листья, сверху — тёплые грибы, ломтики груши и орехи. Посолите и поперчите.</w:t>
      </w:r>
    </w:p>
    <w:p>
      <w:pPr>
        <w:pStyle w:val="Heading1"/>
        <w:keepNext/>
        <w:keepLines/>
      </w:pPr>
      <w:r>
        <w:t>2 Грибной паштет с пряностями</w:t>
      </w:r>
    </w:p>
    <w:p>
      <w:pPr>
        <w:keepNext/>
        <w:keepLines/>
      </w:pPr>
      <w:r>
        <w:rPr>
          <w:b/>
        </w:rPr>
        <w:t xml:space="preserve">Ингредиенты: </w:t>
      </w:r>
      <w:r>
        <w:t>Шампиньоны — 300 г; репчатый лук — 1 шт.; чеснок — 2 зубчика; сливочное масло — 50 г; паприка — 1 ч. л.; мускатный орех — щепотка; соль, перец; сливки или сметана — 2 ст. л.</w:t>
      </w:r>
    </w:p>
    <w:p>
      <w:pPr>
        <w:keepNext/>
        <w:keepLines/>
      </w:pPr>
      <w:r>
        <w:rPr>
          <w:b/>
        </w:rPr>
        <w:t>Приготовление</w:t>
      </w:r>
    </w:p>
    <w:p>
      <w:pPr>
        <w:keepNext/>
        <w:keepLines/>
      </w:pPr>
      <w:r>
        <w:t>1. Лук и чеснок мелко нарежьте и обжарьте на сливочном масле.</w:t>
      </w:r>
    </w:p>
    <w:p>
      <w:pPr>
        <w:keepNext/>
        <w:keepLines/>
      </w:pPr>
      <w:r>
        <w:t>2. Добавьте грибы, нарезанные крупно, и тушите, пока не уйдёт влага. Слегка подрумяньте.</w:t>
      </w:r>
    </w:p>
    <w:p>
      <w:pPr>
        <w:keepNext/>
        <w:keepLines/>
      </w:pPr>
      <w:r>
        <w:t>3. Посолите, поперчите, добавьте паприку и мускатный орех. Перемешайте и снимите с огня.</w:t>
      </w:r>
    </w:p>
    <w:p>
      <w:pPr>
        <w:keepNext/>
        <w:keepLines/>
      </w:pPr>
      <w:r>
        <w:t>4. Сливки и сливочное масло взбейте до однородной массы вместе с грибами.</w:t>
      </w:r>
    </w:p>
    <w:p>
      <w:pPr>
        <w:keepLines/>
      </w:pPr>
      <w:r>
        <w:t>5. Охладите 30 минут. Подавайте на ломтиках хлеба, посыпав сверху петрушкой и зёрнами перца.</w:t>
      </w:r>
    </w:p>
    <w:p>
      <w:pPr>
        <w:pStyle w:val="Heading1"/>
        <w:keepNext/>
        <w:keepLines/>
      </w:pPr>
      <w:r>
        <w:t>3 Грибы в хрустящей панировке</w:t>
      </w:r>
    </w:p>
    <w:p>
      <w:pPr>
        <w:keepNext/>
        <w:keepLines/>
      </w:pPr>
      <w:r>
        <w:rPr>
          <w:i/>
        </w:rPr>
        <w:t>Или мини-стейки из шляпок</w:t>
      </w:r>
    </w:p>
    <w:p>
      <w:pPr>
        <w:keepNext/>
        <w:keepLines/>
      </w:pPr>
      <w:r>
        <w:rPr>
          <w:b/>
        </w:rPr>
        <w:t xml:space="preserve">Ингредиенты: </w:t>
      </w:r>
      <w:r>
        <w:t>Крупные шампиньоны, шляпки — 8–10 шт.; яйцо — 1 шт.; молоко — 3–4 ст. л.; панировочные сухари — 100–150 г; мука — 3–4 ст. л.; сушёный чеснок, паприка, соль; растительное масло.</w:t>
      </w:r>
    </w:p>
    <w:p>
      <w:pPr>
        <w:keepNext/>
        <w:keepLines/>
      </w:pPr>
      <w:r>
        <w:rPr>
          <w:b/>
        </w:rPr>
        <w:t>Приготовление</w:t>
      </w:r>
    </w:p>
    <w:p>
      <w:pPr>
        <w:keepNext/>
        <w:keepLines/>
      </w:pPr>
      <w:r>
        <w:t>1. Шляпки промойте, обсушите, ножки удалите.</w:t>
      </w:r>
    </w:p>
    <w:p>
      <w:pPr>
        <w:keepNext/>
        <w:keepLines/>
      </w:pPr>
      <w:r>
        <w:t>2. Смешайте панировочные сухари с чесноком и солью.</w:t>
      </w:r>
    </w:p>
    <w:p>
      <w:pPr>
        <w:keepNext/>
        <w:keepLines/>
      </w:pPr>
      <w:r>
        <w:t>3. Яйцо взбейте с молоком.</w:t>
      </w:r>
    </w:p>
    <w:p>
      <w:pPr>
        <w:keepNext/>
        <w:keepLines/>
      </w:pPr>
      <w:r>
        <w:t>4. Каждую шляпку сначала обваляйте в муке, затем окуните в яичную смесь, после чего щедро обсыпьте сухарями.</w:t>
      </w:r>
    </w:p>
    <w:p>
      <w:pPr>
        <w:keepNext/>
        <w:keepLines/>
      </w:pPr>
      <w:r>
        <w:t>5. Жарьте на среднем огне по 3–4 минуты с каждой стороны до золотистой корочки. Внутри грибы останутся сочными.</w:t>
      </w:r>
    </w:p>
    <w:p>
      <w:pPr>
        <w:keepLines/>
      </w:pPr>
      <w:r>
        <w:t>6. Подавайте горячими с йогуртовым соусом: йогурт, лимон, укроп и соль.</w:t>
      </w:r>
    </w:p>
    <w:p>
      <w:pPr>
        <w:pStyle w:val="Heading1"/>
        <w:keepNext/>
        <w:keepLines/>
      </w:pPr>
      <w:r>
        <w:t>4 Грибные котлеты</w:t>
      </w:r>
    </w:p>
    <w:p>
      <w:pPr>
        <w:keepNext/>
        <w:keepLines/>
      </w:pPr>
      <w:r>
        <w:rPr>
          <w:b/>
        </w:rPr>
        <w:t xml:space="preserve">Ингредиенты: </w:t>
      </w:r>
      <w:r>
        <w:t>Шампиньоны — 400 г; отварной картофель — 200 г или 1 стакан пюре; лук — 1 шт.; яйцо — 1 шт.; мука или панировочные сухари для панировки; соль, перец, сушёный тимьян.</w:t>
      </w:r>
    </w:p>
    <w:p>
      <w:pPr>
        <w:keepNext/>
        <w:keepLines/>
      </w:pPr>
      <w:r>
        <w:rPr>
          <w:b/>
        </w:rPr>
        <w:t>Приготовление</w:t>
      </w:r>
    </w:p>
    <w:p>
      <w:pPr>
        <w:keepNext/>
        <w:keepLines/>
      </w:pPr>
      <w:r>
        <w:t>1. Грибы и лук мелко порежьте и обжарьте до испарения влаги.</w:t>
      </w:r>
    </w:p>
    <w:p>
      <w:pPr>
        <w:keepNext/>
        <w:keepLines/>
      </w:pPr>
      <w:r>
        <w:t>2. Смешайте с картофельным пюре или отварным картофелем, размятым в пюре. Добавьте яйцо и специи, перемешайте до однородной массы.</w:t>
      </w:r>
    </w:p>
    <w:p>
      <w:pPr>
        <w:keepNext/>
        <w:keepLines/>
      </w:pPr>
      <w:r>
        <w:t>3. Сформируйте котлеты и обваляйте в муке или сухарях.</w:t>
      </w:r>
    </w:p>
    <w:p>
      <w:pPr>
        <w:keepLines/>
      </w:pPr>
      <w:r>
        <w:t>4. Обжаривайте на среднем огне по 4–5 минут с каждой стороны. Подавайте со сметаной и зеленью.</w:t>
      </w:r>
    </w:p>
    <w:p>
      <w:pPr>
        <w:pStyle w:val="Heading1"/>
        <w:keepNext/>
        <w:keepLines/>
      </w:pPr>
      <w:r>
        <w:t>5 Грибной крем суп с кокосовым молоком</w:t>
      </w:r>
    </w:p>
    <w:p>
      <w:pPr>
        <w:keepNext/>
        <w:keepLines/>
      </w:pPr>
      <w:r>
        <w:rPr>
          <w:b/>
        </w:rPr>
        <w:t xml:space="preserve">Ингредиенты: </w:t>
      </w:r>
      <w:r>
        <w:t>Шампиньоны — 400 г; лук — 1 шт.; чеснок — 2 зубчика; кокосовое молоко — 200–300 мл; овощной бульон — 300–400 мл; свежий имбирь — кусочек 2 см или молотый — 1 ч. л.; соль, перец, щепотка куркумы.</w:t>
      </w:r>
    </w:p>
    <w:p>
      <w:pPr>
        <w:keepNext/>
        <w:keepLines/>
      </w:pPr>
      <w:r>
        <w:rPr>
          <w:b/>
        </w:rPr>
        <w:t>Приготовление</w:t>
      </w:r>
    </w:p>
    <w:p>
      <w:pPr>
        <w:keepNext/>
        <w:keepLines/>
      </w:pPr>
      <w:r>
        <w:t>1. Лук, чеснок и имбирь обжарьте до появления аромата.</w:t>
      </w:r>
    </w:p>
    <w:p>
      <w:pPr>
        <w:keepNext/>
        <w:keepLines/>
      </w:pPr>
      <w:r>
        <w:t>2. Добавьте грибы и жарьте 5–7 минут.</w:t>
      </w:r>
    </w:p>
    <w:p>
      <w:pPr>
        <w:keepNext/>
        <w:keepLines/>
      </w:pPr>
      <w:r>
        <w:t>3. Влейте бульон, доведите до кипения, убавьте огонь и варите 10–12 минут.</w:t>
      </w:r>
    </w:p>
    <w:p>
      <w:pPr>
        <w:keepNext/>
        <w:keepLines/>
      </w:pPr>
      <w:r>
        <w:t>4. Добавьте кокосовое молоко и специи, прогрейте 3–4 минуты.</w:t>
      </w:r>
    </w:p>
    <w:p>
      <w:pPr>
        <w:keepNext/>
        <w:keepLines/>
      </w:pPr>
      <w:r>
        <w:t>5. Взбейте блендером до кремовой текстуры. Если хочется более жидкий суп, добавьте ещё бульона.</w:t>
      </w:r>
    </w:p>
    <w:p>
      <w:pPr>
        <w:keepLines/>
      </w:pPr>
      <w:r>
        <w:t>6. При подаче посыпьте обжаренными грибами и добавьте каплю кокосового масла.</w:t>
      </w:r>
    </w:p>
    <w:p>
      <w:pPr>
        <w:pStyle w:val="Heading1"/>
        <w:keepNext/>
        <w:keepLines/>
      </w:pPr>
      <w:r>
        <w:t>6 Шампиньоны фаршированные</w:t>
      </w:r>
    </w:p>
    <w:p>
      <w:pPr>
        <w:keepNext/>
        <w:keepLines/>
      </w:pPr>
      <w:r>
        <w:rPr>
          <w:b/>
        </w:rPr>
        <w:t xml:space="preserve">Автор: </w:t>
      </w:r>
      <w:r>
        <w:t>Шевелева Л. В.</w:t>
      </w:r>
    </w:p>
    <w:p>
      <w:pPr>
        <w:keepLines/>
      </w:pPr>
      <w:r>
        <w:t>Шампиньоны, фаршированные луком, сыром и грибами, запечённые.</w:t>
      </w:r>
    </w:p>
    <w:p>
      <w:pPr>
        <w:pStyle w:val="Heading1"/>
        <w:keepNext/>
        <w:keepLines/>
      </w:pPr>
      <w:r>
        <w:t>7 Тыква лесная</w:t>
      </w:r>
    </w:p>
    <w:p>
      <w:pPr>
        <w:keepNext/>
        <w:keepLines/>
      </w:pPr>
      <w:r>
        <w:t>1. Грибы — лисички. Мясо сварить. Тыкву натереть на тёрке. Морковь и лук обжарить.</w:t>
      </w:r>
    </w:p>
    <w:p>
      <w:pPr>
        <w:keepNext/>
        <w:keepLines/>
      </w:pPr>
      <w:r>
        <w:t>2. Всё смешать и начинить тыкву.</w:t>
      </w:r>
    </w:p>
    <w:p>
      <w:pPr>
        <w:keepLines/>
      </w:pPr>
      <w:r>
        <w:t>3. Запекать в духовке до готовности.</w:t>
      </w:r>
    </w:p>
    <w:p>
      <w:pPr>
        <w:pStyle w:val="Heading1"/>
        <w:keepNext/>
        <w:keepLines/>
      </w:pPr>
      <w:r>
        <w:t>8 Салат грибной</w:t>
      </w:r>
    </w:p>
    <w:p>
      <w:pPr>
        <w:keepNext/>
        <w:keepLines/>
      </w:pPr>
      <w:r>
        <w:rPr>
          <w:b/>
        </w:rPr>
        <w:t xml:space="preserve">Автор: </w:t>
      </w:r>
      <w:r>
        <w:t>Васильева Г. А.</w:t>
      </w:r>
    </w:p>
    <w:p>
      <w:pPr>
        <w:keepNext/>
        <w:keepLines/>
      </w:pPr>
      <w:r>
        <w:t>1. Грибы обжарить с луком и посолить.</w:t>
      </w:r>
    </w:p>
    <w:p>
      <w:pPr>
        <w:keepNext/>
        <w:keepLines/>
      </w:pPr>
      <w:r>
        <w:t>2. Добавить банку кукурузы и нарезанные варёные яйца.</w:t>
      </w:r>
    </w:p>
    <w:p>
      <w:pPr>
        <w:keepLines/>
      </w:pPr>
      <w:r>
        <w:t>3. Заправить майонезом.</w:t>
      </w:r>
    </w:p>
    <w:p>
      <w:pPr>
        <w:pStyle w:val="Heading1"/>
        <w:keepNext/>
        <w:keepLines/>
      </w:pPr>
      <w:r>
        <w:t>9 Кушанье по купечески</w:t>
      </w:r>
    </w:p>
    <w:p>
      <w:pPr>
        <w:keepNext/>
        <w:keepLines/>
      </w:pPr>
      <w:r>
        <w:rPr>
          <w:b/>
        </w:rPr>
        <w:t xml:space="preserve">Автор: </w:t>
      </w:r>
      <w:r>
        <w:t>Купчиха Ольга</w:t>
      </w:r>
    </w:p>
    <w:p>
      <w:pPr>
        <w:keepLines/>
      </w:pPr>
      <w:r>
        <w:t>Печень отварная, грибы сушёные, яйца, огурец солёный, лук обжаренный, соль, майонез.</w:t>
      </w:r>
    </w:p>
    <w:p>
      <w:pPr>
        <w:pStyle w:val="Heading1"/>
        <w:keepNext/>
        <w:keepLines/>
      </w:pPr>
      <w:r>
        <w:t>10 Салат с шампиньонами</w:t>
      </w:r>
    </w:p>
    <w:p>
      <w:pPr>
        <w:keepNext/>
        <w:keepLines/>
      </w:pPr>
      <w:r>
        <w:rPr>
          <w:b/>
        </w:rPr>
        <w:t xml:space="preserve">Автор: </w:t>
      </w:r>
      <w:r>
        <w:t>Дубровенская волость</w:t>
      </w:r>
    </w:p>
    <w:p>
      <w:pPr>
        <w:keepLines/>
      </w:pPr>
      <w:r>
        <w:t>Шампиньоны, жаренные с луком, яйцо, курица, майонез.</w:t>
      </w:r>
    </w:p>
    <w:p>
      <w:pPr>
        <w:pStyle w:val="Heading1"/>
        <w:keepNext/>
        <w:keepLines/>
      </w:pPr>
      <w:r>
        <w:t>11 Шанежки</w:t>
      </w:r>
    </w:p>
    <w:p>
      <w:pPr>
        <w:keepNext/>
        <w:keepLines/>
      </w:pPr>
      <w:r>
        <w:rPr>
          <w:b/>
        </w:rPr>
        <w:t xml:space="preserve">Автор: </w:t>
      </w:r>
      <w:r>
        <w:t>Петрова С. А., пенсионер</w:t>
      </w:r>
    </w:p>
    <w:p>
      <w:pPr>
        <w:keepNext/>
        <w:keepLines/>
      </w:pPr>
      <w:r>
        <w:t>Картофель отварной. Лук и грибы пожарить.</w:t>
      </w:r>
    </w:p>
    <w:p>
      <w:pPr>
        <w:keepNext/>
        <w:keepLines/>
      </w:pPr>
      <w:r>
        <w:t>Тесто: яйцо, мука, картофель. Грибная зажарка.</w:t>
      </w:r>
    </w:p>
    <w:p>
      <w:pPr>
        <w:keepLines/>
      </w:pPr>
      <w:r>
        <w:t>Жарить на растительном масле.</w:t>
      </w:r>
    </w:p>
    <w:p>
      <w:pPr>
        <w:pStyle w:val="Heading1"/>
        <w:keepNext/>
        <w:keepLines/>
      </w:pPr>
      <w:r>
        <w:t>12 Пельмени запечённые с грибами</w:t>
      </w:r>
    </w:p>
    <w:p>
      <w:pPr>
        <w:keepNext/>
        <w:keepLines/>
      </w:pPr>
      <w:r>
        <w:t>1. Разогреть духовку до 190 °C.</w:t>
      </w:r>
    </w:p>
    <w:p>
      <w:pPr>
        <w:keepNext/>
        <w:keepLines/>
      </w:pPr>
      <w:r>
        <w:t>2. Лук и грибы нарезать мелкими кубиками, сыр натереть на тёрке.</w:t>
      </w:r>
    </w:p>
    <w:p>
      <w:pPr>
        <w:keepNext/>
        <w:keepLines/>
      </w:pPr>
      <w:r>
        <w:t>3. На сковороде потушить лук, затем добавить грибы и готовить на средне-сильном огне ещё 7 минут. Добавить сливки, соль и перец.</w:t>
      </w:r>
    </w:p>
    <w:p>
      <w:pPr>
        <w:keepNext/>
        <w:keepLines/>
      </w:pPr>
      <w:r>
        <w:t>4. Разложить пельмени в противень и залить ранее приготовленной смесью.</w:t>
      </w:r>
    </w:p>
    <w:p>
      <w:pPr>
        <w:keepLines/>
      </w:pPr>
      <w:r>
        <w:t>5. Накрыть фольгой и запекать 35 минут.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Грибное лукошко Пришелонья — рецепты текстом</dc:title>
  <dc:subject/>
  <dc:creator>МБУК «Порховская ЦБС»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