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3A1D" w:rsidRDefault="00B770D8" w:rsidP="003D702F">
      <w:pPr>
        <w:spacing w:after="0"/>
        <w:ind w:left="120"/>
        <w:rPr>
          <w:lang w:val="ru-RU"/>
        </w:rPr>
      </w:pPr>
      <w:r w:rsidRPr="00B770D8">
        <w:rPr>
          <w:noProof/>
          <w:lang w:val="ru-RU"/>
        </w:rPr>
        <w:drawing>
          <wp:inline distT="0" distB="0" distL="0" distR="0">
            <wp:extent cx="6108065" cy="81724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0D8" w:rsidRDefault="00B770D8" w:rsidP="00043A1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7305414"/>
    </w:p>
    <w:p w:rsidR="00B770D8" w:rsidRDefault="00B770D8" w:rsidP="00043A1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770D8" w:rsidRDefault="00B770D8" w:rsidP="00043A1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43A1D" w:rsidRPr="00E8533D" w:rsidRDefault="00043A1D" w:rsidP="00043A1D">
      <w:pPr>
        <w:spacing w:after="0" w:line="264" w:lineRule="auto"/>
        <w:ind w:left="120"/>
        <w:jc w:val="both"/>
        <w:rPr>
          <w:lang w:val="ru-RU"/>
        </w:rPr>
      </w:pPr>
      <w:r w:rsidRPr="00E8533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43A1D" w:rsidRPr="00E8533D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043A1D" w:rsidRPr="006916AE" w:rsidRDefault="00043A1D" w:rsidP="00043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043A1D" w:rsidRPr="006916AE" w:rsidRDefault="00043A1D" w:rsidP="00043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043A1D" w:rsidRPr="006916AE" w:rsidRDefault="00043A1D" w:rsidP="00043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6916AE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043A1D" w:rsidRPr="006916AE" w:rsidRDefault="00043A1D" w:rsidP="00043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043A1D" w:rsidRPr="006916AE" w:rsidRDefault="00043A1D" w:rsidP="00043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043A1D" w:rsidRPr="006916AE" w:rsidRDefault="00043A1D" w:rsidP="00043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043A1D" w:rsidRPr="006916AE" w:rsidRDefault="00043A1D" w:rsidP="00043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043A1D" w:rsidRPr="006916AE" w:rsidRDefault="00043A1D" w:rsidP="00043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043A1D" w:rsidRPr="006916AE" w:rsidRDefault="00043A1D" w:rsidP="00043A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043A1D" w:rsidRPr="006916AE" w:rsidRDefault="00043A1D" w:rsidP="00043A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043A1D" w:rsidRDefault="00043A1D" w:rsidP="00043A1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43A1D" w:rsidRDefault="00043A1D" w:rsidP="00043A1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43A1D" w:rsidRDefault="00043A1D" w:rsidP="00043A1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43A1D" w:rsidRDefault="00043A1D" w:rsidP="00043A1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УЧЕБНОГО ПРЕДМЕТА «ОКРУЖАЮЩИЙ МИР» В УЧЕБНОМ ПЛАНЕ</w:t>
      </w: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3F7E28" w:rsidRPr="00FC636B" w:rsidRDefault="003F7E28" w:rsidP="003F7E28">
      <w:pPr>
        <w:rPr>
          <w:rFonts w:ascii="Times New Roman" w:hAnsi="Times New Roman" w:cs="Times New Roman"/>
          <w:sz w:val="28"/>
          <w:szCs w:val="28"/>
          <w:lang w:val="ru-RU"/>
        </w:rPr>
        <w:sectPr w:rsidR="003F7E28" w:rsidRPr="00FC636B">
          <w:pgSz w:w="11906" w:h="16383"/>
          <w:pgMar w:top="1134" w:right="850" w:bottom="1134" w:left="1701" w:header="720" w:footer="720" w:gutter="0"/>
          <w:cols w:space="720"/>
        </w:sectPr>
      </w:pPr>
      <w:r w:rsidRPr="00FC636B">
        <w:rPr>
          <w:rFonts w:ascii="Times New Roman" w:hAnsi="Times New Roman" w:cs="Times New Roman"/>
          <w:sz w:val="28"/>
          <w:szCs w:val="28"/>
          <w:lang w:val="ru-RU"/>
        </w:rPr>
        <w:t>В соответствии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с учебным планом МБОУ Дячкинской СОШ для обязательного изучения окружающего мира во 2 классе отводится 68 часов, 2 часа в неделю. Часы, отведенные на окружающий мир во 2 классе, относятся к обязательной части учебного плана, предмет изучается на базовом уровне. Фактически курс будет реализован за 68 часов в соответствии с годовым календарным учебным графиком на 2026-2027 учебный год. Срок реализации программы с 01.09.2026 г по 25.05.2027 г. </w:t>
      </w:r>
    </w:p>
    <w:bookmarkEnd w:id="0"/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043A1D" w:rsidRDefault="00043A1D">
      <w:pPr>
        <w:rPr>
          <w:lang w:val="ru-RU"/>
        </w:rPr>
      </w:pPr>
    </w:p>
    <w:p w:rsidR="00043A1D" w:rsidRDefault="00043A1D">
      <w:pPr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Универсальные учебные действия (пропедевтический уровень)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6916A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043A1D" w:rsidRPr="006916AE" w:rsidRDefault="00043A1D" w:rsidP="00043A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043A1D" w:rsidRPr="006916AE" w:rsidRDefault="00043A1D" w:rsidP="00043A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043A1D" w:rsidRDefault="00043A1D" w:rsidP="00043A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 w:rsidR="00043A1D" w:rsidRPr="006916AE" w:rsidRDefault="00043A1D" w:rsidP="00043A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изученного); </w:t>
      </w:r>
    </w:p>
    <w:p w:rsidR="00043A1D" w:rsidRPr="006916AE" w:rsidRDefault="00043A1D" w:rsidP="00043A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</w:p>
    <w:p w:rsidR="00043A1D" w:rsidRDefault="00043A1D" w:rsidP="00043A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прошлое, настоящее, будущее. 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043A1D" w:rsidRPr="006916AE" w:rsidRDefault="00043A1D" w:rsidP="00043A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043A1D" w:rsidRPr="006916AE" w:rsidRDefault="00043A1D" w:rsidP="00043A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043A1D" w:rsidRDefault="00043A1D">
      <w:pPr>
        <w:rPr>
          <w:lang w:val="ru-RU"/>
        </w:rPr>
      </w:pPr>
    </w:p>
    <w:p w:rsidR="00043A1D" w:rsidRDefault="00043A1D">
      <w:pPr>
        <w:rPr>
          <w:lang w:val="ru-RU"/>
        </w:rPr>
      </w:pPr>
    </w:p>
    <w:p w:rsidR="00043A1D" w:rsidRDefault="00043A1D">
      <w:pPr>
        <w:rPr>
          <w:lang w:val="ru-RU"/>
        </w:rPr>
      </w:pPr>
    </w:p>
    <w:p w:rsidR="00043A1D" w:rsidRPr="006916AE" w:rsidRDefault="00043A1D" w:rsidP="00043A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используя текстовую информацию, заполнять таблицы; дополнять схемы; </w:t>
      </w:r>
    </w:p>
    <w:p w:rsidR="00043A1D" w:rsidRPr="006916AE" w:rsidRDefault="00043A1D" w:rsidP="00043A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6916AE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043A1D" w:rsidRPr="006916AE" w:rsidRDefault="00043A1D" w:rsidP="00043A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043A1D" w:rsidRPr="006916AE" w:rsidRDefault="00043A1D" w:rsidP="00043A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:rsidR="00043A1D" w:rsidRPr="006916AE" w:rsidRDefault="00043A1D" w:rsidP="00043A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043A1D" w:rsidRPr="006916AE" w:rsidRDefault="00043A1D" w:rsidP="00043A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043A1D" w:rsidRPr="006916AE" w:rsidRDefault="00043A1D" w:rsidP="00043A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043A1D" w:rsidRPr="006916AE" w:rsidRDefault="00043A1D" w:rsidP="00043A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:rsidR="00043A1D" w:rsidRPr="006916AE" w:rsidRDefault="00043A1D" w:rsidP="00043A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043A1D" w:rsidRPr="006916AE" w:rsidRDefault="00043A1D" w:rsidP="00043A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043A1D" w:rsidRPr="006916AE" w:rsidRDefault="00043A1D" w:rsidP="00043A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6916AE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043A1D" w:rsidRPr="006916AE" w:rsidRDefault="00043A1D" w:rsidP="00043A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043A1D" w:rsidRPr="006916AE" w:rsidRDefault="00043A1D" w:rsidP="00043A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043A1D" w:rsidRPr="006916AE" w:rsidRDefault="00043A1D" w:rsidP="00043A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6916AE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043A1D" w:rsidRPr="006916AE" w:rsidRDefault="00043A1D" w:rsidP="00043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043A1D" w:rsidRPr="006916AE" w:rsidRDefault="00043A1D" w:rsidP="00043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043A1D" w:rsidRPr="006916AE" w:rsidRDefault="00043A1D" w:rsidP="00043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043A1D" w:rsidRPr="00043A1D" w:rsidRDefault="00043A1D" w:rsidP="00043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определять причины возможных конфликтов, выбирать (из предложенных) способы их разрешения. </w:t>
      </w:r>
    </w:p>
    <w:p w:rsidR="00043A1D" w:rsidRPr="006916AE" w:rsidRDefault="00043A1D" w:rsidP="00043A1D">
      <w:pPr>
        <w:spacing w:after="0" w:line="264" w:lineRule="auto"/>
        <w:jc w:val="both"/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043A1D" w:rsidRPr="006916AE" w:rsidRDefault="00043A1D" w:rsidP="00043A1D">
      <w:pPr>
        <w:spacing w:after="0"/>
        <w:ind w:left="120"/>
        <w:rPr>
          <w:lang w:val="ru-RU"/>
        </w:rPr>
      </w:pPr>
    </w:p>
    <w:p w:rsidR="00043A1D" w:rsidRPr="006916AE" w:rsidRDefault="00043A1D" w:rsidP="00043A1D">
      <w:pPr>
        <w:spacing w:after="0"/>
        <w:ind w:left="120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043A1D" w:rsidRPr="006916AE" w:rsidRDefault="00043A1D" w:rsidP="00043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043A1D" w:rsidRPr="006916AE" w:rsidRDefault="00043A1D" w:rsidP="00043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043A1D" w:rsidRPr="006916AE" w:rsidRDefault="00043A1D" w:rsidP="00043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043A1D" w:rsidRPr="006916AE" w:rsidRDefault="00043A1D" w:rsidP="00043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043A1D" w:rsidRPr="006916AE" w:rsidRDefault="00043A1D" w:rsidP="00043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043A1D" w:rsidRPr="006916AE" w:rsidRDefault="00043A1D" w:rsidP="00043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043A1D" w:rsidRPr="006916AE" w:rsidRDefault="00043A1D" w:rsidP="00043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043A1D" w:rsidRPr="006916AE" w:rsidRDefault="00043A1D" w:rsidP="00043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043A1D" w:rsidRPr="00043A1D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043A1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043A1D" w:rsidRDefault="00043A1D" w:rsidP="00043A1D">
      <w:pPr>
        <w:rPr>
          <w:rFonts w:ascii="Times New Roman" w:hAnsi="Times New Roman"/>
          <w:color w:val="000000"/>
          <w:sz w:val="28"/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</w:t>
      </w:r>
    </w:p>
    <w:p w:rsidR="00043A1D" w:rsidRPr="006916AE" w:rsidRDefault="00043A1D" w:rsidP="00043A1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восприимчивости и интереса к разным видам искусства, традициям и творчеству своего и других народов; </w:t>
      </w:r>
    </w:p>
    <w:p w:rsidR="00043A1D" w:rsidRPr="006916AE" w:rsidRDefault="00043A1D" w:rsidP="00043A1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043A1D" w:rsidRPr="006916AE" w:rsidRDefault="00043A1D" w:rsidP="00043A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043A1D" w:rsidRPr="006916AE" w:rsidRDefault="00043A1D" w:rsidP="00043A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043A1D" w:rsidRPr="006916AE" w:rsidRDefault="00043A1D" w:rsidP="00043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043A1D" w:rsidRPr="006916AE" w:rsidRDefault="00043A1D" w:rsidP="00043A1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043A1D" w:rsidRPr="006916AE" w:rsidRDefault="00043A1D" w:rsidP="00043A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043A1D" w:rsidRPr="006916AE" w:rsidRDefault="00043A1D" w:rsidP="00043A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043A1D" w:rsidRPr="006916AE" w:rsidRDefault="00043A1D" w:rsidP="00043A1D">
      <w:pPr>
        <w:spacing w:after="0"/>
        <w:ind w:left="120"/>
        <w:rPr>
          <w:lang w:val="ru-RU"/>
        </w:rPr>
      </w:pPr>
    </w:p>
    <w:p w:rsidR="00043A1D" w:rsidRPr="006916AE" w:rsidRDefault="00043A1D" w:rsidP="00043A1D">
      <w:pPr>
        <w:spacing w:after="0"/>
        <w:ind w:left="120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043A1D" w:rsidRPr="006916AE" w:rsidRDefault="00043A1D" w:rsidP="00043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043A1D" w:rsidRPr="006916AE" w:rsidRDefault="00043A1D" w:rsidP="00043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043A1D" w:rsidRPr="006916AE" w:rsidRDefault="00043A1D" w:rsidP="00043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043A1D" w:rsidRPr="006916AE" w:rsidRDefault="00043A1D" w:rsidP="00043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043A1D" w:rsidRPr="006916AE" w:rsidRDefault="00043A1D" w:rsidP="00043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определять существенный признак для классификации, классифицировать предложенные объекты; </w:t>
      </w:r>
    </w:p>
    <w:p w:rsidR="00043A1D" w:rsidRPr="006916AE" w:rsidRDefault="00043A1D" w:rsidP="00043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043A1D" w:rsidRPr="006916AE" w:rsidRDefault="00043A1D" w:rsidP="00043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043A1D" w:rsidRPr="006916AE" w:rsidRDefault="00043A1D" w:rsidP="00043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043A1D" w:rsidRPr="006916AE" w:rsidRDefault="00043A1D" w:rsidP="00043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043A1D" w:rsidRPr="006916AE" w:rsidRDefault="00043A1D" w:rsidP="00043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043A1D" w:rsidRPr="006916AE" w:rsidRDefault="00043A1D" w:rsidP="00043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043A1D" w:rsidRPr="006916AE" w:rsidRDefault="00043A1D" w:rsidP="00043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043A1D" w:rsidRPr="006916AE" w:rsidRDefault="00043A1D" w:rsidP="00043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043A1D" w:rsidRPr="006916AE" w:rsidRDefault="00043A1D" w:rsidP="00043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043A1D" w:rsidRPr="006916AE" w:rsidRDefault="00043A1D" w:rsidP="00043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043A1D" w:rsidRPr="006916AE" w:rsidRDefault="00043A1D" w:rsidP="00043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043A1D" w:rsidRPr="006916AE" w:rsidRDefault="00043A1D" w:rsidP="00043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043A1D" w:rsidRPr="006916AE" w:rsidRDefault="00043A1D" w:rsidP="00043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043A1D" w:rsidRDefault="00043A1D" w:rsidP="00043A1D">
      <w:pPr>
        <w:numPr>
          <w:ilvl w:val="0"/>
          <w:numId w:val="19"/>
        </w:numPr>
        <w:spacing w:after="0" w:line="264" w:lineRule="auto"/>
        <w:jc w:val="both"/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043A1D" w:rsidRPr="006916AE" w:rsidRDefault="00043A1D" w:rsidP="00043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043A1D" w:rsidRPr="006916AE" w:rsidRDefault="00043A1D" w:rsidP="00043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043A1D" w:rsidRPr="006916AE" w:rsidRDefault="00043A1D" w:rsidP="00043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lastRenderedPageBreak/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043A1D" w:rsidRPr="006916AE" w:rsidRDefault="00043A1D" w:rsidP="00043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043A1D" w:rsidRPr="006916AE" w:rsidRDefault="00043A1D" w:rsidP="00043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043A1D" w:rsidRPr="006916AE" w:rsidRDefault="00043A1D" w:rsidP="00043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043A1D" w:rsidRPr="006916AE" w:rsidRDefault="00043A1D" w:rsidP="00043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043A1D" w:rsidRPr="006916AE" w:rsidRDefault="00043A1D" w:rsidP="00043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043A1D" w:rsidRPr="006916AE" w:rsidRDefault="00043A1D" w:rsidP="00043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043A1D" w:rsidRPr="006916AE" w:rsidRDefault="00043A1D" w:rsidP="00043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043A1D" w:rsidRPr="006916AE" w:rsidRDefault="00043A1D" w:rsidP="00043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043A1D" w:rsidRPr="006916AE" w:rsidRDefault="00043A1D" w:rsidP="00043A1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043A1D" w:rsidRPr="006916AE" w:rsidRDefault="00043A1D" w:rsidP="00043A1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043A1D" w:rsidRPr="006916AE" w:rsidRDefault="00043A1D" w:rsidP="00043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043A1D" w:rsidRPr="006916AE" w:rsidRDefault="00043A1D" w:rsidP="00043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043A1D" w:rsidRPr="006916AE" w:rsidRDefault="00043A1D" w:rsidP="00043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корректировать свои действия при необходимости (с небольшой помощью учителя); </w:t>
      </w:r>
    </w:p>
    <w:p w:rsidR="00043A1D" w:rsidRPr="006916AE" w:rsidRDefault="00043A1D" w:rsidP="00043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043A1D" w:rsidRPr="006916AE" w:rsidRDefault="00043A1D" w:rsidP="00043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043A1D" w:rsidRPr="006916AE" w:rsidRDefault="00043A1D" w:rsidP="00043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043A1D" w:rsidRDefault="00043A1D" w:rsidP="00043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43A1D" w:rsidRPr="006916AE" w:rsidRDefault="00043A1D" w:rsidP="00043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043A1D" w:rsidRPr="006916AE" w:rsidRDefault="00043A1D" w:rsidP="00043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043A1D" w:rsidRPr="006916AE" w:rsidRDefault="00043A1D" w:rsidP="00043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043A1D" w:rsidRPr="006916AE" w:rsidRDefault="00043A1D" w:rsidP="00043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043A1D" w:rsidRPr="006916AE" w:rsidRDefault="00043A1D" w:rsidP="00043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043A1D" w:rsidRPr="006916AE" w:rsidRDefault="00043A1D" w:rsidP="00043A1D">
      <w:pPr>
        <w:spacing w:after="0"/>
        <w:ind w:left="120"/>
        <w:rPr>
          <w:lang w:val="ru-RU"/>
        </w:rPr>
      </w:pPr>
    </w:p>
    <w:p w:rsidR="00043A1D" w:rsidRPr="006916AE" w:rsidRDefault="00043A1D" w:rsidP="00043A1D">
      <w:pPr>
        <w:spacing w:after="0"/>
        <w:ind w:left="120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43A1D" w:rsidRPr="006916AE" w:rsidRDefault="00043A1D" w:rsidP="00043A1D">
      <w:pPr>
        <w:spacing w:after="0"/>
        <w:ind w:left="120"/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  <w:r w:rsidRPr="006916A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43A1D" w:rsidRPr="006916AE" w:rsidRDefault="00043A1D" w:rsidP="00043A1D">
      <w:pPr>
        <w:spacing w:after="0" w:line="264" w:lineRule="auto"/>
        <w:ind w:firstLine="600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6916AE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r w:rsidRPr="006916AE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</w:t>
      </w:r>
    </w:p>
    <w:p w:rsidR="00043A1D" w:rsidRDefault="00043A1D" w:rsidP="00043A1D">
      <w:pPr>
        <w:rPr>
          <w:lang w:val="ru-RU"/>
        </w:rPr>
      </w:pPr>
    </w:p>
    <w:p w:rsidR="00043A1D" w:rsidRDefault="00043A1D" w:rsidP="00043A1D">
      <w:pPr>
        <w:rPr>
          <w:lang w:val="ru-RU"/>
        </w:rPr>
      </w:pP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043A1D" w:rsidRPr="006916AE" w:rsidRDefault="00043A1D" w:rsidP="00043A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916AE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сообществах с помощью учителя (при необходимости).</w:t>
      </w:r>
    </w:p>
    <w:p w:rsidR="00043A1D" w:rsidRPr="006916AE" w:rsidRDefault="00043A1D" w:rsidP="00043A1D">
      <w:pPr>
        <w:spacing w:after="0" w:line="264" w:lineRule="auto"/>
        <w:ind w:left="120"/>
        <w:jc w:val="both"/>
        <w:rPr>
          <w:lang w:val="ru-RU"/>
        </w:rPr>
      </w:pPr>
    </w:p>
    <w:p w:rsidR="00043A1D" w:rsidRDefault="00043A1D" w:rsidP="00043A1D">
      <w:pPr>
        <w:rPr>
          <w:lang w:val="ru-RU"/>
        </w:rPr>
      </w:pPr>
    </w:p>
    <w:p w:rsidR="00043A1D" w:rsidRDefault="00043A1D" w:rsidP="00043A1D">
      <w:pPr>
        <w:rPr>
          <w:lang w:val="ru-RU"/>
        </w:rPr>
      </w:pPr>
    </w:p>
    <w:p w:rsidR="00E474A5" w:rsidRDefault="00E474A5" w:rsidP="00043A1D">
      <w:pPr>
        <w:rPr>
          <w:lang w:val="ru-RU"/>
        </w:rPr>
      </w:pPr>
    </w:p>
    <w:p w:rsidR="00E474A5" w:rsidRDefault="00E474A5" w:rsidP="00043A1D">
      <w:pPr>
        <w:rPr>
          <w:lang w:val="ru-RU"/>
        </w:rPr>
      </w:pPr>
    </w:p>
    <w:p w:rsidR="00E474A5" w:rsidRDefault="00E474A5" w:rsidP="00043A1D">
      <w:pPr>
        <w:rPr>
          <w:lang w:val="ru-RU"/>
        </w:rPr>
      </w:pPr>
    </w:p>
    <w:p w:rsidR="00E474A5" w:rsidRDefault="00E474A5" w:rsidP="00043A1D">
      <w:pPr>
        <w:rPr>
          <w:lang w:val="ru-RU"/>
        </w:rPr>
      </w:pPr>
    </w:p>
    <w:p w:rsidR="00043A1D" w:rsidRDefault="00043A1D" w:rsidP="00043A1D">
      <w:pPr>
        <w:rPr>
          <w:lang w:val="ru-RU"/>
        </w:rPr>
      </w:pPr>
    </w:p>
    <w:p w:rsidR="00043A1D" w:rsidRPr="00043A1D" w:rsidRDefault="00043A1D" w:rsidP="00043A1D">
      <w:pPr>
        <w:spacing w:after="0"/>
        <w:ind w:left="120"/>
      </w:pPr>
      <w:r w:rsidRPr="00043A1D"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88"/>
        <w:gridCol w:w="4223"/>
        <w:gridCol w:w="946"/>
        <w:gridCol w:w="1841"/>
        <w:gridCol w:w="1910"/>
        <w:gridCol w:w="2221"/>
      </w:tblGrid>
      <w:tr w:rsidR="00043A1D" w:rsidRPr="00043A1D" w:rsidTr="00E474A5">
        <w:trPr>
          <w:trHeight w:val="144"/>
          <w:tblCellSpacing w:w="20" w:type="nil"/>
        </w:trPr>
        <w:tc>
          <w:tcPr>
            <w:tcW w:w="6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43A1D" w:rsidRPr="00043A1D" w:rsidRDefault="00043A1D" w:rsidP="00043A1D">
            <w:pPr>
              <w:spacing w:after="0"/>
              <w:ind w:left="135"/>
            </w:pPr>
          </w:p>
        </w:tc>
        <w:tc>
          <w:tcPr>
            <w:tcW w:w="19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43A1D" w:rsidRPr="00043A1D" w:rsidRDefault="00043A1D" w:rsidP="00043A1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</w:pP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43A1D" w:rsidRPr="00043A1D" w:rsidRDefault="00043A1D" w:rsidP="00043A1D">
            <w:pPr>
              <w:spacing w:after="0"/>
              <w:ind w:left="135"/>
            </w:pPr>
          </w:p>
        </w:tc>
      </w:tr>
      <w:tr w:rsidR="00043A1D" w:rsidRPr="00043A1D" w:rsidTr="00E47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A1D" w:rsidRPr="00043A1D" w:rsidRDefault="00043A1D" w:rsidP="00043A1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A1D" w:rsidRPr="00043A1D" w:rsidRDefault="00043A1D" w:rsidP="00043A1D"/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43A1D" w:rsidRPr="00043A1D" w:rsidRDefault="00043A1D" w:rsidP="00043A1D">
            <w:pPr>
              <w:spacing w:after="0"/>
              <w:ind w:left="135"/>
            </w:pP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43A1D" w:rsidRPr="00043A1D" w:rsidRDefault="00043A1D" w:rsidP="00043A1D">
            <w:pPr>
              <w:spacing w:after="0"/>
              <w:ind w:left="135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43A1D" w:rsidRPr="00043A1D" w:rsidRDefault="00043A1D" w:rsidP="00043A1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43A1D" w:rsidRPr="00043A1D" w:rsidRDefault="00043A1D" w:rsidP="00043A1D"/>
        </w:tc>
      </w:tr>
      <w:tr w:rsidR="00043A1D" w:rsidRPr="00043A1D" w:rsidTr="00D54B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43A1D" w:rsidRPr="00B770D8" w:rsidTr="00E474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widowControl w:val="0"/>
              <w:tabs>
                <w:tab w:val="left" w:pos="4427"/>
              </w:tabs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color w:val="0000FF"/>
                <w:lang w:val="ru-RU" w:eastAsia="ru-RU"/>
              </w:rPr>
            </w:pPr>
            <w:r w:rsidRPr="0004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РЭШ</w:t>
            </w:r>
            <w:r w:rsidRPr="00043A1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 w:eastAsia="ru-RU"/>
              </w:rPr>
              <w:t xml:space="preserve"> </w:t>
            </w:r>
            <w:hyperlink r:id="rId7"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1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2"/>
                  <w:w w:val="101"/>
                  <w:u w:val="single"/>
                  <w:lang w:val="ru-RU" w:eastAsia="ru-RU"/>
                </w:rPr>
                <w:t>: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//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7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1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u w:val="single"/>
                  <w:lang w:val="ru-RU" w:eastAsia="ru-RU"/>
                </w:rPr>
                <w:t>d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2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</w:t>
              </w:r>
            </w:hyperlink>
          </w:p>
          <w:p w:rsidR="00043A1D" w:rsidRPr="00043A1D" w:rsidRDefault="00043A1D" w:rsidP="00043A1D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</w:p>
        </w:tc>
      </w:tr>
      <w:tr w:rsidR="00043A1D" w:rsidRPr="00B770D8" w:rsidTr="00E474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РЭШ</w:t>
            </w:r>
            <w:r w:rsidRPr="00043A1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 w:eastAsia="ru-RU"/>
              </w:rPr>
              <w:t xml:space="preserve"> </w:t>
            </w:r>
            <w:hyperlink r:id="rId8"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1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2"/>
                  <w:w w:val="101"/>
                  <w:u w:val="single"/>
                  <w:lang w:val="ru-RU" w:eastAsia="ru-RU"/>
                </w:rPr>
                <w:t>: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//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7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1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u w:val="single"/>
                  <w:lang w:val="ru-RU" w:eastAsia="ru-RU"/>
                </w:rPr>
                <w:t>d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2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</w:t>
              </w:r>
            </w:hyperlink>
          </w:p>
        </w:tc>
      </w:tr>
      <w:tr w:rsidR="00043A1D" w:rsidRPr="00B770D8" w:rsidTr="00E474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РЭШ</w:t>
            </w:r>
            <w:r w:rsidRPr="00043A1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 w:eastAsia="ru-RU"/>
              </w:rPr>
              <w:t xml:space="preserve"> </w:t>
            </w:r>
            <w:hyperlink r:id="rId9"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1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2"/>
                  <w:w w:val="101"/>
                  <w:u w:val="single"/>
                  <w:lang w:val="ru-RU" w:eastAsia="ru-RU"/>
                </w:rPr>
                <w:t>: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//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7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1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u w:val="single"/>
                  <w:lang w:val="ru-RU" w:eastAsia="ru-RU"/>
                </w:rPr>
                <w:t>d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2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</w:t>
              </w:r>
            </w:hyperlink>
          </w:p>
        </w:tc>
      </w:tr>
      <w:tr w:rsidR="00043A1D" w:rsidRPr="00043A1D" w:rsidTr="00E47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/>
        </w:tc>
      </w:tr>
      <w:tr w:rsidR="00043A1D" w:rsidRPr="00043A1D" w:rsidTr="00D54B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43A1D" w:rsidRPr="00B770D8" w:rsidTr="00E474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РЭШ</w:t>
            </w:r>
            <w:r w:rsidRPr="00043A1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 w:eastAsia="ru-RU"/>
              </w:rPr>
              <w:t xml:space="preserve"> </w:t>
            </w:r>
            <w:hyperlink r:id="rId10"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1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2"/>
                  <w:w w:val="101"/>
                  <w:u w:val="single"/>
                  <w:lang w:val="ru-RU" w:eastAsia="ru-RU"/>
                </w:rPr>
                <w:t>: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//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7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1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u w:val="single"/>
                  <w:lang w:val="ru-RU" w:eastAsia="ru-RU"/>
                </w:rPr>
                <w:t>d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2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</w:t>
              </w:r>
            </w:hyperlink>
          </w:p>
        </w:tc>
      </w:tr>
      <w:tr w:rsidR="00043A1D" w:rsidRPr="00B770D8" w:rsidTr="00E474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РЭШ</w:t>
            </w:r>
            <w:r w:rsidRPr="00043A1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 w:eastAsia="ru-RU"/>
              </w:rPr>
              <w:t xml:space="preserve"> </w:t>
            </w:r>
            <w:hyperlink r:id="rId11"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1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2"/>
                  <w:w w:val="101"/>
                  <w:u w:val="single"/>
                  <w:lang w:val="ru-RU" w:eastAsia="ru-RU"/>
                </w:rPr>
                <w:t>: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//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7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1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u w:val="single"/>
                  <w:lang w:val="ru-RU" w:eastAsia="ru-RU"/>
                </w:rPr>
                <w:t>d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2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</w:t>
              </w:r>
            </w:hyperlink>
          </w:p>
        </w:tc>
      </w:tr>
      <w:tr w:rsidR="00043A1D" w:rsidRPr="00B770D8" w:rsidTr="00E474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РЭШ</w:t>
            </w:r>
            <w:r w:rsidRPr="00043A1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 w:eastAsia="ru-RU"/>
              </w:rPr>
              <w:t xml:space="preserve"> </w:t>
            </w:r>
            <w:hyperlink r:id="rId12"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1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2"/>
                  <w:w w:val="101"/>
                  <w:u w:val="single"/>
                  <w:lang w:val="ru-RU" w:eastAsia="ru-RU"/>
                </w:rPr>
                <w:t>: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//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7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1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u w:val="single"/>
                  <w:lang w:val="ru-RU" w:eastAsia="ru-RU"/>
                </w:rPr>
                <w:t>d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2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</w:t>
              </w:r>
            </w:hyperlink>
          </w:p>
        </w:tc>
      </w:tr>
      <w:tr w:rsidR="00043A1D" w:rsidRPr="00B770D8" w:rsidTr="00E474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РЭШ</w:t>
            </w:r>
            <w:r w:rsidRPr="00043A1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 w:eastAsia="ru-RU"/>
              </w:rPr>
              <w:t xml:space="preserve"> </w:t>
            </w:r>
            <w:hyperlink r:id="rId13"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1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2"/>
                  <w:w w:val="101"/>
                  <w:u w:val="single"/>
                  <w:lang w:val="ru-RU" w:eastAsia="ru-RU"/>
                </w:rPr>
                <w:t>: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//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7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1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u w:val="single"/>
                  <w:lang w:val="ru-RU" w:eastAsia="ru-RU"/>
                </w:rPr>
                <w:t>d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2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</w:t>
              </w:r>
            </w:hyperlink>
          </w:p>
        </w:tc>
      </w:tr>
      <w:tr w:rsidR="00043A1D" w:rsidRPr="00043A1D" w:rsidTr="00E47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1D" w:rsidRPr="001F7D68" w:rsidRDefault="001F7D68" w:rsidP="00043A1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1</w:t>
            </w:r>
          </w:p>
        </w:tc>
      </w:tr>
      <w:tr w:rsidR="00043A1D" w:rsidRPr="00043A1D" w:rsidTr="00D54BE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43A1D"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43A1D" w:rsidRPr="00B770D8" w:rsidTr="00E474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РЭШ</w:t>
            </w:r>
            <w:r w:rsidRPr="00043A1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 w:eastAsia="ru-RU"/>
              </w:rPr>
              <w:t xml:space="preserve"> </w:t>
            </w:r>
            <w:hyperlink r:id="rId14"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1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2"/>
                  <w:w w:val="101"/>
                  <w:u w:val="single"/>
                  <w:lang w:val="ru-RU" w:eastAsia="ru-RU"/>
                </w:rPr>
                <w:t>: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//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7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1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u w:val="single"/>
                  <w:lang w:val="ru-RU" w:eastAsia="ru-RU"/>
                </w:rPr>
                <w:t>d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2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</w:t>
              </w:r>
            </w:hyperlink>
          </w:p>
        </w:tc>
      </w:tr>
      <w:tr w:rsidR="00043A1D" w:rsidRPr="00B770D8" w:rsidTr="00E474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907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РЭШ</w:t>
            </w:r>
            <w:r w:rsidRPr="00043A1D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ru-RU" w:eastAsia="ru-RU"/>
              </w:rPr>
              <w:t xml:space="preserve"> </w:t>
            </w:r>
            <w:hyperlink r:id="rId15"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1"/>
                  <w:w w:val="101"/>
                  <w:u w:val="single"/>
                  <w:lang w:val="ru-RU" w:eastAsia="ru-RU"/>
                </w:rPr>
                <w:t>t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2"/>
                  <w:w w:val="101"/>
                  <w:u w:val="single"/>
                  <w:lang w:val="ru-RU" w:eastAsia="ru-RU"/>
                </w:rPr>
                <w:t>: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//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s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4"/>
                  <w:u w:val="single"/>
                  <w:lang w:val="ru-RU" w:eastAsia="ru-RU"/>
                </w:rPr>
                <w:t>h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7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1"/>
                  <w:w w:val="101"/>
                  <w:u w:val="single"/>
                  <w:lang w:val="ru-RU" w:eastAsia="ru-RU"/>
                </w:rPr>
                <w:t>e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-5"/>
                  <w:u w:val="single"/>
                  <w:lang w:val="ru-RU" w:eastAsia="ru-RU"/>
                </w:rPr>
                <w:t>d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2"/>
                  <w:u w:val="single"/>
                  <w:lang w:val="ru-RU" w:eastAsia="ru-RU"/>
                </w:rPr>
                <w:t>.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spacing w:val="3"/>
                  <w:u w:val="single"/>
                  <w:lang w:val="ru-RU" w:eastAsia="ru-RU"/>
                </w:rPr>
                <w:t>r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</w:t>
              </w:r>
              <w:r w:rsidRPr="00043A1D">
                <w:rPr>
                  <w:rFonts w:ascii="Times New Roman" w:eastAsia="Times New Roman" w:hAnsi="Times New Roman" w:cs="Times New Roman"/>
                  <w:color w:val="0000FF"/>
                  <w:w w:val="101"/>
                  <w:u w:val="single"/>
                  <w:lang w:val="ru-RU" w:eastAsia="ru-RU"/>
                </w:rPr>
                <w:t>/</w:t>
              </w:r>
            </w:hyperlink>
          </w:p>
        </w:tc>
      </w:tr>
      <w:tr w:rsidR="00043A1D" w:rsidRPr="00043A1D" w:rsidTr="00E47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43A1D" w:rsidRPr="001F7D68" w:rsidRDefault="001F7D68" w:rsidP="00043A1D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   1</w:t>
            </w:r>
          </w:p>
        </w:tc>
      </w:tr>
      <w:tr w:rsidR="00043A1D" w:rsidRPr="00043A1D" w:rsidTr="00E47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1F7D68" w:rsidRDefault="00043A1D" w:rsidP="00043A1D">
            <w:pPr>
              <w:spacing w:after="0"/>
              <w:ind w:left="135"/>
              <w:jc w:val="center"/>
              <w:rPr>
                <w:lang w:val="ru-RU"/>
              </w:rPr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F7D6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</w:pPr>
          </w:p>
        </w:tc>
      </w:tr>
      <w:tr w:rsidR="00043A1D" w:rsidRPr="00043A1D" w:rsidTr="00E47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rPr>
                <w:lang w:val="ru-RU"/>
              </w:rPr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28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02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F7D6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>
            <w:pPr>
              <w:spacing w:after="0"/>
              <w:ind w:left="135"/>
              <w:jc w:val="center"/>
            </w:pPr>
            <w:r w:rsidRPr="00043A1D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73" w:type="dxa"/>
            <w:tcMar>
              <w:top w:w="50" w:type="dxa"/>
              <w:left w:w="100" w:type="dxa"/>
            </w:tcMar>
            <w:vAlign w:val="center"/>
          </w:tcPr>
          <w:p w:rsidR="00043A1D" w:rsidRPr="00043A1D" w:rsidRDefault="00043A1D" w:rsidP="00043A1D"/>
        </w:tc>
      </w:tr>
    </w:tbl>
    <w:p w:rsidR="00E474A5" w:rsidRPr="00E474A5" w:rsidRDefault="00E474A5" w:rsidP="00E474A5">
      <w:pPr>
        <w:autoSpaceDE w:val="0"/>
        <w:autoSpaceDN w:val="0"/>
        <w:spacing w:before="544" w:after="44" w:line="266" w:lineRule="exact"/>
        <w:ind w:left="1400"/>
      </w:pPr>
      <w:r w:rsidRPr="00E474A5">
        <w:rPr>
          <w:rFonts w:ascii="Times New Roman,Bold" w:eastAsia="Times New Roman,Bold" w:hAnsi="Times New Roman,Bold"/>
          <w:b/>
          <w:color w:val="000000"/>
          <w:sz w:val="24"/>
        </w:rPr>
        <w:t xml:space="preserve">2 КЛАСС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E474A5" w:rsidTr="00D54BE8">
        <w:trPr>
          <w:trHeight w:hRule="exact" w:val="366"/>
        </w:trPr>
        <w:tc>
          <w:tcPr>
            <w:tcW w:w="45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after="0" w:line="402" w:lineRule="exact"/>
              <w:ind w:left="238"/>
            </w:pP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№п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/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п</w:t>
            </w:r>
          </w:p>
        </w:tc>
        <w:tc>
          <w:tcPr>
            <w:tcW w:w="107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64" w:after="0" w:line="318" w:lineRule="exact"/>
              <w:ind w:left="236"/>
            </w:pP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Тема 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урока </w:t>
            </w:r>
          </w:p>
        </w:tc>
        <w:tc>
          <w:tcPr>
            <w:tcW w:w="2676" w:type="dxa"/>
            <w:gridSpan w:val="3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" w:after="0" w:line="266" w:lineRule="exact"/>
              <w:ind w:left="98"/>
            </w:pP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84" w:type="dxa"/>
            <w:vMerge w:val="restart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88" w:after="0" w:line="318" w:lineRule="exact"/>
              <w:ind w:left="234" w:right="144"/>
            </w:pP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Дата 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изу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чения </w:t>
            </w:r>
          </w:p>
        </w:tc>
        <w:tc>
          <w:tcPr>
            <w:tcW w:w="1023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876" w:after="0" w:line="266" w:lineRule="exact"/>
              <w:ind w:left="236"/>
            </w:pP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E474A5" w:rsidRPr="00E474A5" w:rsidTr="00D54BE8">
        <w:trPr>
          <w:trHeight w:hRule="exact" w:val="1974"/>
        </w:trPr>
        <w:tc>
          <w:tcPr>
            <w:tcW w:w="217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E474A5" w:rsidRPr="00E474A5" w:rsidRDefault="00E474A5" w:rsidP="00E474A5"/>
        </w:tc>
        <w:tc>
          <w:tcPr>
            <w:tcW w:w="217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</w:tcPr>
          <w:p w:rsidR="00E474A5" w:rsidRPr="00E474A5" w:rsidRDefault="00E474A5" w:rsidP="00E474A5"/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24" w:after="0" w:line="316" w:lineRule="exact"/>
              <w:ind w:left="232"/>
            </w:pP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В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се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го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8" w:after="0" w:line="318" w:lineRule="exact"/>
              <w:ind w:left="232"/>
            </w:pP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Контрольн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ые 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работ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ы </w:t>
            </w:r>
          </w:p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8" w:after="0" w:line="318" w:lineRule="exact"/>
              <w:ind w:left="236"/>
            </w:pP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Практическ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ие 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>работ</w:t>
            </w:r>
            <w:r w:rsidRPr="00E474A5">
              <w:br/>
            </w:r>
            <w:r w:rsidRPr="00E474A5">
              <w:rPr>
                <w:rFonts w:ascii="Times New Roman,Bold" w:eastAsia="Times New Roman,Bold" w:hAnsi="Times New Roman,Bold"/>
                <w:b/>
                <w:color w:val="000000"/>
                <w:sz w:val="24"/>
              </w:rPr>
              <w:t xml:space="preserve">ы </w:t>
            </w:r>
          </w:p>
        </w:tc>
        <w:tc>
          <w:tcPr>
            <w:tcW w:w="2177" w:type="dxa"/>
            <w:vMerge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</w:tcPr>
          <w:p w:rsidR="00E474A5" w:rsidRPr="00E474A5" w:rsidRDefault="00E474A5" w:rsidP="00E474A5"/>
        </w:tc>
        <w:tc>
          <w:tcPr>
            <w:tcW w:w="217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</w:tcPr>
          <w:p w:rsidR="00E474A5" w:rsidRPr="00E474A5" w:rsidRDefault="00E474A5" w:rsidP="00E474A5"/>
        </w:tc>
      </w:tr>
      <w:tr w:rsidR="00E474A5" w:rsidRPr="00B770D8" w:rsidTr="00D54BE8">
        <w:trPr>
          <w:trHeight w:hRule="exact" w:val="1320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8" w:after="0" w:line="230" w:lineRule="auto"/>
              <w:ind w:left="10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right="144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Родная страна.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8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1.09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64" w:lineRule="auto"/>
              <w:ind w:left="236" w:right="57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Урок "Россия - наша Родина" (Инфоурок) </w:t>
            </w:r>
            <w:hyperlink r:id="rId16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okruzhayuschego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17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rossiya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nasha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rodina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-1136116.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Презентация "Родная страна" (Современный учительский портал) </w:t>
            </w:r>
            <w:r w:rsidRPr="00E474A5">
              <w:rPr>
                <w:lang w:val="ru-RU"/>
              </w:rPr>
              <w:br/>
            </w:r>
            <w:hyperlink r:id="rId18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easyen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load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okruzhajushhij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_1_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rodnaja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strana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/237-1-0-64270</w:t>
              </w:r>
            </w:hyperlink>
          </w:p>
        </w:tc>
      </w:tr>
      <w:tr w:rsidR="00E474A5" w:rsidRPr="00B770D8" w:rsidTr="00D54BE8">
        <w:trPr>
          <w:trHeight w:hRule="exact" w:val="170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724" w:after="0" w:line="230" w:lineRule="auto"/>
              <w:ind w:left="10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6828F0">
            <w:pPr>
              <w:autoSpaceDE w:val="0"/>
              <w:autoSpaceDN w:val="0"/>
              <w:spacing w:before="52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Город и сел</w:t>
            </w:r>
            <w:r w:rsidR="006828F0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о.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72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 3.09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724" w:after="0" w:line="22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"Город и село" (РЭШ) </w:t>
            </w:r>
            <w:hyperlink r:id="rId19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/6071/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conspect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/154855/</w:t>
              </w:r>
            </w:hyperlink>
          </w:p>
        </w:tc>
      </w:tr>
      <w:tr w:rsidR="00E474A5" w:rsidRPr="00B770D8" w:rsidTr="00D54BE8">
        <w:trPr>
          <w:trHeight w:hRule="exact" w:val="161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88" w:after="0" w:line="230" w:lineRule="auto"/>
              <w:ind w:left="10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Природа и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рукотворный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мир.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88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4" w:after="0" w:line="26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"Природа и предметы, созданные человеком. Природные материалы. Бережное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отношение к предметам, вещам, уход за ними" (Инфоурок) </w:t>
            </w:r>
            <w:hyperlink r:id="rId20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priroda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predmety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21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sozdannye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chelovekom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prirodnye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materialy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berezhnoe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otnoshenie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predmetam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vesham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uhod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22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nimi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-6387508.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Урок "Природа и творчество. природные материалы. Листья и фантазии (РЭШ) </w:t>
            </w:r>
            <w:hyperlink r:id="rId23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/5365/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conspect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/167914/</w:t>
              </w:r>
            </w:hyperlink>
          </w:p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  <w:rPr>
          <w:lang w:val="ru-RU"/>
        </w:rPr>
      </w:pPr>
    </w:p>
    <w:p w:rsidR="00E474A5" w:rsidRPr="00E474A5" w:rsidRDefault="00E474A5" w:rsidP="00E474A5">
      <w:pPr>
        <w:rPr>
          <w:lang w:val="ru-RU"/>
        </w:rPr>
        <w:sectPr w:rsidR="00E474A5" w:rsidRPr="00E474A5">
          <w:pgSz w:w="16382" w:h="11906"/>
          <w:pgMar w:top="566" w:right="718" w:bottom="676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B770D8" w:rsidTr="00D54BE8">
        <w:trPr>
          <w:trHeight w:hRule="exact" w:val="2810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274" w:after="0" w:line="230" w:lineRule="auto"/>
              <w:ind w:left="10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Провер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им себя и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оценим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свои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достижения по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разделу «Где мы живём»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27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10.09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116" w:after="0" w:line="252" w:lineRule="auto"/>
              <w:ind w:left="236" w:right="4608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Итоговый урок по разделу "Где мы живём» (РЭШ) </w:t>
            </w:r>
            <w:hyperlink r:id="rId24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/4277/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/223522/</w:t>
              </w:r>
            </w:hyperlink>
          </w:p>
        </w:tc>
      </w:tr>
      <w:tr w:rsidR="00E474A5" w:rsidRPr="00B770D8" w:rsidTr="00D54BE8">
        <w:trPr>
          <w:trHeight w:hRule="exact" w:val="143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6" w:after="0" w:line="230" w:lineRule="auto"/>
              <w:ind w:left="10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Неживая и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живая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природа.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15.09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6" w:after="0" w:line="226" w:lineRule="auto"/>
              <w:jc w:val="center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«Живая и неживая природа» (РЭШ) </w:t>
            </w:r>
            <w:hyperlink r:id="rId25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/5531/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/155077/</w:t>
              </w:r>
            </w:hyperlink>
          </w:p>
        </w:tc>
      </w:tr>
      <w:tr w:rsidR="00E474A5" w:rsidRPr="00B770D8" w:rsidTr="00D54BE8">
        <w:trPr>
          <w:trHeight w:hRule="exact" w:val="1156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left="10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Явления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природы.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17.09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2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«Явление природы» (РЭШ) </w:t>
            </w:r>
            <w:hyperlink r:id="rId26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/5531/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/155077/</w:t>
              </w:r>
            </w:hyperlink>
          </w:p>
        </w:tc>
      </w:tr>
      <w:tr w:rsidR="00E474A5" w:rsidRPr="00B770D8" w:rsidTr="00D54BE8">
        <w:trPr>
          <w:trHeight w:hRule="exact" w:val="87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4" w:after="0" w:line="230" w:lineRule="auto"/>
              <w:ind w:left="10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8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Что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такое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погода.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22.09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4" w:after="0" w:line="22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«Что такое погода» (РЭШ) </w:t>
            </w:r>
            <w:hyperlink r:id="rId27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/5531/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/155077/</w:t>
              </w:r>
            </w:hyperlink>
          </w:p>
        </w:tc>
      </w:tr>
      <w:tr w:rsidR="00E474A5" w:rsidRPr="00B770D8" w:rsidTr="00D54BE8">
        <w:trPr>
          <w:trHeight w:hRule="exact" w:val="115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left="10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Экскурсия «В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гости к осени».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24.09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12" w:after="0" w:line="245" w:lineRule="auto"/>
              <w:ind w:left="236" w:right="7056"/>
              <w:rPr>
                <w:lang w:val="ru-RU"/>
              </w:rPr>
            </w:pPr>
            <w:r w:rsidRPr="00E474A5">
              <w:rPr>
                <w:rFonts w:ascii="Calibri" w:eastAsia="Calibri" w:hAnsi="Calibri"/>
                <w:color w:val="000000"/>
                <w:sz w:val="24"/>
                <w:lang w:val="ru-RU"/>
              </w:rPr>
              <w:t xml:space="preserve">Библиотека ЦОК </w:t>
            </w:r>
            <w:r w:rsidRPr="00E474A5">
              <w:rPr>
                <w:lang w:val="ru-RU"/>
              </w:rPr>
              <w:br/>
            </w:r>
            <w:hyperlink r:id="rId28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m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edsoo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/7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f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412850</w:t>
              </w:r>
            </w:hyperlink>
          </w:p>
        </w:tc>
      </w:tr>
      <w:tr w:rsidR="00E474A5" w:rsidRPr="00B770D8" w:rsidTr="00D54BE8">
        <w:trPr>
          <w:trHeight w:hRule="exact" w:val="102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80" w:after="0" w:line="230" w:lineRule="auto"/>
              <w:ind w:left="10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8" w:after="0" w:line="245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В гости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к осени.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80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29.09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0" w:after="0" w:line="259" w:lineRule="auto"/>
              <w:ind w:left="236" w:right="432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"В гости к осени» (РЭШ) </w:t>
            </w:r>
            <w:hyperlink r:id="rId29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/4278/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/223553/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Презентация "Годовой ход изменения растений" (Инфоурок) </w:t>
            </w:r>
            <w:hyperlink r:id="rId30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31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godovoj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hod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izmenenij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v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zhizni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rastenij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-6445875.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B770D8" w:rsidTr="00D54BE8">
        <w:trPr>
          <w:trHeight w:hRule="exact" w:val="604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70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right="144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Звёздное небо.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70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1.10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70" w:after="0" w:line="230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«Звёздное небо» (РЭШ) </w:t>
            </w:r>
            <w:hyperlink r:id="rId32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/3687/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/223584/</w:t>
              </w:r>
            </w:hyperlink>
          </w:p>
        </w:tc>
      </w:tr>
      <w:tr w:rsidR="00E474A5" w:rsidRPr="00B770D8" w:rsidTr="00D54BE8">
        <w:trPr>
          <w:trHeight w:hRule="exact" w:val="36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30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Загляне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96" w:after="0" w:line="197" w:lineRule="auto"/>
              <w:ind w:right="350"/>
              <w:jc w:val="right"/>
            </w:pPr>
            <w:r w:rsidRPr="00E474A5">
              <w:rPr>
                <w:rFonts w:ascii="Calibri" w:eastAsia="Calibri" w:hAnsi="Calibri"/>
                <w:color w:val="000000"/>
                <w:sz w:val="24"/>
              </w:rPr>
              <w:t xml:space="preserve">1 </w:t>
            </w:r>
          </w:p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2" w:after="0" w:line="230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«Заглянем в кладовые Земли» (РЭШ) </w:t>
            </w:r>
            <w:hyperlink r:id="rId33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/3687/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/223584/</w:t>
              </w:r>
            </w:hyperlink>
          </w:p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  <w:rPr>
          <w:lang w:val="ru-RU"/>
        </w:rPr>
      </w:pPr>
    </w:p>
    <w:p w:rsidR="00E474A5" w:rsidRPr="00E474A5" w:rsidRDefault="00E474A5" w:rsidP="00E474A5">
      <w:pPr>
        <w:rPr>
          <w:lang w:val="ru-RU"/>
        </w:rPr>
        <w:sectPr w:rsidR="00E474A5" w:rsidRPr="00E474A5">
          <w:pgSz w:w="16382" w:h="11906"/>
          <w:pgMar w:top="566" w:right="718" w:bottom="668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D54BE8" w:rsidTr="00D54BE8">
        <w:trPr>
          <w:trHeight w:hRule="exact" w:val="1708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 в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кладовые Земли. Практи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ческая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работа. </w:t>
            </w:r>
            <w:r w:rsidR="009C12D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№№1</w:t>
            </w:r>
            <w:bookmarkStart w:id="1" w:name="_GoBack"/>
            <w:bookmarkEnd w:id="1"/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6.10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</w:tr>
      <w:tr w:rsidR="00E474A5" w:rsidRPr="00B770D8" w:rsidTr="00D54BE8">
        <w:trPr>
          <w:trHeight w:hRule="exact" w:val="87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Про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воздух…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 8.10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2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"Про воздух и воду" (РЭШ) </w:t>
            </w:r>
            <w:hyperlink r:id="rId34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/4272/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/156576/</w:t>
              </w:r>
            </w:hyperlink>
          </w:p>
        </w:tc>
      </w:tr>
      <w:tr w:rsidR="00E474A5" w:rsidRPr="00B770D8" w:rsidTr="00D54BE8">
        <w:trPr>
          <w:trHeight w:hRule="exact" w:val="60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74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4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…И про воду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7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13.10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74" w:after="0" w:line="223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"Про воздух и воду" (РЭШ) </w:t>
            </w:r>
            <w:hyperlink r:id="rId35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/4272/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/156576/</w:t>
              </w:r>
            </w:hyperlink>
          </w:p>
        </w:tc>
      </w:tr>
      <w:tr w:rsidR="00E474A5" w:rsidRPr="00B770D8" w:rsidTr="00D54BE8">
        <w:trPr>
          <w:trHeight w:hRule="exact" w:val="163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88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Какие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бывают растения?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88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15.10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tabs>
                <w:tab w:val="left" w:pos="296"/>
              </w:tabs>
              <w:autoSpaceDE w:val="0"/>
              <w:autoSpaceDN w:val="0"/>
              <w:spacing w:before="54" w:after="0" w:line="266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"Какие бывают растения и животные. Невидимые связи человека и природы.» (РЭШ) </w:t>
            </w:r>
            <w:hyperlink r:id="rId36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/5533/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/156764/</w:t>
              </w:r>
            </w:hyperlink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"Растения" (Инфоурок) </w:t>
            </w:r>
            <w:hyperlink r:id="rId37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rasteniya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38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1-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-5110163.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Видеоурок "Разнообразие растений" </w:t>
            </w:r>
            <w:hyperlink r:id="rId39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www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youtube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com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watch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?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v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=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tpHgpEHwc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5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</w:t>
              </w:r>
            </w:hyperlink>
            <w:r w:rsidRPr="00E474A5">
              <w:rPr>
                <w:rFonts w:ascii="Times New Roman" w:eastAsia="Times New Roman" w:hAnsi="Times New Roman"/>
                <w:color w:val="0000FF"/>
                <w:sz w:val="24"/>
                <w:lang w:val="ru-RU"/>
              </w:rPr>
              <w:t xml:space="preserve"> </w:t>
            </w:r>
          </w:p>
        </w:tc>
      </w:tr>
      <w:tr w:rsidR="00E474A5" w:rsidRPr="00B770D8" w:rsidTr="00D54BE8">
        <w:trPr>
          <w:trHeight w:hRule="exact" w:val="1320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30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Какие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бывают животн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ые?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30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20.10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4" w:after="0" w:line="264" w:lineRule="auto"/>
              <w:ind w:left="236" w:right="432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"Какие бывают растения и животные. Невидимые связи человека и природы.» (РЭШ) </w:t>
            </w:r>
            <w:hyperlink r:id="rId40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/5533/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/156764/</w:t>
              </w:r>
            </w:hyperlink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«Царство Животные» (Инфоурок) </w:t>
            </w:r>
            <w:hyperlink r:id="rId41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video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lessons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bb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301165-36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be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-4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f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7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-9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dfd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42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af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44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99792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4</w:t>
              </w:r>
            </w:hyperlink>
          </w:p>
        </w:tc>
      </w:tr>
      <w:tr w:rsidR="00E474A5" w:rsidRPr="00E474A5" w:rsidTr="00D54BE8">
        <w:trPr>
          <w:trHeight w:hRule="exact" w:val="88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1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Невидимые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нити.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1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22.10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6" w:after="0" w:line="252" w:lineRule="auto"/>
              <w:ind w:left="102" w:right="576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"Какие бывают растения и животные. Невидимые связи человека и природы.»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(РЭШ) </w:t>
            </w:r>
            <w:hyperlink r:id="rId43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https://resh.edu.ru/subject/lesson/5533/start/156764/</w:t>
              </w:r>
            </w:hyperlink>
          </w:p>
        </w:tc>
      </w:tr>
      <w:tr w:rsidR="00E474A5" w:rsidRPr="00B770D8" w:rsidTr="00D54BE8">
        <w:trPr>
          <w:trHeight w:hRule="exact" w:val="172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73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Дикорастущие и культурные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растени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я.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73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5.11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4" w:after="0" w:line="252" w:lineRule="auto"/>
              <w:ind w:left="102" w:right="57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"Какие бывают растения и животные. Невидимые связи человека и природы.» (РЭШ) </w:t>
            </w:r>
            <w:hyperlink r:id="rId44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/5533/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/156764/</w:t>
              </w:r>
            </w:hyperlink>
          </w:p>
          <w:p w:rsidR="00E474A5" w:rsidRPr="00E474A5" w:rsidRDefault="00E474A5" w:rsidP="00E474A5">
            <w:pPr>
              <w:autoSpaceDE w:val="0"/>
              <w:autoSpaceDN w:val="0"/>
              <w:spacing w:before="254" w:after="0" w:line="252" w:lineRule="auto"/>
              <w:ind w:left="102" w:right="4752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Видеоурок "Дикорастущие и культурные растения" </w:t>
            </w:r>
            <w:hyperlink r:id="rId45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www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youtube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com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watch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?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v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=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YdGKNhBLjYA</w:t>
              </w:r>
            </w:hyperlink>
          </w:p>
        </w:tc>
      </w:tr>
      <w:tr w:rsidR="00E474A5" w:rsidRPr="00B770D8" w:rsidTr="00D54BE8">
        <w:trPr>
          <w:trHeight w:hRule="exact" w:val="860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8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Дикие и домашние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8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10.11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52" w:lineRule="auto"/>
              <w:ind w:left="236" w:right="1152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"Дикие и домашние животные" (Инфоурок) </w:t>
            </w:r>
            <w:hyperlink r:id="rId46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konspekt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prezentaciey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  <w:lang w:val="ru-RU"/>
              </w:rPr>
              <w:t>-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dikie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  <w:lang w:val="ru-RU"/>
              </w:rPr>
              <w:t>-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i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  <w:lang w:val="ru-RU"/>
              </w:rPr>
              <w:t>-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domashnie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  <w:lang w:val="ru-RU"/>
              </w:rPr>
              <w:t>-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zhivotnie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  <w:lang w:val="ru-RU"/>
              </w:rPr>
              <w:t>-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okruzhayuschiy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  <w:lang w:val="ru-RU"/>
              </w:rPr>
              <w:t>-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mir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  <w:lang w:val="ru-RU"/>
              </w:rPr>
              <w:t>-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klass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  <w:lang w:val="ru-RU"/>
              </w:rPr>
              <w:t>-822260.</w:t>
            </w:r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html</w:t>
            </w:r>
          </w:p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  <w:rPr>
          <w:lang w:val="ru-RU"/>
        </w:rPr>
      </w:pPr>
    </w:p>
    <w:p w:rsidR="00E474A5" w:rsidRPr="00E474A5" w:rsidRDefault="00E474A5" w:rsidP="00E474A5">
      <w:pPr>
        <w:rPr>
          <w:lang w:val="ru-RU"/>
        </w:rPr>
        <w:sectPr w:rsidR="00E474A5" w:rsidRPr="00E474A5">
          <w:pgSz w:w="16382" w:h="11906"/>
          <w:pgMar w:top="566" w:right="718" w:bottom="570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E474A5" w:rsidTr="00D54BE8">
        <w:trPr>
          <w:trHeight w:hRule="exact" w:val="602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животные.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</w:tr>
      <w:tr w:rsidR="00E474A5" w:rsidRPr="00B770D8" w:rsidTr="00D54BE8">
        <w:trPr>
          <w:trHeight w:hRule="exact" w:val="132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3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Комнатные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растения.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3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12.11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4" w:after="0" w:line="266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"Комнатные растения, правила содержания и ухода" (Инфоурок) </w:t>
            </w:r>
            <w:r w:rsidRPr="00E474A5">
              <w:rPr>
                <w:lang w:val="ru-RU"/>
              </w:rPr>
              <w:br/>
            </w:r>
            <w:hyperlink r:id="rId47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komnatnye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rasteniya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pravila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48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soderzhaniya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uhoda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-1-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-6253680.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 xml:space="preserve"> </w:t>
              </w:r>
            </w:hyperlink>
            <w:r w:rsidRPr="00E474A5">
              <w:rPr>
                <w:rFonts w:ascii="Times New Roman" w:eastAsia="Times New Roman" w:hAnsi="Times New Roman"/>
                <w:color w:val="0000FF"/>
                <w:sz w:val="24"/>
                <w:u w:val="single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"Как ухаживать за комнатными растениями" (Мультиурок) </w:t>
            </w:r>
            <w:hyperlink r:id="rId49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multiurok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files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konspekt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tema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kak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ukhazhivat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komnatnymi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B770D8" w:rsidTr="00D54BE8">
        <w:trPr>
          <w:trHeight w:hRule="exact" w:val="115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Животные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живого уголка.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17.11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«Животные живого уголка» (РЭШ) </w:t>
            </w:r>
            <w:hyperlink r:id="rId50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/5532/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/156826/</w:t>
              </w:r>
            </w:hyperlink>
          </w:p>
        </w:tc>
      </w:tr>
      <w:tr w:rsidR="00E474A5" w:rsidRPr="00B770D8" w:rsidTr="00D54BE8">
        <w:trPr>
          <w:trHeight w:hRule="exact" w:val="878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Про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кошек и собак.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 19.11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30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«Про кошек и собак» (РЭШ) </w:t>
            </w:r>
            <w:hyperlink r:id="rId51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/5532/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/156826/</w:t>
              </w:r>
            </w:hyperlink>
          </w:p>
        </w:tc>
      </w:tr>
      <w:tr w:rsidR="00E474A5" w:rsidRPr="00B770D8" w:rsidTr="00D54BE8">
        <w:trPr>
          <w:trHeight w:hRule="exact" w:val="1428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Красная книга. </w:t>
            </w:r>
          </w:p>
          <w:p w:rsidR="00E474A5" w:rsidRPr="00E474A5" w:rsidRDefault="00E474A5" w:rsidP="00E474A5">
            <w:pPr>
              <w:autoSpaceDE w:val="0"/>
              <w:autoSpaceDN w:val="0"/>
              <w:spacing w:before="1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Красная книга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Югры.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24.11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2" w:after="0" w:line="230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«Красная книга» (РЭШ) </w:t>
            </w:r>
            <w:hyperlink r:id="rId52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/5536/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/156857/</w:t>
              </w:r>
            </w:hyperlink>
          </w:p>
        </w:tc>
      </w:tr>
      <w:tr w:rsidR="00E474A5" w:rsidRPr="00B770D8" w:rsidTr="00D54BE8">
        <w:trPr>
          <w:trHeight w:hRule="exact" w:val="308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41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Будь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природе другом! Проект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«Красная книга, или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Возьме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 под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защиту».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41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Default="00D54BE8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26.11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416" w:after="0" w:line="230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m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edsoo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/7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f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4116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</w:t>
              </w:r>
            </w:hyperlink>
          </w:p>
        </w:tc>
      </w:tr>
      <w:tr w:rsidR="00E474A5" w:rsidRPr="00B770D8" w:rsidTr="00D54BE8">
        <w:trPr>
          <w:trHeight w:hRule="exact" w:val="113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8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1A657A" w:rsidRDefault="001A657A" w:rsidP="00E474A5">
            <w:pPr>
              <w:autoSpaceDE w:val="0"/>
              <w:autoSpaceDN w:val="0"/>
              <w:spacing w:before="52" w:after="0" w:line="245" w:lineRule="auto"/>
              <w:ind w:left="100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Тематическая проверочная   </w:t>
            </w:r>
          </w:p>
          <w:p w:rsidR="00E474A5" w:rsidRPr="00E474A5" w:rsidRDefault="001A657A" w:rsidP="00E474A5">
            <w:pPr>
              <w:autoSpaceDE w:val="0"/>
              <w:autoSpaceDN w:val="0"/>
              <w:spacing w:before="52" w:after="0" w:line="245" w:lineRule="auto"/>
              <w:ind w:left="100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работаработа р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8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451413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  <w:p w:rsidR="00451413" w:rsidRPr="00451413" w:rsidRDefault="00451413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1</w:t>
            </w:r>
          </w:p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1.12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8" w:after="0" w:line="230" w:lineRule="auto"/>
              <w:jc w:val="center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Итоговый урок по разделу «Природа» (РЭШ) </w:t>
            </w:r>
            <w:hyperlink r:id="rId54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/3698/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/289903/</w:t>
              </w:r>
            </w:hyperlink>
          </w:p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  <w:rPr>
          <w:lang w:val="ru-RU"/>
        </w:rPr>
      </w:pPr>
    </w:p>
    <w:p w:rsidR="00E474A5" w:rsidRPr="00E474A5" w:rsidRDefault="00E474A5" w:rsidP="00E474A5">
      <w:pPr>
        <w:rPr>
          <w:lang w:val="ru-RU"/>
        </w:rPr>
        <w:sectPr w:rsidR="00E474A5" w:rsidRPr="00E474A5">
          <w:pgSz w:w="16382" w:h="11906"/>
          <w:pgMar w:top="566" w:right="718" w:bottom="574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451413" w:rsidTr="00D54BE8">
        <w:trPr>
          <w:trHeight w:hRule="exact" w:val="1708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1A657A" w:rsidP="001A657A">
            <w:pPr>
              <w:autoSpaceDE w:val="0"/>
              <w:autoSpaceDN w:val="0"/>
              <w:spacing w:before="50" w:after="0" w:line="245" w:lineRule="auto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 работа </w:t>
            </w:r>
            <w:r w:rsidR="001F7D6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 разделу </w:t>
            </w:r>
            <w:r w:rsidR="00E474A5"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«Природа».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</w:tr>
      <w:tr w:rsidR="00E474A5" w:rsidRPr="00B770D8" w:rsidTr="00D54BE8">
        <w:trPr>
          <w:trHeight w:hRule="exact" w:val="115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Что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такое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экономика.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3.12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2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"Что такое экономика" (РЭШ) </w:t>
            </w:r>
            <w:hyperlink r:id="rId55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/5961/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/156919/</w:t>
              </w:r>
            </w:hyperlink>
          </w:p>
        </w:tc>
      </w:tr>
      <w:tr w:rsidR="00E474A5" w:rsidRPr="00B770D8" w:rsidTr="00D54BE8">
        <w:trPr>
          <w:trHeight w:hRule="exact" w:val="115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Из чего что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сделано.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8.12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2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"Из чего что сделано. " (РЭШ) </w:t>
            </w:r>
            <w:hyperlink r:id="rId56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/5527/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/156949/</w:t>
              </w:r>
            </w:hyperlink>
          </w:p>
        </w:tc>
      </w:tr>
      <w:tr w:rsidR="00E474A5" w:rsidRPr="00B770D8" w:rsidTr="00D54BE8">
        <w:trPr>
          <w:trHeight w:hRule="exact" w:val="1982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858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Как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построить дом.</w:t>
            </w:r>
          </w:p>
          <w:p w:rsidR="00E474A5" w:rsidRPr="00E474A5" w:rsidRDefault="00E474A5" w:rsidP="00E474A5">
            <w:pPr>
              <w:autoSpaceDE w:val="0"/>
              <w:autoSpaceDN w:val="0"/>
              <w:spacing w:before="1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Жилищ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е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народов Севера.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858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10.12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858" w:after="0" w:line="22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"Как построить дом. " (РЭШ) </w:t>
            </w:r>
            <w:hyperlink r:id="rId57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/5527/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/156949/</w:t>
              </w:r>
            </w:hyperlink>
          </w:p>
        </w:tc>
      </w:tr>
      <w:tr w:rsidR="00E474A5" w:rsidRPr="00B770D8" w:rsidTr="00D54BE8">
        <w:trPr>
          <w:trHeight w:hRule="exact" w:val="115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Какой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бывает транспорт.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15.12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2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"Какой бывает транспорт. " (РЭШ) </w:t>
            </w:r>
            <w:hyperlink r:id="rId58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/5527/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/156949/</w:t>
              </w:r>
            </w:hyperlink>
          </w:p>
        </w:tc>
      </w:tr>
      <w:tr w:rsidR="00E474A5" w:rsidRPr="00B770D8" w:rsidTr="00D54BE8">
        <w:trPr>
          <w:trHeight w:hRule="exact" w:val="115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8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Культура и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образование.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8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D54BE8" w:rsidRPr="00D54BE8" w:rsidRDefault="00D54BE8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17.12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8" w:after="0" w:line="22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"Культура и образование" (РЭШ) </w:t>
            </w:r>
            <w:hyperlink r:id="rId59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/3719/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/156980/</w:t>
              </w:r>
            </w:hyperlink>
          </w:p>
        </w:tc>
      </w:tr>
      <w:tr w:rsidR="00E474A5" w:rsidRPr="00B770D8" w:rsidTr="00D54BE8">
        <w:trPr>
          <w:trHeight w:hRule="exact" w:val="1132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Все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профессии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важны.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22.12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78" w:after="0" w:line="252" w:lineRule="auto"/>
              <w:ind w:left="236" w:right="37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"Все профессии важны. Проект «Профессии»." (РЭШ) </w:t>
            </w:r>
            <w:hyperlink r:id="rId60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/3719/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/156980/</w:t>
              </w:r>
            </w:hyperlink>
          </w:p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  <w:rPr>
          <w:lang w:val="ru-RU"/>
        </w:rPr>
      </w:pPr>
    </w:p>
    <w:p w:rsidR="00E474A5" w:rsidRPr="00E474A5" w:rsidRDefault="00E474A5" w:rsidP="00E474A5">
      <w:pPr>
        <w:rPr>
          <w:lang w:val="ru-RU"/>
        </w:rPr>
        <w:sectPr w:rsidR="00E474A5" w:rsidRPr="00E474A5">
          <w:pgSz w:w="16382" w:h="11906"/>
          <w:pgMar w:top="566" w:right="718" w:bottom="656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E474A5" w:rsidTr="00D54BE8">
        <w:trPr>
          <w:trHeight w:hRule="exact" w:val="880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68"/>
              <w:jc w:val="both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Проект «Профессии».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</w:tr>
      <w:tr w:rsidR="00E474A5" w:rsidRPr="00B770D8" w:rsidTr="00D54BE8">
        <w:trPr>
          <w:trHeight w:hRule="exact" w:val="1318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8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Экскурсия «В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гости к зиме».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24.12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66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Презентация "Травы" (Инфоурок) </w:t>
            </w:r>
            <w:hyperlink r:id="rId61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okruzhayuschemu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travi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62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-3045577.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Презентация "Годовой ход изменения растений" (Инфоурок) </w:t>
            </w:r>
            <w:hyperlink r:id="rId63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64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godovoj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hod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izmenenij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v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zhizni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rastenij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-6445875.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B770D8" w:rsidTr="00D54BE8">
        <w:trPr>
          <w:trHeight w:hRule="exact" w:val="102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8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В гости к зиме.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8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29.12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4" w:after="0" w:line="259" w:lineRule="auto"/>
              <w:ind w:left="236" w:right="432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"В гости к зиме" (РЭШ) </w:t>
            </w:r>
            <w:hyperlink r:id="rId65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/4274/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/289934/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Презентация "Годовой ход изменения растений" (Инфоурок) </w:t>
            </w:r>
            <w:hyperlink r:id="rId66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67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godovoj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hod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izmenenij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v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zhizni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rastenij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-6445875.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B770D8" w:rsidTr="00D54BE8">
        <w:trPr>
          <w:trHeight w:hRule="exact" w:val="308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410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</w:t>
            </w:r>
            <w:r w:rsidR="00AE0E7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ект «Родной край, село»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410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67339B" w:rsidRDefault="0067339B" w:rsidP="00E474A5"/>
          <w:p w:rsidR="0067339B" w:rsidRDefault="0067339B" w:rsidP="00E474A5"/>
          <w:p w:rsidR="0067339B" w:rsidRPr="0067339B" w:rsidRDefault="0067339B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</w:t>
            </w:r>
          </w:p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Default="0051138A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12.01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252" w:after="0" w:line="252" w:lineRule="auto"/>
              <w:ind w:left="236" w:right="4032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Итоговый урок по разделу «Жизнь города и села» (РЭШ) </w:t>
            </w:r>
            <w:hyperlink r:id="rId68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/5962/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/295952/</w:t>
              </w:r>
            </w:hyperlink>
          </w:p>
        </w:tc>
      </w:tr>
      <w:tr w:rsidR="00E474A5" w:rsidRPr="00B770D8" w:rsidTr="00D54BE8">
        <w:trPr>
          <w:trHeight w:hRule="exact" w:val="2808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274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Темати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ческая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проверочная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 w:rsidR="00AE0E7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№2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разделу «Жизнь города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 села».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27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308" w:after="0" w:line="197" w:lineRule="auto"/>
              <w:ind w:right="336"/>
              <w:jc w:val="right"/>
            </w:pPr>
            <w:r w:rsidRPr="00E474A5">
              <w:rPr>
                <w:rFonts w:ascii="Calibri" w:eastAsia="Calibri" w:hAnsi="Calibri"/>
                <w:color w:val="000000"/>
                <w:sz w:val="24"/>
              </w:rPr>
              <w:t xml:space="preserve">1 </w:t>
            </w:r>
          </w:p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Default="0051138A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14.01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116" w:after="0" w:line="252" w:lineRule="auto"/>
              <w:ind w:left="236" w:right="57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Проверочная работа по разделу «Жизнь города и села» (Инфоурок) </w:t>
            </w:r>
            <w:r w:rsidRPr="00E474A5">
              <w:rPr>
                <w:lang w:val="ru-RU"/>
              </w:rPr>
              <w:br/>
            </w:r>
            <w:hyperlink r:id="rId69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proverochnaya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rabota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-2-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razdelu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zhizn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goroda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i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sela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-2-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-5263068.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html</w:t>
              </w:r>
            </w:hyperlink>
          </w:p>
        </w:tc>
      </w:tr>
      <w:tr w:rsidR="00E474A5" w:rsidRPr="00E474A5" w:rsidTr="00D54BE8">
        <w:trPr>
          <w:trHeight w:hRule="exact" w:val="36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4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30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Строен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19.01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4" w:after="0" w:line="230" w:lineRule="auto"/>
              <w:ind w:left="236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«Строение тела человека. Если хочешь быть здоров!»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(РЭШ) </w:t>
            </w:r>
          </w:p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</w:pPr>
    </w:p>
    <w:p w:rsidR="00E474A5" w:rsidRPr="00E474A5" w:rsidRDefault="00E474A5" w:rsidP="00E474A5">
      <w:pPr>
        <w:sectPr w:rsidR="00E474A5" w:rsidRPr="00E474A5">
          <w:pgSz w:w="16382" w:h="11906"/>
          <w:pgMar w:top="566" w:right="718" w:bottom="636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E474A5" w:rsidTr="00D54BE8">
        <w:trPr>
          <w:trHeight w:hRule="exact" w:val="880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68"/>
              <w:jc w:val="both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ие тела человека.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4216AE" w:rsidP="00E474A5">
            <w:pPr>
              <w:autoSpaceDE w:val="0"/>
              <w:autoSpaceDN w:val="0"/>
              <w:spacing w:before="52" w:after="0" w:line="230" w:lineRule="auto"/>
              <w:ind w:left="236"/>
            </w:pPr>
            <w:hyperlink r:id="rId70" w:history="1">
              <w:r w:rsidR="00E474A5"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https://resh.edu.ru/subject/lesson/4275/start/157167/</w:t>
              </w:r>
            </w:hyperlink>
          </w:p>
        </w:tc>
      </w:tr>
      <w:tr w:rsidR="00E474A5" w:rsidRPr="00B770D8" w:rsidTr="00D54BE8">
        <w:trPr>
          <w:trHeight w:hRule="exact" w:val="115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4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8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Если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хочешь быть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здоров.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21.01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86" w:after="0" w:line="252" w:lineRule="auto"/>
              <w:ind w:left="236" w:right="302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«Строение тела человека. Если хочешь быть здоров!» (РЭШ) </w:t>
            </w:r>
            <w:hyperlink r:id="rId71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/4275/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/157167/</w:t>
              </w:r>
            </w:hyperlink>
          </w:p>
        </w:tc>
      </w:tr>
      <w:tr w:rsidR="00E474A5" w:rsidRPr="00B770D8" w:rsidTr="00D54BE8">
        <w:trPr>
          <w:trHeight w:hRule="exact" w:val="115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8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Берегись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автомобиля!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8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26.01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30" w:after="0" w:line="262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«Берегись автомобиля!» (РЭШ </w:t>
            </w:r>
            <w:hyperlink r:id="rId72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/3499/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/157198/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Урок "Правила безопасного поведения пассажира наземного транспорта" (Инфоурок) </w:t>
            </w:r>
            <w:r w:rsidRPr="00E474A5">
              <w:rPr>
                <w:lang w:val="ru-RU"/>
              </w:rPr>
              <w:br/>
            </w:r>
            <w:hyperlink r:id="rId73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pravila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bezopasnogo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povedeniya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passazhira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nazemnogo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transporta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-6541212.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B770D8" w:rsidTr="00D54BE8">
        <w:trPr>
          <w:trHeight w:hRule="exact" w:val="170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724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 w:right="202"/>
              <w:jc w:val="both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Школа пешеходов. </w:t>
            </w:r>
          </w:p>
          <w:p w:rsidR="00E474A5" w:rsidRPr="00E474A5" w:rsidRDefault="00E474A5" w:rsidP="00E474A5">
            <w:pPr>
              <w:autoSpaceDE w:val="0"/>
              <w:autoSpaceDN w:val="0"/>
              <w:spacing w:before="10" w:after="0" w:line="245" w:lineRule="auto"/>
              <w:ind w:right="144"/>
              <w:jc w:val="center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ческая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работа. </w:t>
            </w:r>
            <w:r w:rsidR="009C12D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№2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72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758" w:after="0" w:line="197" w:lineRule="auto"/>
              <w:ind w:right="350"/>
              <w:jc w:val="right"/>
            </w:pPr>
            <w:r w:rsidRPr="00E474A5">
              <w:rPr>
                <w:rFonts w:ascii="Calibri" w:eastAsia="Calibri" w:hAnsi="Calibri"/>
                <w:color w:val="000000"/>
                <w:sz w:val="24"/>
              </w:rPr>
              <w:t xml:space="preserve">1 </w:t>
            </w:r>
          </w:p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28.01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62" w:after="0" w:line="254" w:lineRule="auto"/>
              <w:ind w:left="236" w:right="216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m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edsoo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/7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f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4116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Презентация "Мы пассажиры" </w:t>
            </w:r>
            <w:hyperlink r:id="rId75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znanio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media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prezentatsiya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pdd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my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passazhiry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_2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-232115</w:t>
              </w:r>
            </w:hyperlink>
          </w:p>
        </w:tc>
      </w:tr>
      <w:tr w:rsidR="00E474A5" w:rsidRPr="00B770D8" w:rsidTr="00D54BE8">
        <w:trPr>
          <w:trHeight w:hRule="exact" w:val="1320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30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Домашние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опасности.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30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2.02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4" w:after="0" w:line="264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Презентация к уроку «Домашние опасности» (Инфоурок) </w:t>
            </w:r>
            <w:hyperlink r:id="rId76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k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</w:hyperlink>
            <w:hyperlink r:id="rId77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uroku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okruzhayushego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mira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domashnie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opasnosti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-2-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-5852924.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html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Урок "Домашние опасности" (Инфоурок) </w:t>
            </w:r>
            <w:hyperlink r:id="rId78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konspekt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domashnie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opasnosti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-3478216.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Видеоурок "Безопасное поведение в быту" </w:t>
            </w:r>
            <w:hyperlink r:id="rId79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video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/1820321057481</w:t>
              </w:r>
            </w:hyperlink>
          </w:p>
        </w:tc>
      </w:tr>
      <w:tr w:rsidR="00E474A5" w:rsidRPr="00B770D8" w:rsidTr="00D54BE8">
        <w:trPr>
          <w:trHeight w:hRule="exact" w:val="388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Пожар!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4.02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2" w:after="0" w:line="230" w:lineRule="auto"/>
              <w:jc w:val="center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«Домашние опасности. Пожар!» (РЭШ) </w:t>
            </w:r>
            <w:hyperlink r:id="rId80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/3729/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/157229/</w:t>
              </w:r>
            </w:hyperlink>
          </w:p>
        </w:tc>
      </w:tr>
      <w:tr w:rsidR="00E474A5" w:rsidRPr="00B770D8" w:rsidTr="00D54BE8">
        <w:trPr>
          <w:trHeight w:hRule="exact" w:val="87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8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На воде и в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лесу.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9.02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48" w:after="0" w:line="252" w:lineRule="auto"/>
              <w:ind w:left="236" w:right="432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m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edsoo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/7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f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4116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 Урок «Правила безопасности на воде и в лесу. Опасные незнакомцы.»(РЭШ) </w:t>
            </w:r>
            <w:hyperlink r:id="rId82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/5534/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/157260/</w:t>
              </w:r>
            </w:hyperlink>
          </w:p>
        </w:tc>
      </w:tr>
      <w:tr w:rsidR="00E474A5" w:rsidRPr="00B770D8" w:rsidTr="00D54BE8">
        <w:trPr>
          <w:trHeight w:hRule="exact" w:val="115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8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Опасные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незнакомцы.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11.02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86" w:after="0" w:line="254" w:lineRule="auto"/>
              <w:ind w:left="236" w:right="57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m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edsoo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/7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f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4116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Урок «Правила безопасности на воде и в лесу. Опасные незнакомцы.»(РЭШ) </w:t>
            </w:r>
            <w:hyperlink r:id="rId84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/5534/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/157260/</w:t>
              </w:r>
            </w:hyperlink>
          </w:p>
        </w:tc>
      </w:tr>
      <w:tr w:rsidR="00E474A5" w:rsidRPr="00E474A5" w:rsidTr="00D54BE8">
        <w:trPr>
          <w:trHeight w:hRule="exact" w:val="88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217EBB" w:rsidRDefault="00217EBB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Темати=ческая прове</w:t>
            </w:r>
          </w:p>
          <w:p w:rsidR="00217EBB" w:rsidRDefault="00217EBB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роч</w:t>
            </w:r>
          </w:p>
          <w:p w:rsidR="00E474A5" w:rsidRPr="00217EBB" w:rsidRDefault="00217EBB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-ная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20" w:after="0" w:line="230" w:lineRule="auto"/>
              <w:ind w:right="80"/>
              <w:jc w:val="right"/>
            </w:pPr>
            <w:r w:rsidRPr="00D54BE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16.02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62" w:after="0" w:line="252" w:lineRule="auto"/>
              <w:ind w:left="236" w:right="36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Итоговый урок по разделу «Здоровье и безопасность» (РЭШ) </w:t>
            </w:r>
            <w:hyperlink r:id="rId85" w:history="1">
              <w:r w:rsidRPr="00E474A5">
                <w:rPr>
                  <w:rFonts w:ascii="Times New Roman" w:eastAsia="Times New Roman" w:hAnsi="Times New Roman"/>
                  <w:color w:val="000000"/>
                  <w:sz w:val="24"/>
                  <w:lang w:val="ru-RU"/>
                </w:rPr>
                <w:t>.</w:t>
              </w:r>
            </w:hyperlink>
            <w:hyperlink r:id="rId86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https://resh.edu.ru/subject/lesson/5537/start/223713/</w:t>
              </w:r>
            </w:hyperlink>
          </w:p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</w:pPr>
    </w:p>
    <w:p w:rsidR="00E474A5" w:rsidRPr="00E474A5" w:rsidRDefault="00E474A5" w:rsidP="00E474A5">
      <w:pPr>
        <w:sectPr w:rsidR="00E474A5" w:rsidRPr="00E474A5">
          <w:pgSz w:w="16382" w:h="11906"/>
          <w:pgMar w:top="566" w:right="718" w:bottom="618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451413" w:rsidTr="00D54BE8">
        <w:trPr>
          <w:trHeight w:hRule="exact" w:val="2534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217EBB" w:rsidRDefault="00217EBB" w:rsidP="00217EBB">
            <w:pPr>
              <w:autoSpaceDE w:val="0"/>
              <w:autoSpaceDN w:val="0"/>
              <w:spacing w:before="50" w:after="0" w:line="245" w:lineRule="auto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рочная работа</w:t>
            </w:r>
            <w:r w:rsidR="002228B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№3</w:t>
            </w:r>
          </w:p>
          <w:p w:rsidR="00E474A5" w:rsidRPr="00E474A5" w:rsidRDefault="00E474A5" w:rsidP="00217EBB">
            <w:pPr>
              <w:autoSpaceDE w:val="0"/>
              <w:autoSpaceDN w:val="0"/>
              <w:spacing w:before="50" w:after="0" w:line="245" w:lineRule="auto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по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разделу «Здоровье и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безопасность».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>
            <w:pPr>
              <w:rPr>
                <w:lang w:val="ru-RU"/>
              </w:rPr>
            </w:pPr>
          </w:p>
          <w:p w:rsidR="000F08E5" w:rsidRDefault="000F08E5" w:rsidP="00E474A5">
            <w:pPr>
              <w:rPr>
                <w:lang w:val="ru-RU"/>
              </w:rPr>
            </w:pPr>
          </w:p>
          <w:p w:rsidR="000F08E5" w:rsidRPr="00E474A5" w:rsidRDefault="000F08E5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1</w:t>
            </w:r>
          </w:p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</w:tr>
      <w:tr w:rsidR="00E474A5" w:rsidRPr="00B770D8" w:rsidTr="00D54BE8">
        <w:trPr>
          <w:trHeight w:hRule="exact" w:val="100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7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Наша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дружна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я семья.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7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18.02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6" w:after="0" w:line="262" w:lineRule="auto"/>
              <w:ind w:left="236" w:right="2448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«Наша дружная семья. Проектное задание «Родословная»» (РЭШ) </w:t>
            </w:r>
            <w:hyperlink r:id="rId87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/5564/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/157330/</w:t>
              </w:r>
            </w:hyperlink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m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edsoo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/7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f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4116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</w:t>
              </w:r>
            </w:hyperlink>
          </w:p>
        </w:tc>
      </w:tr>
      <w:tr w:rsidR="00E474A5" w:rsidRPr="00B770D8" w:rsidTr="00D54BE8">
        <w:trPr>
          <w:trHeight w:hRule="exact" w:val="1000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7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Проект «Родословная».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7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25.02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4" w:after="0" w:line="262" w:lineRule="auto"/>
              <w:ind w:left="236" w:right="2448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«Наша дружная семья. Проектное задание «Родословная»» (РЭШ) </w:t>
            </w:r>
            <w:hyperlink r:id="rId89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/5564/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/157330/</w:t>
              </w:r>
            </w:hyperlink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m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edsoo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/7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f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4116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</w:t>
              </w:r>
            </w:hyperlink>
          </w:p>
        </w:tc>
      </w:tr>
      <w:tr w:rsidR="00E474A5" w:rsidRPr="00B770D8" w:rsidTr="00D54BE8">
        <w:trPr>
          <w:trHeight w:hRule="exact" w:val="830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8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В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школе.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8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2.03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86" w:after="0" w:line="230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«В школе. Правила вежлисвоти». (РЭШ) </w:t>
            </w:r>
            <w:hyperlink r:id="rId91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/5963/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/157361/</w:t>
              </w:r>
            </w:hyperlink>
          </w:p>
        </w:tc>
      </w:tr>
      <w:tr w:rsidR="00E474A5" w:rsidRPr="00B770D8" w:rsidTr="00D54BE8">
        <w:trPr>
          <w:trHeight w:hRule="exact" w:val="115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Правила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вежливости.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4.03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26" w:after="0" w:line="262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"В школе. Правила вежливости" (РЭШ) </w:t>
            </w:r>
            <w:r w:rsidRPr="00E474A5">
              <w:rPr>
                <w:lang w:val="ru-RU"/>
              </w:rPr>
              <w:br/>
            </w:r>
            <w:hyperlink r:id="rId92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/5963/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conspect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/157360/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Видеоурок "Правила поведения в школе" </w:t>
            </w:r>
            <w:hyperlink r:id="rId93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video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/332743771489</w:t>
              </w:r>
            </w:hyperlink>
          </w:p>
        </w:tc>
      </w:tr>
      <w:tr w:rsidR="00E474A5" w:rsidRPr="00B770D8" w:rsidTr="00D54BE8">
        <w:trPr>
          <w:trHeight w:hRule="exact" w:val="878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Ты и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твои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друзья.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9.03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06" w:after="0" w:line="230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m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edsoo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/7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f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4116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</w:t>
              </w:r>
            </w:hyperlink>
          </w:p>
        </w:tc>
      </w:tr>
      <w:tr w:rsidR="00E474A5" w:rsidRPr="00B770D8" w:rsidTr="00D54BE8">
        <w:trPr>
          <w:trHeight w:hRule="exact" w:val="142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6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Мы -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зрители и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пассажиры.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11.03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2" w:after="0" w:line="230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m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edsoo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/7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f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4116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4</w:t>
              </w:r>
            </w:hyperlink>
          </w:p>
        </w:tc>
      </w:tr>
      <w:tr w:rsidR="00E474A5" w:rsidRPr="00B770D8" w:rsidTr="00D54BE8">
        <w:trPr>
          <w:trHeight w:hRule="exact" w:val="66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14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Провер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им себя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1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4" w:after="0" w:line="254" w:lineRule="auto"/>
              <w:ind w:left="236" w:right="288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"Заповедники родного края" (Инфоурок) </w:t>
            </w:r>
            <w:hyperlink r:id="rId96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konspekt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r w:rsidRPr="00E474A5">
              <w:rPr>
                <w:lang w:val="ru-RU"/>
              </w:rPr>
              <w:br/>
            </w:r>
            <w:hyperlink r:id="rId97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okruzhayuschemu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zapovedniki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rodnogo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kraya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-1171404.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Презентация "Заповедники на </w:t>
            </w:r>
          </w:p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  <w:rPr>
          <w:lang w:val="ru-RU"/>
        </w:rPr>
      </w:pPr>
    </w:p>
    <w:p w:rsidR="00E474A5" w:rsidRPr="00E474A5" w:rsidRDefault="00E474A5" w:rsidP="00E474A5">
      <w:pPr>
        <w:rPr>
          <w:lang w:val="ru-RU"/>
        </w:rPr>
        <w:sectPr w:rsidR="00E474A5" w:rsidRPr="00E474A5">
          <w:pgSz w:w="16382" w:h="11906"/>
          <w:pgMar w:top="566" w:right="718" w:bottom="630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B770D8" w:rsidTr="00D54BE8">
        <w:trPr>
          <w:trHeight w:hRule="exact" w:val="2258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оценим свои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достижения по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разделу «Общение».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54" w:lineRule="auto"/>
              <w:ind w:left="236" w:right="86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карте Правила поведения в заповедниках" </w:t>
            </w:r>
            <w:hyperlink r:id="rId98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theslide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uncategorized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zapovedniki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99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kartepravila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povedeniya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v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zapovednikahvyhodzapovedniki</w:t>
              </w:r>
            </w:hyperlink>
          </w:p>
        </w:tc>
      </w:tr>
      <w:tr w:rsidR="00E474A5" w:rsidRPr="00B770D8" w:rsidTr="00D54BE8">
        <w:trPr>
          <w:trHeight w:hRule="exact" w:val="1006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7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Посмотри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вокруг.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7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18.03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4" w:after="0" w:line="262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Презентация "Ориентирование на местности" (Современный учительский портал) </w:t>
            </w:r>
            <w:r w:rsidRPr="00E474A5">
              <w:rPr>
                <w:lang w:val="ru-RU"/>
              </w:rPr>
              <w:br/>
            </w:r>
            <w:hyperlink r:id="rId100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easyen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load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okruzhajushhij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prezentacija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_52_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temeorientirovanie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 xml:space="preserve"> </w:t>
              </w:r>
            </w:hyperlink>
            <w:hyperlink r:id="rId101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mestnosti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/237-1-0-66454</w:t>
              </w:r>
            </w:hyperlink>
          </w:p>
        </w:tc>
      </w:tr>
      <w:tr w:rsidR="00E474A5" w:rsidRPr="00B770D8" w:rsidTr="00D54BE8">
        <w:trPr>
          <w:trHeight w:hRule="exact" w:val="1430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Ориентирование на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местности.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23.03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66" w:after="0" w:line="262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Презентация "Ориентирование на местности" (Современный учительский портал) </w:t>
            </w:r>
            <w:r w:rsidRPr="00E474A5">
              <w:rPr>
                <w:lang w:val="ru-RU"/>
              </w:rPr>
              <w:br/>
            </w:r>
            <w:hyperlink r:id="rId102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easyen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load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okruzhajushhij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prezentacija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_52_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temeorientirovanie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 xml:space="preserve"> </w:t>
              </w:r>
            </w:hyperlink>
            <w:hyperlink r:id="rId103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mestnosti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/237-1-0-66454</w:t>
              </w:r>
            </w:hyperlink>
          </w:p>
        </w:tc>
      </w:tr>
      <w:tr w:rsidR="00E474A5" w:rsidRPr="00B770D8" w:rsidTr="00D54BE8">
        <w:trPr>
          <w:trHeight w:hRule="exact" w:val="225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99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8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Ориентирование на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местности. </w:t>
            </w:r>
          </w:p>
          <w:p w:rsidR="00E474A5" w:rsidRPr="00E474A5" w:rsidRDefault="00E474A5" w:rsidP="00E474A5">
            <w:pPr>
              <w:autoSpaceDE w:val="0"/>
              <w:autoSpaceDN w:val="0"/>
              <w:spacing w:before="10" w:after="0" w:line="245" w:lineRule="auto"/>
              <w:ind w:right="144"/>
              <w:jc w:val="center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Практи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ческая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работа.</w:t>
            </w:r>
            <w:r w:rsidR="009C12D7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№3№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99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030" w:after="0" w:line="197" w:lineRule="auto"/>
              <w:ind w:right="350"/>
              <w:jc w:val="right"/>
            </w:pPr>
            <w:r w:rsidRPr="00E474A5">
              <w:rPr>
                <w:rFonts w:ascii="Calibri" w:eastAsia="Calibri" w:hAnsi="Calibri"/>
                <w:color w:val="000000"/>
                <w:sz w:val="24"/>
              </w:rPr>
              <w:t xml:space="preserve">1 </w:t>
            </w:r>
          </w:p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25.03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80" w:after="0" w:line="262" w:lineRule="auto"/>
              <w:ind w:left="236" w:right="1008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Практическая работа "Ориентирование на местности по компасу" (Инфоурок) </w:t>
            </w:r>
            <w:hyperlink r:id="rId104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konspekt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poznaniyu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orientirovanie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kompasu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105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prakticheskoe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zanyatie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-518342.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B770D8" w:rsidTr="00D54BE8">
        <w:trPr>
          <w:trHeight w:hRule="exact" w:val="132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32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Формы земной поверхности.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32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6.04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6" w:after="0" w:line="264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"Земля как планета" (Современный учительский портал) </w:t>
            </w:r>
            <w:r w:rsidRPr="00E474A5">
              <w:rPr>
                <w:lang w:val="ru-RU"/>
              </w:rPr>
              <w:br/>
            </w:r>
            <w:hyperlink r:id="rId106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easyen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load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okruzhajushhij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zemlja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kak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planeta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/237-1-0-22056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Презентация "Земля - планета солнечной системы" </w:t>
            </w:r>
            <w:hyperlink r:id="rId107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shareslide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okruzhayushchiy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prezentatsiya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108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okruzhayushchemu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zemlya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planeta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-2</w:t>
              </w:r>
            </w:hyperlink>
          </w:p>
        </w:tc>
      </w:tr>
      <w:tr w:rsidR="00E474A5" w:rsidRPr="00E474A5" w:rsidTr="00D54BE8">
        <w:trPr>
          <w:trHeight w:hRule="exact" w:val="1132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Водные богатст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ва. </w:t>
            </w:r>
          </w:p>
          <w:p w:rsidR="00E474A5" w:rsidRPr="00E474A5" w:rsidRDefault="00E474A5" w:rsidP="00E474A5">
            <w:pPr>
              <w:autoSpaceDE w:val="0"/>
              <w:autoSpaceDN w:val="0"/>
              <w:spacing w:before="12" w:after="0" w:line="230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Водоём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8.04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</w:pPr>
    </w:p>
    <w:p w:rsidR="00E474A5" w:rsidRPr="00E474A5" w:rsidRDefault="00E474A5" w:rsidP="00E474A5">
      <w:pPr>
        <w:sectPr w:rsidR="00E474A5" w:rsidRPr="00E474A5">
          <w:pgSz w:w="16382" w:h="11906"/>
          <w:pgMar w:top="566" w:right="718" w:bottom="674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E474A5" w:rsidTr="00D54BE8">
        <w:trPr>
          <w:trHeight w:hRule="exact" w:val="880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ы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родного края.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</w:tr>
      <w:tr w:rsidR="00E474A5" w:rsidRPr="00B770D8" w:rsidTr="00D54BE8">
        <w:trPr>
          <w:trHeight w:hRule="exact" w:val="163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8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8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Экскурсия «В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гости к весне».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8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13.04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66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"Если хочешь быть здоров. Режим дня" (Открытый урок. 1 сентября) </w:t>
            </w:r>
            <w:r w:rsidRPr="00E474A5">
              <w:rPr>
                <w:lang w:val="ru-RU"/>
              </w:rPr>
              <w:br/>
            </w:r>
            <w:hyperlink r:id="rId109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yandex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search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/?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text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=2+класс+Окружающий+мир+%09+Здоровый+образ+жизни.+Режи</w:t>
              </w:r>
            </w:hyperlink>
            <w:hyperlink r:id="rId110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м+дня%3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+чередование+сна%2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C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+учебных+занятий%2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C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+двигательной+активности&amp;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lr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 xml:space="preserve">=10118 </w:t>
              </w:r>
            </w:hyperlink>
            <w:hyperlink r:id="rId111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9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Презентация "Режим дня" </w:t>
            </w:r>
            <w:hyperlink r:id="rId112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compedu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publication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okruzhaiushchemu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dlia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-2-</w:t>
              </w:r>
            </w:hyperlink>
            <w:hyperlink r:id="rId113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rezhim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dnia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E474A5" w:rsidTr="00D54BE8">
        <w:trPr>
          <w:trHeight w:hRule="exact" w:val="690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14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4" w:after="0" w:line="245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В гости к весне.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1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15.04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6" w:after="0" w:line="252" w:lineRule="auto"/>
              <w:ind w:left="236" w:right="1296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и презентация "Разговор о правильном питании" (Открытый урок.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сентября) </w:t>
            </w:r>
            <w:hyperlink r:id="rId114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https://urok.1sept.ru/articles/579103</w:t>
              </w:r>
            </w:hyperlink>
          </w:p>
        </w:tc>
      </w:tr>
      <w:tr w:rsidR="00E474A5" w:rsidRPr="00B770D8" w:rsidTr="00D54BE8">
        <w:trPr>
          <w:trHeight w:hRule="exact" w:val="1634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8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8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Россия на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карте.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68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20.04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66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"Укрепляем здоровье - закаливанием" (РЭШ) </w:t>
            </w:r>
            <w:r w:rsidRPr="00E474A5">
              <w:rPr>
                <w:lang w:val="ru-RU"/>
              </w:rPr>
              <w:br/>
            </w:r>
            <w:hyperlink r:id="rId115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/6010/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conspect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/190574/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Презентация "Если хочешь быть здоров" (Современный учительский портал) </w:t>
            </w:r>
            <w:r w:rsidRPr="00E474A5">
              <w:rPr>
                <w:lang w:val="ru-RU"/>
              </w:rPr>
              <w:br/>
            </w:r>
            <w:hyperlink r:id="rId116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easyen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load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okruzhajushhij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prezentacija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_36_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teme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esli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khochesh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 xml:space="preserve">_ </w:t>
              </w:r>
            </w:hyperlink>
            <w:hyperlink r:id="rId117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byt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_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zdorov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/237-1-0-65635</w:t>
              </w:r>
            </w:hyperlink>
          </w:p>
        </w:tc>
      </w:tr>
      <w:tr w:rsidR="00E474A5" w:rsidRPr="00B770D8" w:rsidTr="0051138A">
        <w:trPr>
          <w:trHeight w:hRule="exact" w:val="140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Проект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«Города России».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22.04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30" w:after="0" w:line="262" w:lineRule="auto"/>
              <w:ind w:left="236" w:right="1152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Презентация "Закаливание. основа здорового существования" (Инфоурок) </w:t>
            </w:r>
            <w:r w:rsidRPr="00E474A5">
              <w:rPr>
                <w:lang w:val="ru-RU"/>
              </w:rPr>
              <w:br/>
            </w:r>
            <w:hyperlink r:id="rId118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okruzhayuschemu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zakalivanie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osnova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zdorovogo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119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suschestvovaniya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-3287087.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B770D8" w:rsidTr="00D54BE8">
        <w:trPr>
          <w:trHeight w:hRule="exact" w:val="1154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Путеше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ствие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по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Москве.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27.04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28" w:after="0" w:line="262" w:lineRule="auto"/>
              <w:ind w:left="236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"Москва -столица - России" (Педсовет) </w:t>
            </w:r>
            <w:hyperlink r:id="rId120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pedsovet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load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/241-1-0-26146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Презентация "Москва - столица нашей Родины" (Инфоурок) </w:t>
            </w:r>
            <w:hyperlink r:id="rId121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r w:rsidRPr="00E474A5">
              <w:rPr>
                <w:lang w:val="ru-RU"/>
              </w:rPr>
              <w:br/>
            </w:r>
            <w:hyperlink r:id="rId122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okruzhayuschemu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moskva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stolica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nashey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rodini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-474666.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B770D8" w:rsidTr="00D54BE8">
        <w:trPr>
          <w:trHeight w:hRule="exact" w:val="1004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68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Москов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ский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Кремль.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68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29.04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62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"Путешествие по Москве" (Педсовет) </w:t>
            </w:r>
            <w:hyperlink r:id="rId123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pedsovet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load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/241-1-0-51817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Презентация "Достопримечательности Москвы" (Инфоурок) </w:t>
            </w:r>
            <w:hyperlink r:id="rId124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r w:rsidRPr="00E474A5">
              <w:rPr>
                <w:lang w:val="ru-RU"/>
              </w:rPr>
              <w:br/>
            </w:r>
            <w:hyperlink r:id="rId125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dostoprimechatelnosti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moskvy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-2-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-4409854.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B770D8" w:rsidTr="00D54BE8">
        <w:trPr>
          <w:trHeight w:hRule="exact" w:val="684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10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Город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на Неве.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10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4.05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52" w:lineRule="auto"/>
              <w:ind w:left="236" w:right="1008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и презентация "Санкт-Петербург" (Инфоурок) </w:t>
            </w:r>
            <w:hyperlink r:id="rId126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konspekt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uroka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127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prezentaciya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na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temu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sankt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peterburg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-2-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-4915888.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  <w:tr w:rsidR="00E474A5" w:rsidRPr="00B770D8" w:rsidTr="00D54BE8">
        <w:trPr>
          <w:trHeight w:hRule="exact" w:val="662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10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 w:right="144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Путешествие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210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6.05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52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«Путешествие по планете. Путешествие по материкам. Страны мира. Проектное задание «Страны мира»» (РЭШ) </w:t>
            </w:r>
            <w:hyperlink r:id="rId128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/3761/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/157671/</w:t>
              </w:r>
            </w:hyperlink>
          </w:p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  <w:rPr>
          <w:lang w:val="ru-RU"/>
        </w:rPr>
      </w:pPr>
    </w:p>
    <w:p w:rsidR="00E474A5" w:rsidRPr="00E474A5" w:rsidRDefault="00E474A5" w:rsidP="00E474A5">
      <w:pPr>
        <w:rPr>
          <w:lang w:val="ru-RU"/>
        </w:rPr>
        <w:sectPr w:rsidR="00E474A5" w:rsidRPr="00E474A5">
          <w:pgSz w:w="16382" w:h="11906"/>
          <w:pgMar w:top="566" w:right="718" w:bottom="628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  <w:rPr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1072"/>
        <w:gridCol w:w="582"/>
        <w:gridCol w:w="1028"/>
        <w:gridCol w:w="1066"/>
        <w:gridCol w:w="784"/>
        <w:gridCol w:w="10234"/>
      </w:tblGrid>
      <w:tr w:rsidR="00E474A5" w:rsidRPr="00E474A5" w:rsidTr="00D54BE8">
        <w:trPr>
          <w:trHeight w:hRule="exact" w:val="602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rPr>
                <w:lang w:val="ru-RU"/>
              </w:rPr>
            </w:pP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по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планете. 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</w:tr>
      <w:tr w:rsidR="00E474A5" w:rsidRPr="00B770D8" w:rsidTr="00D54BE8">
        <w:trPr>
          <w:trHeight w:hRule="exact" w:val="1432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8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Путешествие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по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материкам.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8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11.05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26" w:after="0" w:line="254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«Путешествие по планете. Путешествие по материкам. Страны мира. Проектное задание «Страны мира»» (РЭШ) </w:t>
            </w:r>
            <w:hyperlink r:id="rId129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/3761/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/157671/</w:t>
              </w:r>
            </w:hyperlink>
          </w:p>
        </w:tc>
      </w:tr>
      <w:tr w:rsidR="00E474A5" w:rsidRPr="00B770D8" w:rsidTr="00D54BE8">
        <w:trPr>
          <w:trHeight w:hRule="exact" w:val="1430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4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Страны мира. </w:t>
            </w:r>
          </w:p>
          <w:p w:rsidR="00E474A5" w:rsidRPr="00E474A5" w:rsidRDefault="00E474A5" w:rsidP="00E474A5">
            <w:pPr>
              <w:autoSpaceDE w:val="0"/>
              <w:autoSpaceDN w:val="0"/>
              <w:spacing w:before="12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Проект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«Стран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ы мира» 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8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1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13.05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1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26" w:after="0" w:line="252" w:lineRule="auto"/>
              <w:ind w:left="236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«Путешествие по планете. Путешествие по материкам. Страны мира. Проектное задание «Страны мира»» (РЭШ) </w:t>
            </w:r>
            <w:hyperlink r:id="rId130" w:history="1"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/3761/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Times New Roman" w:eastAsia="Times New Roman" w:hAnsi="Times New Roman"/>
                  <w:color w:val="0563C1"/>
                  <w:sz w:val="24"/>
                  <w:u w:val="single" w:color="0462C1"/>
                  <w:lang w:val="ru-RU"/>
                </w:rPr>
                <w:t>/157671/</w:t>
              </w:r>
            </w:hyperlink>
          </w:p>
        </w:tc>
      </w:tr>
      <w:tr w:rsidR="00E474A5" w:rsidRPr="00B770D8" w:rsidTr="00D54BE8">
        <w:trPr>
          <w:trHeight w:hRule="exact" w:val="1154"/>
        </w:trPr>
        <w:tc>
          <w:tcPr>
            <w:tcW w:w="45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7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250FE3" w:rsidRPr="00E474A5" w:rsidRDefault="00E474A5" w:rsidP="00250FE3">
            <w:pPr>
              <w:autoSpaceDE w:val="0"/>
              <w:autoSpaceDN w:val="0"/>
              <w:spacing w:before="50" w:after="0" w:line="245" w:lineRule="auto"/>
              <w:ind w:left="100"/>
              <w:rPr>
                <w:lang w:val="ru-RU"/>
              </w:rPr>
            </w:pPr>
            <w:r w:rsidRPr="00250FE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50FE3"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Страны мира. </w:t>
            </w:r>
          </w:p>
          <w:p w:rsidR="00E474A5" w:rsidRPr="00250FE3" w:rsidRDefault="00250FE3" w:rsidP="00250FE3">
            <w:pPr>
              <w:autoSpaceDE w:val="0"/>
              <w:autoSpaceDN w:val="0"/>
              <w:spacing w:before="50" w:after="0" w:line="245" w:lineRule="auto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Проект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«Стран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ы мира»</w:t>
            </w:r>
          </w:p>
        </w:tc>
        <w:tc>
          <w:tcPr>
            <w:tcW w:w="582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46" w:after="0" w:line="230" w:lineRule="auto"/>
              <w:ind w:right="80"/>
              <w:jc w:val="right"/>
            </w:pPr>
            <w:r w:rsidRPr="00250FE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18.05</w:t>
            </w:r>
          </w:p>
        </w:tc>
        <w:tc>
          <w:tcPr>
            <w:tcW w:w="10234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480" w:after="0" w:line="197" w:lineRule="auto"/>
              <w:ind w:left="236"/>
              <w:rPr>
                <w:lang w:val="ru-RU"/>
              </w:rPr>
            </w:pPr>
            <w:r w:rsidRPr="00E474A5">
              <w:rPr>
                <w:rFonts w:ascii="Calibri" w:eastAsia="Calibri" w:hAnsi="Calibri"/>
                <w:color w:val="000000"/>
                <w:sz w:val="24"/>
                <w:lang w:val="ru-RU"/>
              </w:rPr>
              <w:t xml:space="preserve">Урок «Впереди лето!» (РЭШ) </w:t>
            </w:r>
            <w:hyperlink r:id="rId131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/5964/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/296045/</w:t>
              </w:r>
            </w:hyperlink>
          </w:p>
        </w:tc>
      </w:tr>
      <w:tr w:rsidR="00E474A5" w:rsidRPr="00B770D8" w:rsidTr="00D54BE8">
        <w:trPr>
          <w:trHeight w:hRule="exact" w:val="2810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274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52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50FE3"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Провер</w:t>
            </w:r>
            <w:r w:rsidR="00250FE3" w:rsidRPr="00E474A5">
              <w:rPr>
                <w:lang w:val="ru-RU"/>
              </w:rPr>
              <w:br/>
            </w:r>
            <w:r w:rsidR="00250FE3"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очная </w:t>
            </w:r>
            <w:r w:rsidR="00250FE3" w:rsidRPr="00E474A5">
              <w:rPr>
                <w:lang w:val="ru-RU"/>
              </w:rPr>
              <w:br/>
            </w:r>
            <w:r w:rsidR="00250FE3"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 w:rsidR="00250FE3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№4</w:t>
            </w:r>
            <w:r w:rsidR="00250FE3" w:rsidRPr="00E474A5">
              <w:rPr>
                <w:lang w:val="ru-RU"/>
              </w:rPr>
              <w:br/>
            </w:r>
            <w:r w:rsidR="00250FE3"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 </w:t>
            </w:r>
            <w:r w:rsidR="00250FE3" w:rsidRPr="00E474A5">
              <w:rPr>
                <w:lang w:val="ru-RU"/>
              </w:rPr>
              <w:br/>
            </w:r>
            <w:r w:rsidR="00250FE3"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итогам обучения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274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Default="0051138A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20.05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1140" w:after="0" w:line="245" w:lineRule="auto"/>
              <w:ind w:left="236" w:right="4464"/>
              <w:rPr>
                <w:lang w:val="ru-RU"/>
              </w:rPr>
            </w:pPr>
            <w:r w:rsidRPr="00E474A5">
              <w:rPr>
                <w:rFonts w:ascii="Calibri" w:eastAsia="Calibri" w:hAnsi="Calibri"/>
                <w:color w:val="000000"/>
                <w:sz w:val="24"/>
                <w:lang w:val="ru-RU"/>
              </w:rPr>
              <w:t xml:space="preserve">Итоговый урок по разделу «Путешествие» (РЭШ) </w:t>
            </w:r>
            <w:hyperlink r:id="rId132" w:history="1"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https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://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resh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edu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.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ru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subject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lesson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/3783/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</w:rPr>
                <w:t>start</w:t>
              </w:r>
              <w:r w:rsidRPr="00E474A5">
                <w:rPr>
                  <w:rFonts w:ascii="Calibri" w:eastAsia="Calibri" w:hAnsi="Calibri"/>
                  <w:color w:val="0563C1"/>
                  <w:sz w:val="24"/>
                  <w:u w:val="single" w:color="0462C1"/>
                  <w:lang w:val="ru-RU"/>
                </w:rPr>
                <w:t>/296201/</w:t>
              </w:r>
            </w:hyperlink>
          </w:p>
        </w:tc>
      </w:tr>
      <w:tr w:rsidR="00E474A5" w:rsidRPr="00B770D8" w:rsidTr="00D54BE8">
        <w:trPr>
          <w:trHeight w:hRule="exact" w:val="1958"/>
        </w:trPr>
        <w:tc>
          <w:tcPr>
            <w:tcW w:w="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860" w:after="0" w:line="230" w:lineRule="auto"/>
              <w:jc w:val="center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0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250FE3" w:rsidP="00E474A5">
            <w:pPr>
              <w:autoSpaceDE w:val="0"/>
              <w:autoSpaceDN w:val="0"/>
              <w:spacing w:before="48" w:after="0" w:line="245" w:lineRule="auto"/>
              <w:ind w:left="100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Экскурсия </w:t>
            </w:r>
            <w:r w:rsidRPr="00E474A5"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>«Впереди лето».</w:t>
            </w:r>
          </w:p>
        </w:tc>
        <w:tc>
          <w:tcPr>
            <w:tcW w:w="582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860" w:after="0" w:line="230" w:lineRule="auto"/>
              <w:ind w:right="8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860" w:after="0" w:line="230" w:lineRule="auto"/>
              <w:ind w:right="30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/>
        </w:tc>
        <w:tc>
          <w:tcPr>
            <w:tcW w:w="784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E474A5" w:rsidRDefault="00E474A5" w:rsidP="00E474A5"/>
          <w:p w:rsidR="0051138A" w:rsidRPr="0051138A" w:rsidRDefault="0051138A" w:rsidP="00E474A5">
            <w:pPr>
              <w:rPr>
                <w:lang w:val="ru-RU"/>
              </w:rPr>
            </w:pPr>
            <w:r>
              <w:rPr>
                <w:lang w:val="ru-RU"/>
              </w:rPr>
              <w:t xml:space="preserve"> 25.05</w:t>
            </w:r>
          </w:p>
        </w:tc>
        <w:tc>
          <w:tcPr>
            <w:tcW w:w="102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E474A5" w:rsidRPr="00E474A5" w:rsidRDefault="00E474A5" w:rsidP="00E474A5">
            <w:pPr>
              <w:autoSpaceDE w:val="0"/>
              <w:autoSpaceDN w:val="0"/>
              <w:spacing w:before="382" w:after="0" w:line="264" w:lineRule="auto"/>
              <w:ind w:left="236" w:right="432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Урок "Итоговая контрольная работа по окружающему миру" (Инфоурок) </w:t>
            </w:r>
            <w:r w:rsidRPr="00E474A5">
              <w:rPr>
                <w:lang w:val="ru-RU"/>
              </w:rPr>
              <w:br/>
            </w:r>
            <w:hyperlink r:id="rId133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itogovaya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kontrolnaya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rabota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okruzhayuschemu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za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pleshakov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</w:hyperlink>
            <w:hyperlink r:id="rId134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umk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shkola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rossii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-1876839.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Урок "КИМ по окружающему миру" (Инфоурок) </w:t>
            </w:r>
            <w:r w:rsidRPr="00E474A5">
              <w:rPr>
                <w:lang w:val="ru-RU"/>
              </w:rPr>
              <w:br/>
            </w:r>
            <w:hyperlink r:id="rId135" w:history="1"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https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://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infourok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/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kim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po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okruzhayushemu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miru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-2-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klass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  <w:lang w:val="ru-RU"/>
                </w:rPr>
                <w:t>-6627618.</w:t>
              </w:r>
              <w:r w:rsidRPr="00E474A5">
                <w:rPr>
                  <w:rFonts w:ascii="Times New Roman" w:eastAsia="Times New Roman" w:hAnsi="Times New Roman"/>
                  <w:color w:val="0000FF"/>
                  <w:sz w:val="24"/>
                  <w:u w:val="single"/>
                </w:rPr>
                <w:t>html</w:t>
              </w:r>
            </w:hyperlink>
          </w:p>
        </w:tc>
      </w:tr>
    </w:tbl>
    <w:p w:rsidR="00E474A5" w:rsidRPr="00E474A5" w:rsidRDefault="00E474A5" w:rsidP="00E474A5">
      <w:pPr>
        <w:autoSpaceDE w:val="0"/>
        <w:autoSpaceDN w:val="0"/>
        <w:spacing w:after="0" w:line="14" w:lineRule="exact"/>
        <w:rPr>
          <w:lang w:val="ru-RU"/>
        </w:rPr>
      </w:pPr>
    </w:p>
    <w:p w:rsidR="00E474A5" w:rsidRPr="00E474A5" w:rsidRDefault="00E474A5" w:rsidP="00E474A5">
      <w:pPr>
        <w:rPr>
          <w:lang w:val="ru-RU"/>
        </w:rPr>
        <w:sectPr w:rsidR="00E474A5" w:rsidRPr="00E474A5">
          <w:pgSz w:w="16382" w:h="11906"/>
          <w:pgMar w:top="566" w:right="718" w:bottom="682" w:left="422" w:header="720" w:footer="720" w:gutter="0"/>
          <w:cols w:space="720"/>
          <w:docGrid w:linePitch="360"/>
        </w:sectPr>
      </w:pPr>
    </w:p>
    <w:p w:rsidR="00E474A5" w:rsidRPr="00E474A5" w:rsidRDefault="00E474A5" w:rsidP="00E474A5">
      <w:pPr>
        <w:autoSpaceDE w:val="0"/>
        <w:autoSpaceDN w:val="0"/>
        <w:spacing w:after="346" w:line="220" w:lineRule="exact"/>
        <w:rPr>
          <w:lang w:val="ru-RU"/>
        </w:rPr>
      </w:pPr>
    </w:p>
    <w:p w:rsidR="00E474A5" w:rsidRPr="00451413" w:rsidRDefault="00E474A5" w:rsidP="00E474A5">
      <w:pPr>
        <w:autoSpaceDE w:val="0"/>
        <w:autoSpaceDN w:val="0"/>
        <w:spacing w:after="0" w:line="14" w:lineRule="exact"/>
        <w:rPr>
          <w:lang w:val="ru-RU"/>
        </w:rPr>
      </w:pPr>
    </w:p>
    <w:p w:rsidR="00E474A5" w:rsidRPr="00451413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tbl>
      <w:tblPr>
        <w:tblpPr w:leftFromText="180" w:rightFromText="180" w:vertAnchor="page" w:horzAnchor="margin" w:tblpXSpec="center" w:tblpY="2665"/>
        <w:tblW w:w="15540" w:type="dxa"/>
        <w:tblLayout w:type="fixed"/>
        <w:tblLook w:val="04A0" w:firstRow="1" w:lastRow="0" w:firstColumn="1" w:lastColumn="0" w:noHBand="0" w:noVBand="1"/>
      </w:tblPr>
      <w:tblGrid>
        <w:gridCol w:w="463"/>
        <w:gridCol w:w="1095"/>
        <w:gridCol w:w="710"/>
        <w:gridCol w:w="932"/>
        <w:gridCol w:w="1088"/>
        <w:gridCol w:w="800"/>
        <w:gridCol w:w="10452"/>
      </w:tblGrid>
      <w:tr w:rsidR="003D702F" w:rsidRPr="00E474A5" w:rsidTr="003D702F">
        <w:trPr>
          <w:trHeight w:hRule="exact" w:val="253"/>
        </w:trPr>
        <w:tc>
          <w:tcPr>
            <w:tcW w:w="463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>
            <w:pPr>
              <w:rPr>
                <w:lang w:val="ru-RU"/>
              </w:rPr>
            </w:pPr>
          </w:p>
        </w:tc>
        <w:tc>
          <w:tcPr>
            <w:tcW w:w="1095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>
            <w:pPr>
              <w:autoSpaceDE w:val="0"/>
              <w:autoSpaceDN w:val="0"/>
              <w:spacing w:before="50" w:after="0" w:line="230" w:lineRule="auto"/>
              <w:ind w:left="100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классе. </w:t>
            </w:r>
          </w:p>
        </w:tc>
        <w:tc>
          <w:tcPr>
            <w:tcW w:w="710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/>
        </w:tc>
        <w:tc>
          <w:tcPr>
            <w:tcW w:w="93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/>
        </w:tc>
        <w:tc>
          <w:tcPr>
            <w:tcW w:w="1088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/>
        </w:tc>
        <w:tc>
          <w:tcPr>
            <w:tcW w:w="800" w:type="dxa"/>
            <w:tcBorders>
              <w:top w:val="single" w:sz="1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/>
        </w:tc>
        <w:tc>
          <w:tcPr>
            <w:tcW w:w="10452" w:type="dxa"/>
            <w:tcBorders>
              <w:top w:val="single" w:sz="1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/>
        </w:tc>
      </w:tr>
      <w:tr w:rsidR="003D702F" w:rsidRPr="00E474A5" w:rsidTr="003D702F">
        <w:trPr>
          <w:trHeight w:hRule="exact" w:val="2448"/>
        </w:trPr>
        <w:tc>
          <w:tcPr>
            <w:tcW w:w="155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>
            <w:pPr>
              <w:autoSpaceDE w:val="0"/>
              <w:autoSpaceDN w:val="0"/>
              <w:spacing w:before="54" w:after="0" w:line="269" w:lineRule="auto"/>
              <w:ind w:left="238" w:right="144"/>
              <w:rPr>
                <w:lang w:val="ru-RU"/>
              </w:rPr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КОЛИЧЕСТВО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ЧАСОВ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ПО </w:t>
            </w:r>
            <w:r w:rsidRPr="00E474A5">
              <w:rPr>
                <w:lang w:val="ru-RU"/>
              </w:rPr>
              <w:br/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710" w:type="dxa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>
            <w:pPr>
              <w:autoSpaceDE w:val="0"/>
              <w:autoSpaceDN w:val="0"/>
              <w:spacing w:before="1008" w:after="0" w:line="252" w:lineRule="auto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6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8</w:t>
            </w:r>
            <w:r w:rsidRPr="00E474A5">
              <w:br/>
            </w:r>
          </w:p>
        </w:tc>
        <w:tc>
          <w:tcPr>
            <w:tcW w:w="9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>
            <w:pPr>
              <w:autoSpaceDE w:val="0"/>
              <w:autoSpaceDN w:val="0"/>
              <w:spacing w:before="1008" w:after="0" w:line="230" w:lineRule="auto"/>
              <w:ind w:right="300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 w:rsidR="00BE19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4</w:t>
            </w: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>
            <w:pPr>
              <w:autoSpaceDE w:val="0"/>
              <w:autoSpaceDN w:val="0"/>
              <w:spacing w:before="1008" w:after="0" w:line="230" w:lineRule="auto"/>
              <w:ind w:right="316"/>
              <w:jc w:val="right"/>
            </w:pPr>
            <w:r w:rsidRPr="00E474A5">
              <w:rPr>
                <w:rFonts w:ascii="Times New Roman" w:eastAsia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252" w:type="dxa"/>
            <w:gridSpan w:val="2"/>
            <w:tcBorders>
              <w:top w:val="single" w:sz="0" w:space="0" w:color="000000"/>
              <w:left w:val="single" w:sz="1" w:space="0" w:color="000000"/>
              <w:bottom w:val="single" w:sz="0" w:space="0" w:color="000000"/>
              <w:right w:val="single" w:sz="1" w:space="0" w:color="000000"/>
            </w:tcBorders>
            <w:tcMar>
              <w:left w:w="0" w:type="dxa"/>
              <w:right w:w="0" w:type="dxa"/>
            </w:tcMar>
          </w:tcPr>
          <w:p w:rsidR="003D702F" w:rsidRPr="00E474A5" w:rsidRDefault="003D702F" w:rsidP="003D702F"/>
        </w:tc>
      </w:tr>
    </w:tbl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21E5" w:rsidRDefault="00CF21E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21E5" w:rsidRDefault="00CF21E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21E5" w:rsidRDefault="00CF21E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21E5" w:rsidRDefault="00CF21E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21E5" w:rsidRDefault="00CF21E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21E5" w:rsidRDefault="00CF21E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21E5" w:rsidRDefault="00CF21E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21E5" w:rsidRDefault="00CF21E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21E5" w:rsidRDefault="00CF21E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F21E5" w:rsidRPr="00CF21E5" w:rsidRDefault="00CF21E5" w:rsidP="00CF21E5">
      <w:pPr>
        <w:autoSpaceDE w:val="0"/>
        <w:autoSpaceDN w:val="0"/>
        <w:spacing w:after="0" w:line="400" w:lineRule="exact"/>
        <w:ind w:left="382" w:right="720"/>
        <w:rPr>
          <w:lang w:val="ru-RU"/>
        </w:rPr>
      </w:pPr>
      <w:r w:rsidRPr="00CF21E5">
        <w:rPr>
          <w:rFonts w:ascii="Times New Roman,Bold" w:eastAsia="Times New Roman,Bold" w:hAnsi="Times New Roman,Bold"/>
          <w:b/>
          <w:color w:val="000000"/>
          <w:sz w:val="24"/>
          <w:lang w:val="ru-RU"/>
        </w:rPr>
        <w:lastRenderedPageBreak/>
        <w:t>УЧЕБНО-МЕТОДИЧЕСКОЕ ОБЕСПЕЧЕНИЕ ОБРАЗОВАТЕЛЬНОГО ПРОЦЕССА</w:t>
      </w:r>
      <w:r w:rsidRPr="00CF21E5">
        <w:rPr>
          <w:lang w:val="ru-RU"/>
        </w:rPr>
        <w:br/>
      </w:r>
      <w:r w:rsidRPr="00CF21E5">
        <w:rPr>
          <w:rFonts w:ascii="Times New Roman,Bold" w:eastAsia="Times New Roman,Bold" w:hAnsi="Times New Roman,Bold"/>
          <w:b/>
          <w:color w:val="000000"/>
          <w:sz w:val="24"/>
          <w:lang w:val="ru-RU"/>
        </w:rPr>
        <w:t>ОБЯЗАТЕЛЬНЫЕ УЧЕБНЫЕ МАТЕРИАЛЫ ДЛЯ УЧЕНИКА</w:t>
      </w:r>
      <w:r w:rsidRPr="00CF21E5">
        <w:rPr>
          <w:lang w:val="ru-RU"/>
        </w:rPr>
        <w:br/>
      </w:r>
      <w:r w:rsidRPr="00CF21E5">
        <w:rPr>
          <w:rFonts w:ascii="Times New Roman" w:eastAsia="Times New Roman" w:hAnsi="Times New Roman"/>
          <w:color w:val="000000"/>
          <w:sz w:val="24"/>
          <w:lang w:val="ru-RU"/>
        </w:rPr>
        <w:t>• Окружающий мир (в 2 частях), 2 класс/ Плешаков А.А., Акционерное общество «Издательство «Просвещение».</w:t>
      </w:r>
    </w:p>
    <w:p w:rsidR="00CF21E5" w:rsidRPr="00CF21E5" w:rsidRDefault="00CF21E5" w:rsidP="00CF21E5">
      <w:pPr>
        <w:autoSpaceDE w:val="0"/>
        <w:autoSpaceDN w:val="0"/>
        <w:spacing w:before="288" w:after="0" w:line="317" w:lineRule="auto"/>
        <w:ind w:left="262" w:right="144"/>
        <w:rPr>
          <w:lang w:val="ru-RU"/>
        </w:rPr>
      </w:pPr>
      <w:r w:rsidRPr="00CF21E5">
        <w:rPr>
          <w:rFonts w:ascii="Times New Roman" w:eastAsia="Times New Roman" w:hAnsi="Times New Roman"/>
          <w:color w:val="000000"/>
          <w:sz w:val="24"/>
          <w:lang w:val="ru-RU"/>
        </w:rPr>
        <w:t xml:space="preserve">Плешаков А. А. От земли до неба. Атлас-определитель. Книга для учащихся начальных классов Плешаков А. А., Плешаков С. А. Энциклопедия путешествий. Страны мира. Книга для учащихся начальных классов. </w:t>
      </w:r>
    </w:p>
    <w:p w:rsidR="00CF21E5" w:rsidRPr="00CF21E5" w:rsidRDefault="00CF21E5" w:rsidP="00CF21E5">
      <w:pPr>
        <w:autoSpaceDE w:val="0"/>
        <w:autoSpaceDN w:val="0"/>
        <w:spacing w:before="148" w:after="0" w:line="295" w:lineRule="auto"/>
        <w:ind w:left="262"/>
        <w:rPr>
          <w:lang w:val="ru-RU"/>
        </w:rPr>
      </w:pPr>
      <w:r w:rsidRPr="00CF21E5">
        <w:rPr>
          <w:rFonts w:ascii="Times New Roman" w:eastAsia="Times New Roman" w:hAnsi="Times New Roman"/>
          <w:color w:val="000000"/>
          <w:sz w:val="24"/>
          <w:lang w:val="ru-RU"/>
        </w:rPr>
        <w:t xml:space="preserve">Плешаков А. А. Зеленые страницы: Книга для учащихся начальных классов Акционерное общество «Издательство «Просвещение». </w:t>
      </w:r>
    </w:p>
    <w:p w:rsidR="00CF21E5" w:rsidRPr="00CF21E5" w:rsidRDefault="00CF21E5" w:rsidP="00CF21E5">
      <w:pPr>
        <w:autoSpaceDE w:val="0"/>
        <w:autoSpaceDN w:val="0"/>
        <w:spacing w:before="40" w:after="0" w:line="376" w:lineRule="exact"/>
        <w:ind w:left="382"/>
        <w:rPr>
          <w:lang w:val="ru-RU"/>
        </w:rPr>
      </w:pPr>
      <w:r w:rsidRPr="00CF21E5">
        <w:rPr>
          <w:rFonts w:ascii="Times New Roman,Bold" w:eastAsia="Times New Roman,Bold" w:hAnsi="Times New Roman,Bold"/>
          <w:b/>
          <w:color w:val="000000"/>
          <w:sz w:val="24"/>
          <w:lang w:val="ru-RU"/>
        </w:rPr>
        <w:t>МЕТОДИЧЕСКИЕ МАТЕРИАЛЫ ДЛЯ УЧИТЕЛЯ</w:t>
      </w:r>
      <w:r w:rsidRPr="00CF21E5">
        <w:rPr>
          <w:lang w:val="ru-RU"/>
        </w:rPr>
        <w:br/>
      </w:r>
      <w:r w:rsidRPr="00CF21E5">
        <w:rPr>
          <w:rFonts w:ascii="Times New Roman" w:eastAsia="Times New Roman" w:hAnsi="Times New Roman"/>
          <w:color w:val="000000"/>
          <w:sz w:val="24"/>
          <w:lang w:val="ru-RU"/>
        </w:rPr>
        <w:t xml:space="preserve">Плешаков А. А. Окружающий мир. Примерные рабочие программы. Предметная линия учебников системы «Школа России». 1-4 классы </w:t>
      </w:r>
      <w:r w:rsidRPr="00CF21E5">
        <w:rPr>
          <w:lang w:val="ru-RU"/>
        </w:rPr>
        <w:br/>
      </w:r>
      <w:r w:rsidRPr="00CF21E5">
        <w:rPr>
          <w:rFonts w:ascii="Times New Roman" w:eastAsia="Times New Roman" w:hAnsi="Times New Roman"/>
          <w:color w:val="000000"/>
          <w:sz w:val="24"/>
          <w:lang w:val="ru-RU"/>
        </w:rPr>
        <w:t>Плешаков А. А., Ионова М. А., Кирпичева О. Б. и др. Окружающий мир. Методические рекомендации. 1-4 класс</w:t>
      </w:r>
    </w:p>
    <w:p w:rsidR="00CF21E5" w:rsidRPr="00CF21E5" w:rsidRDefault="00CF21E5" w:rsidP="00CF21E5">
      <w:pPr>
        <w:tabs>
          <w:tab w:val="left" w:pos="382"/>
        </w:tabs>
        <w:autoSpaceDE w:val="0"/>
        <w:autoSpaceDN w:val="0"/>
        <w:spacing w:before="106" w:after="0" w:line="552" w:lineRule="exact"/>
        <w:ind w:left="262" w:right="1440"/>
        <w:rPr>
          <w:lang w:val="ru-RU"/>
        </w:rPr>
      </w:pPr>
      <w:r w:rsidRPr="00CF21E5">
        <w:rPr>
          <w:lang w:val="ru-RU"/>
        </w:rPr>
        <w:tab/>
      </w:r>
      <w:r w:rsidRPr="00CF21E5">
        <w:rPr>
          <w:rFonts w:ascii="Times New Roman,Bold" w:eastAsia="Times New Roman,Bold" w:hAnsi="Times New Roman,Bold"/>
          <w:b/>
          <w:color w:val="000000"/>
          <w:sz w:val="24"/>
          <w:lang w:val="ru-RU"/>
        </w:rPr>
        <w:t xml:space="preserve">ЦИФРОВЫЕ ОБРАЗОВАТЕЛЬНЫЕ РЕСУРСЫ И РЕСУРСЫ СЕТИ </w:t>
      </w:r>
      <w:r w:rsidRPr="00CF21E5">
        <w:rPr>
          <w:lang w:val="ru-RU"/>
        </w:rPr>
        <w:tab/>
      </w:r>
      <w:r w:rsidRPr="00CF21E5">
        <w:rPr>
          <w:rFonts w:ascii="Times New Roman,Bold" w:eastAsia="Times New Roman,Bold" w:hAnsi="Times New Roman,Bold"/>
          <w:b/>
          <w:color w:val="000000"/>
          <w:sz w:val="24"/>
          <w:lang w:val="ru-RU"/>
        </w:rPr>
        <w:t xml:space="preserve">Учи.Ру,  РЭШ, Яндекс. Учебник. ЯКласс </w:t>
      </w:r>
      <w:r w:rsidRPr="00CF21E5">
        <w:rPr>
          <w:lang w:val="ru-RU"/>
        </w:rPr>
        <w:br/>
      </w:r>
      <w:r w:rsidRPr="00CF21E5">
        <w:rPr>
          <w:rFonts w:ascii="Times New Roman" w:eastAsia="Times New Roman" w:hAnsi="Times New Roman"/>
          <w:color w:val="000000"/>
          <w:sz w:val="24"/>
          <w:lang w:val="ru-RU"/>
        </w:rPr>
        <w:t xml:space="preserve">Сайт «Начальная школа» с онлайн-поддержкой </w:t>
      </w:r>
      <w:hyperlink r:id="rId136" w:history="1">
        <w:r>
          <w:rPr>
            <w:rFonts w:ascii="Times New Roman" w:eastAsia="Times New Roman" w:hAnsi="Times New Roman"/>
            <w:color w:val="0563C1"/>
            <w:sz w:val="24"/>
            <w:u w:val="single" w:color="0462C1"/>
          </w:rPr>
          <w:t>http</w:t>
        </w:r>
        <w:r w:rsidRPr="00CF21E5">
          <w:rPr>
            <w:rFonts w:ascii="Times New Roman" w:eastAsia="Times New Roman" w:hAnsi="Times New Roman"/>
            <w:color w:val="0563C1"/>
            <w:sz w:val="24"/>
            <w:u w:val="single" w:color="0462C1"/>
            <w:lang w:val="ru-RU"/>
          </w:rPr>
          <w:t>://1-4.</w:t>
        </w:r>
        <w:r>
          <w:rPr>
            <w:rFonts w:ascii="Times New Roman" w:eastAsia="Times New Roman" w:hAnsi="Times New Roman"/>
            <w:color w:val="0563C1"/>
            <w:sz w:val="24"/>
            <w:u w:val="single" w:color="0462C1"/>
          </w:rPr>
          <w:t>prosv</w:t>
        </w:r>
        <w:r w:rsidRPr="00CF21E5">
          <w:rPr>
            <w:rFonts w:ascii="Times New Roman" w:eastAsia="Times New Roman" w:hAnsi="Times New Roman"/>
            <w:color w:val="0563C1"/>
            <w:sz w:val="24"/>
            <w:u w:val="single" w:color="0462C1"/>
            <w:lang w:val="ru-RU"/>
          </w:rPr>
          <w:t>.</w:t>
        </w:r>
        <w:r>
          <w:rPr>
            <w:rFonts w:ascii="Times New Roman" w:eastAsia="Times New Roman" w:hAnsi="Times New Roman"/>
            <w:color w:val="0563C1"/>
            <w:sz w:val="24"/>
            <w:u w:val="single" w:color="0462C1"/>
          </w:rPr>
          <w:t>ru</w:t>
        </w:r>
      </w:hyperlink>
      <w:hyperlink r:id="rId137" w:history="1">
        <w:r w:rsidRPr="00CF21E5">
          <w:rPr>
            <w:rFonts w:ascii="Times New Roman" w:eastAsia="Times New Roman" w:hAnsi="Times New Roman"/>
            <w:color w:val="000000"/>
            <w:sz w:val="24"/>
            <w:lang w:val="ru-RU"/>
          </w:rPr>
          <w:t>.</w:t>
        </w:r>
      </w:hyperlink>
      <w:r w:rsidRPr="00CF21E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CF21E5" w:rsidRPr="00CF21E5" w:rsidRDefault="00CF21E5" w:rsidP="00CF21E5">
      <w:pPr>
        <w:tabs>
          <w:tab w:val="left" w:pos="382"/>
        </w:tabs>
        <w:autoSpaceDE w:val="0"/>
        <w:autoSpaceDN w:val="0"/>
        <w:spacing w:after="0" w:line="470" w:lineRule="exact"/>
        <w:ind w:left="262" w:right="288"/>
        <w:rPr>
          <w:lang w:val="ru-RU"/>
        </w:rPr>
      </w:pPr>
      <w:r w:rsidRPr="00CF21E5">
        <w:rPr>
          <w:rFonts w:ascii="Times New Roman" w:eastAsia="Times New Roman" w:hAnsi="Times New Roman"/>
          <w:color w:val="000000"/>
          <w:sz w:val="24"/>
          <w:lang w:val="ru-RU"/>
        </w:rPr>
        <w:t xml:space="preserve">Сайт интернет-проекта «Копилка уроков  </w:t>
      </w:r>
      <w:hyperlink r:id="rId138" w:history="1">
        <w:r>
          <w:rPr>
            <w:rFonts w:ascii="Times New Roman" w:eastAsia="Times New Roman" w:hAnsi="Times New Roman"/>
            <w:color w:val="0563C1"/>
            <w:sz w:val="24"/>
            <w:u w:val="single" w:color="0462C1"/>
          </w:rPr>
          <w:t>http</w:t>
        </w:r>
        <w:r w:rsidRPr="00CF21E5">
          <w:rPr>
            <w:rFonts w:ascii="Times New Roman" w:eastAsia="Times New Roman" w:hAnsi="Times New Roman"/>
            <w:color w:val="0563C1"/>
            <w:sz w:val="24"/>
            <w:u w:val="single" w:color="0462C1"/>
            <w:lang w:val="ru-RU"/>
          </w:rPr>
          <w:t>://</w:t>
        </w:r>
        <w:r>
          <w:rPr>
            <w:rFonts w:ascii="Times New Roman" w:eastAsia="Times New Roman" w:hAnsi="Times New Roman"/>
            <w:color w:val="0563C1"/>
            <w:sz w:val="24"/>
            <w:u w:val="single" w:color="0462C1"/>
          </w:rPr>
          <w:t>nsportal</w:t>
        </w:r>
        <w:r w:rsidRPr="00CF21E5">
          <w:rPr>
            <w:rFonts w:ascii="Times New Roman" w:eastAsia="Times New Roman" w:hAnsi="Times New Roman"/>
            <w:color w:val="0563C1"/>
            <w:sz w:val="24"/>
            <w:u w:val="single" w:color="0462C1"/>
            <w:lang w:val="ru-RU"/>
          </w:rPr>
          <w:t>.</w:t>
        </w:r>
        <w:r>
          <w:rPr>
            <w:rFonts w:ascii="Times New Roman" w:eastAsia="Times New Roman" w:hAnsi="Times New Roman"/>
            <w:color w:val="0563C1"/>
            <w:sz w:val="24"/>
            <w:u w:val="single" w:color="0462C1"/>
          </w:rPr>
          <w:t>ru</w:t>
        </w:r>
      </w:hyperlink>
      <w:r w:rsidRPr="00CF21E5">
        <w:rPr>
          <w:lang w:val="ru-RU"/>
        </w:rPr>
        <w:br/>
      </w:r>
      <w:r w:rsidRPr="00CF21E5">
        <w:rPr>
          <w:rFonts w:ascii="Times New Roman" w:eastAsia="Times New Roman" w:hAnsi="Times New Roman"/>
          <w:color w:val="000000"/>
          <w:sz w:val="24"/>
          <w:lang w:val="ru-RU"/>
        </w:rPr>
        <w:t xml:space="preserve">Окружающий мир. Электронное приложение к учебнику А. А. Плешакова. 1 класс </w:t>
      </w:r>
      <w:r w:rsidRPr="00CF21E5">
        <w:rPr>
          <w:lang w:val="ru-RU"/>
        </w:rPr>
        <w:tab/>
      </w:r>
      <w:r w:rsidRPr="00CF21E5">
        <w:rPr>
          <w:rFonts w:ascii="Times New Roman,Bold" w:eastAsia="Times New Roman,Bold" w:hAnsi="Times New Roman,Bold"/>
          <w:b/>
          <w:color w:val="000000"/>
          <w:sz w:val="24"/>
          <w:lang w:val="ru-RU"/>
        </w:rPr>
        <w:t xml:space="preserve">ОБОРУДОВАНИЕ ДЛЯ ПРОВЕДЕНИЯ ЛАБОРАТОРНЫХ, ПРАКТИЧЕСКИХ </w:t>
      </w:r>
      <w:r w:rsidRPr="00CF21E5">
        <w:rPr>
          <w:lang w:val="ru-RU"/>
        </w:rPr>
        <w:tab/>
      </w:r>
      <w:r w:rsidRPr="00CF21E5">
        <w:rPr>
          <w:rFonts w:ascii="Times New Roman,Bold" w:eastAsia="Times New Roman,Bold" w:hAnsi="Times New Roman,Bold"/>
          <w:b/>
          <w:color w:val="000000"/>
          <w:sz w:val="24"/>
          <w:lang w:val="ru-RU"/>
        </w:rPr>
        <w:t xml:space="preserve">РАБОТ, ДЕМОНСТРАЦИЙ </w:t>
      </w:r>
      <w:r w:rsidRPr="00CF21E5">
        <w:rPr>
          <w:lang w:val="ru-RU"/>
        </w:rPr>
        <w:br/>
      </w:r>
      <w:r w:rsidRPr="00CF21E5">
        <w:rPr>
          <w:lang w:val="ru-RU"/>
        </w:rPr>
        <w:tab/>
      </w:r>
      <w:r w:rsidRPr="00CF21E5">
        <w:rPr>
          <w:rFonts w:ascii="Times New Roman,Bold" w:eastAsia="Times New Roman,Bold" w:hAnsi="Times New Roman,Bold"/>
          <w:b/>
          <w:color w:val="000000"/>
          <w:sz w:val="24"/>
          <w:lang w:val="ru-RU"/>
        </w:rPr>
        <w:t xml:space="preserve">Классная доска. </w:t>
      </w:r>
    </w:p>
    <w:p w:rsidR="00CF21E5" w:rsidRDefault="00CF21E5" w:rsidP="00CF21E5">
      <w:pPr>
        <w:autoSpaceDE w:val="0"/>
        <w:autoSpaceDN w:val="0"/>
        <w:spacing w:before="286" w:after="0" w:line="266" w:lineRule="exact"/>
        <w:ind w:left="382"/>
      </w:pPr>
      <w:r>
        <w:rPr>
          <w:rFonts w:ascii="Times New Roman,Bold" w:eastAsia="Times New Roman,Bold" w:hAnsi="Times New Roman,Bold"/>
          <w:b/>
          <w:color w:val="000000"/>
          <w:sz w:val="24"/>
        </w:rPr>
        <w:t xml:space="preserve">Компьютер </w:t>
      </w:r>
    </w:p>
    <w:p w:rsidR="00CF21E5" w:rsidRPr="00E474A5" w:rsidRDefault="00CF21E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474A5" w:rsidRPr="00E474A5" w:rsidRDefault="00E474A5" w:rsidP="00E474A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43A1D" w:rsidRPr="00043A1D" w:rsidRDefault="00043A1D" w:rsidP="00043A1D">
      <w:pPr>
        <w:rPr>
          <w:lang w:val="ru-RU"/>
        </w:rPr>
      </w:pPr>
    </w:p>
    <w:sectPr w:rsidR="00043A1D" w:rsidRPr="00043A1D" w:rsidSect="003D702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9BB0A23"/>
    <w:multiLevelType w:val="multilevel"/>
    <w:tmpl w:val="08225E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292B42"/>
    <w:multiLevelType w:val="multilevel"/>
    <w:tmpl w:val="7074B3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5C0390"/>
    <w:multiLevelType w:val="multilevel"/>
    <w:tmpl w:val="D62839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83B476C"/>
    <w:multiLevelType w:val="multilevel"/>
    <w:tmpl w:val="578280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A61456"/>
    <w:multiLevelType w:val="multilevel"/>
    <w:tmpl w:val="B69CF0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356881"/>
    <w:multiLevelType w:val="multilevel"/>
    <w:tmpl w:val="F51A8E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F85D4A"/>
    <w:multiLevelType w:val="multilevel"/>
    <w:tmpl w:val="54AEF8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A685A3B"/>
    <w:multiLevelType w:val="multilevel"/>
    <w:tmpl w:val="931AEABC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F1C5C24"/>
    <w:multiLevelType w:val="multilevel"/>
    <w:tmpl w:val="18C6B0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7E0877"/>
    <w:multiLevelType w:val="multilevel"/>
    <w:tmpl w:val="CF3267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2A573D"/>
    <w:multiLevelType w:val="multilevel"/>
    <w:tmpl w:val="1D2A2E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633261"/>
    <w:multiLevelType w:val="multilevel"/>
    <w:tmpl w:val="CD26D3F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F2A52D6"/>
    <w:multiLevelType w:val="multilevel"/>
    <w:tmpl w:val="4FD064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A21615C"/>
    <w:multiLevelType w:val="multilevel"/>
    <w:tmpl w:val="B13E43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E93736B"/>
    <w:multiLevelType w:val="multilevel"/>
    <w:tmpl w:val="4F8AEF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FDD777E"/>
    <w:multiLevelType w:val="multilevel"/>
    <w:tmpl w:val="F22897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14C6322"/>
    <w:multiLevelType w:val="multilevel"/>
    <w:tmpl w:val="C01439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6D43C1"/>
    <w:multiLevelType w:val="multilevel"/>
    <w:tmpl w:val="FDF0A1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A45371"/>
    <w:multiLevelType w:val="multilevel"/>
    <w:tmpl w:val="C7A6C9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4B83AD2"/>
    <w:multiLevelType w:val="multilevel"/>
    <w:tmpl w:val="9A1E12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FE1A57"/>
    <w:multiLevelType w:val="multilevel"/>
    <w:tmpl w:val="4218EE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83C0389"/>
    <w:multiLevelType w:val="multilevel"/>
    <w:tmpl w:val="84EA92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A21EF8"/>
    <w:multiLevelType w:val="multilevel"/>
    <w:tmpl w:val="A0D480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4F64E2A"/>
    <w:multiLevelType w:val="multilevel"/>
    <w:tmpl w:val="C14E70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11"/>
  </w:num>
  <w:num w:numId="3">
    <w:abstractNumId w:val="7"/>
  </w:num>
  <w:num w:numId="4">
    <w:abstractNumId w:val="8"/>
  </w:num>
  <w:num w:numId="5">
    <w:abstractNumId w:val="17"/>
  </w:num>
  <w:num w:numId="6">
    <w:abstractNumId w:val="16"/>
  </w:num>
  <w:num w:numId="7">
    <w:abstractNumId w:val="13"/>
  </w:num>
  <w:num w:numId="8">
    <w:abstractNumId w:val="28"/>
  </w:num>
  <w:num w:numId="9">
    <w:abstractNumId w:val="6"/>
  </w:num>
  <w:num w:numId="10">
    <w:abstractNumId w:val="15"/>
  </w:num>
  <w:num w:numId="11">
    <w:abstractNumId w:val="20"/>
  </w:num>
  <w:num w:numId="12">
    <w:abstractNumId w:val="25"/>
  </w:num>
  <w:num w:numId="13">
    <w:abstractNumId w:val="23"/>
  </w:num>
  <w:num w:numId="14">
    <w:abstractNumId w:val="12"/>
  </w:num>
  <w:num w:numId="15">
    <w:abstractNumId w:val="9"/>
  </w:num>
  <w:num w:numId="16">
    <w:abstractNumId w:val="27"/>
  </w:num>
  <w:num w:numId="17">
    <w:abstractNumId w:val="26"/>
  </w:num>
  <w:num w:numId="18">
    <w:abstractNumId w:val="14"/>
  </w:num>
  <w:num w:numId="19">
    <w:abstractNumId w:val="10"/>
  </w:num>
  <w:num w:numId="20">
    <w:abstractNumId w:val="24"/>
  </w:num>
  <w:num w:numId="21">
    <w:abstractNumId w:val="29"/>
  </w:num>
  <w:num w:numId="22">
    <w:abstractNumId w:val="22"/>
  </w:num>
  <w:num w:numId="23">
    <w:abstractNumId w:val="18"/>
  </w:num>
  <w:num w:numId="24">
    <w:abstractNumId w:val="19"/>
  </w:num>
  <w:num w:numId="25">
    <w:abstractNumId w:val="5"/>
  </w:num>
  <w:num w:numId="26">
    <w:abstractNumId w:val="3"/>
  </w:num>
  <w:num w:numId="27">
    <w:abstractNumId w:val="2"/>
  </w:num>
  <w:num w:numId="28">
    <w:abstractNumId w:val="4"/>
  </w:num>
  <w:num w:numId="29">
    <w:abstractNumId w:val="1"/>
  </w:num>
  <w:num w:numId="3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A1D"/>
    <w:rsid w:val="00043A1D"/>
    <w:rsid w:val="000F08E5"/>
    <w:rsid w:val="001A657A"/>
    <w:rsid w:val="001F7D68"/>
    <w:rsid w:val="00217EBB"/>
    <w:rsid w:val="002228B7"/>
    <w:rsid w:val="00250FE3"/>
    <w:rsid w:val="003D702F"/>
    <w:rsid w:val="003F7E28"/>
    <w:rsid w:val="004216AE"/>
    <w:rsid w:val="00451413"/>
    <w:rsid w:val="0051138A"/>
    <w:rsid w:val="0067339B"/>
    <w:rsid w:val="006828F0"/>
    <w:rsid w:val="00733452"/>
    <w:rsid w:val="009C12D7"/>
    <w:rsid w:val="00AE0E75"/>
    <w:rsid w:val="00B770D8"/>
    <w:rsid w:val="00BE1904"/>
    <w:rsid w:val="00CF21E5"/>
    <w:rsid w:val="00D54BE8"/>
    <w:rsid w:val="00E474A5"/>
    <w:rsid w:val="00E72752"/>
    <w:rsid w:val="00E8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BD1E0"/>
  <w15:chartTrackingRefBased/>
  <w15:docId w15:val="{CBDF57D3-E1CF-4F02-B4C8-026F3C92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43A1D"/>
    <w:pPr>
      <w:spacing w:after="200" w:line="276" w:lineRule="auto"/>
    </w:pPr>
    <w:rPr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E474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E474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E474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rsid w:val="00E474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E474A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474A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474A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474A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474A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E474A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2">
    <w:name w:val="Заголовок 2 Знак"/>
    <w:basedOn w:val="a2"/>
    <w:link w:val="21"/>
    <w:uiPriority w:val="9"/>
    <w:rsid w:val="00E474A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32">
    <w:name w:val="Заголовок 3 Знак"/>
    <w:basedOn w:val="a2"/>
    <w:link w:val="31"/>
    <w:uiPriority w:val="9"/>
    <w:rsid w:val="00E474A5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customStyle="1" w:styleId="40">
    <w:name w:val="Заголовок 4 Знак"/>
    <w:basedOn w:val="a2"/>
    <w:link w:val="4"/>
    <w:uiPriority w:val="9"/>
    <w:rsid w:val="00E474A5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customStyle="1" w:styleId="50">
    <w:name w:val="Заголовок 5 Знак"/>
    <w:basedOn w:val="a2"/>
    <w:link w:val="5"/>
    <w:uiPriority w:val="9"/>
    <w:semiHidden/>
    <w:rsid w:val="00E474A5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60">
    <w:name w:val="Заголовок 6 Знак"/>
    <w:basedOn w:val="a2"/>
    <w:link w:val="6"/>
    <w:uiPriority w:val="9"/>
    <w:semiHidden/>
    <w:rsid w:val="00E474A5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70">
    <w:name w:val="Заголовок 7 Знак"/>
    <w:basedOn w:val="a2"/>
    <w:link w:val="7"/>
    <w:uiPriority w:val="9"/>
    <w:semiHidden/>
    <w:rsid w:val="00E474A5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80">
    <w:name w:val="Заголовок 8 Знак"/>
    <w:basedOn w:val="a2"/>
    <w:link w:val="8"/>
    <w:uiPriority w:val="9"/>
    <w:semiHidden/>
    <w:rsid w:val="00E474A5"/>
    <w:rPr>
      <w:rFonts w:asciiTheme="majorHAnsi" w:eastAsiaTheme="majorEastAsia" w:hAnsiTheme="majorHAnsi" w:cstheme="majorBidi"/>
      <w:color w:val="4472C4" w:themeColor="accent1"/>
      <w:sz w:val="20"/>
      <w:szCs w:val="20"/>
      <w:lang w:val="en-US"/>
    </w:rPr>
  </w:style>
  <w:style w:type="character" w:customStyle="1" w:styleId="90">
    <w:name w:val="Заголовок 9 Знак"/>
    <w:basedOn w:val="a2"/>
    <w:link w:val="9"/>
    <w:uiPriority w:val="9"/>
    <w:semiHidden/>
    <w:rsid w:val="00E474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a5">
    <w:name w:val="header"/>
    <w:basedOn w:val="a1"/>
    <w:link w:val="a6"/>
    <w:uiPriority w:val="99"/>
    <w:unhideWhenUsed/>
    <w:rsid w:val="00E474A5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474A5"/>
    <w:rPr>
      <w:lang w:val="en-US"/>
    </w:rPr>
  </w:style>
  <w:style w:type="paragraph" w:styleId="a7">
    <w:name w:val="Normal Indent"/>
    <w:basedOn w:val="a1"/>
    <w:uiPriority w:val="99"/>
    <w:unhideWhenUsed/>
    <w:rsid w:val="00E474A5"/>
    <w:pPr>
      <w:ind w:left="720"/>
    </w:pPr>
  </w:style>
  <w:style w:type="paragraph" w:styleId="a8">
    <w:name w:val="Subtitle"/>
    <w:basedOn w:val="a1"/>
    <w:next w:val="a1"/>
    <w:link w:val="a9"/>
    <w:uiPriority w:val="11"/>
    <w:qFormat/>
    <w:rsid w:val="00E474A5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9">
    <w:name w:val="Подзаголовок Знак"/>
    <w:basedOn w:val="a2"/>
    <w:link w:val="a8"/>
    <w:uiPriority w:val="11"/>
    <w:rsid w:val="00E474A5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aa">
    <w:name w:val="Title"/>
    <w:basedOn w:val="a1"/>
    <w:next w:val="a1"/>
    <w:link w:val="ab"/>
    <w:uiPriority w:val="10"/>
    <w:qFormat/>
    <w:rsid w:val="00E474A5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E474A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c">
    <w:name w:val="Emphasis"/>
    <w:basedOn w:val="a2"/>
    <w:uiPriority w:val="20"/>
    <w:qFormat/>
    <w:rsid w:val="00E474A5"/>
    <w:rPr>
      <w:i/>
      <w:iCs/>
    </w:rPr>
  </w:style>
  <w:style w:type="character" w:styleId="ad">
    <w:name w:val="Hyperlink"/>
    <w:basedOn w:val="a2"/>
    <w:uiPriority w:val="99"/>
    <w:unhideWhenUsed/>
    <w:rsid w:val="00E474A5"/>
    <w:rPr>
      <w:color w:val="0563C1" w:themeColor="hyperlink"/>
      <w:u w:val="single"/>
    </w:rPr>
  </w:style>
  <w:style w:type="table" w:styleId="ae">
    <w:name w:val="Table Grid"/>
    <w:basedOn w:val="a3"/>
    <w:uiPriority w:val="59"/>
    <w:rsid w:val="00E474A5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caption"/>
    <w:basedOn w:val="a1"/>
    <w:next w:val="a1"/>
    <w:uiPriority w:val="35"/>
    <w:semiHidden/>
    <w:unhideWhenUsed/>
    <w:qFormat/>
    <w:rsid w:val="00E474A5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f0">
    <w:name w:val="footer"/>
    <w:basedOn w:val="a1"/>
    <w:link w:val="af1"/>
    <w:uiPriority w:val="99"/>
    <w:unhideWhenUsed/>
    <w:rsid w:val="00E474A5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af1">
    <w:name w:val="Нижний колонтитул Знак"/>
    <w:basedOn w:val="a2"/>
    <w:link w:val="af0"/>
    <w:uiPriority w:val="99"/>
    <w:rsid w:val="00E474A5"/>
    <w:rPr>
      <w:rFonts w:eastAsiaTheme="minorEastAsia"/>
      <w:lang w:val="en-US"/>
    </w:rPr>
  </w:style>
  <w:style w:type="paragraph" w:styleId="af2">
    <w:name w:val="No Spacing"/>
    <w:uiPriority w:val="1"/>
    <w:qFormat/>
    <w:rsid w:val="00E474A5"/>
    <w:pPr>
      <w:spacing w:after="0" w:line="240" w:lineRule="auto"/>
    </w:pPr>
    <w:rPr>
      <w:rFonts w:eastAsiaTheme="minorEastAsia"/>
      <w:lang w:val="en-US"/>
    </w:rPr>
  </w:style>
  <w:style w:type="paragraph" w:styleId="af3">
    <w:name w:val="List Paragraph"/>
    <w:basedOn w:val="a1"/>
    <w:uiPriority w:val="34"/>
    <w:qFormat/>
    <w:rsid w:val="00E474A5"/>
    <w:pPr>
      <w:ind w:left="720"/>
      <w:contextualSpacing/>
    </w:pPr>
    <w:rPr>
      <w:rFonts w:eastAsiaTheme="minorEastAsia"/>
    </w:rPr>
  </w:style>
  <w:style w:type="paragraph" w:styleId="af4">
    <w:name w:val="Body Text"/>
    <w:basedOn w:val="a1"/>
    <w:link w:val="af5"/>
    <w:uiPriority w:val="99"/>
    <w:unhideWhenUsed/>
    <w:rsid w:val="00E474A5"/>
    <w:pPr>
      <w:spacing w:after="120"/>
    </w:pPr>
    <w:rPr>
      <w:rFonts w:eastAsiaTheme="minorEastAsia"/>
    </w:rPr>
  </w:style>
  <w:style w:type="character" w:customStyle="1" w:styleId="af5">
    <w:name w:val="Основной текст Знак"/>
    <w:basedOn w:val="a2"/>
    <w:link w:val="af4"/>
    <w:uiPriority w:val="99"/>
    <w:rsid w:val="00E474A5"/>
    <w:rPr>
      <w:rFonts w:eastAsiaTheme="minorEastAsia"/>
      <w:lang w:val="en-US"/>
    </w:rPr>
  </w:style>
  <w:style w:type="paragraph" w:styleId="23">
    <w:name w:val="Body Text 2"/>
    <w:basedOn w:val="a1"/>
    <w:link w:val="24"/>
    <w:uiPriority w:val="99"/>
    <w:unhideWhenUsed/>
    <w:rsid w:val="00E474A5"/>
    <w:pPr>
      <w:spacing w:after="120" w:line="480" w:lineRule="auto"/>
    </w:pPr>
    <w:rPr>
      <w:rFonts w:eastAsiaTheme="minorEastAsia"/>
    </w:rPr>
  </w:style>
  <w:style w:type="character" w:customStyle="1" w:styleId="24">
    <w:name w:val="Основной текст 2 Знак"/>
    <w:basedOn w:val="a2"/>
    <w:link w:val="23"/>
    <w:uiPriority w:val="99"/>
    <w:rsid w:val="00E474A5"/>
    <w:rPr>
      <w:rFonts w:eastAsiaTheme="minorEastAsia"/>
      <w:lang w:val="en-US"/>
    </w:rPr>
  </w:style>
  <w:style w:type="paragraph" w:styleId="33">
    <w:name w:val="Body Text 3"/>
    <w:basedOn w:val="a1"/>
    <w:link w:val="34"/>
    <w:uiPriority w:val="99"/>
    <w:unhideWhenUsed/>
    <w:rsid w:val="00E474A5"/>
    <w:pPr>
      <w:spacing w:after="120"/>
    </w:pPr>
    <w:rPr>
      <w:rFonts w:eastAsiaTheme="minorEastAsia"/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E474A5"/>
    <w:rPr>
      <w:rFonts w:eastAsiaTheme="minorEastAsia"/>
      <w:sz w:val="16"/>
      <w:szCs w:val="16"/>
      <w:lang w:val="en-US"/>
    </w:rPr>
  </w:style>
  <w:style w:type="paragraph" w:styleId="af6">
    <w:name w:val="List"/>
    <w:basedOn w:val="a1"/>
    <w:uiPriority w:val="99"/>
    <w:unhideWhenUsed/>
    <w:rsid w:val="00E474A5"/>
    <w:pPr>
      <w:ind w:left="360" w:hanging="360"/>
      <w:contextualSpacing/>
    </w:pPr>
    <w:rPr>
      <w:rFonts w:eastAsiaTheme="minorEastAsia"/>
    </w:rPr>
  </w:style>
  <w:style w:type="paragraph" w:styleId="25">
    <w:name w:val="List 2"/>
    <w:basedOn w:val="a1"/>
    <w:uiPriority w:val="99"/>
    <w:unhideWhenUsed/>
    <w:rsid w:val="00E474A5"/>
    <w:pPr>
      <w:ind w:left="720" w:hanging="360"/>
      <w:contextualSpacing/>
    </w:pPr>
    <w:rPr>
      <w:rFonts w:eastAsiaTheme="minorEastAsia"/>
    </w:rPr>
  </w:style>
  <w:style w:type="paragraph" w:styleId="35">
    <w:name w:val="List 3"/>
    <w:basedOn w:val="a1"/>
    <w:uiPriority w:val="99"/>
    <w:unhideWhenUsed/>
    <w:rsid w:val="00E474A5"/>
    <w:pPr>
      <w:ind w:left="1080" w:hanging="360"/>
      <w:contextualSpacing/>
    </w:pPr>
    <w:rPr>
      <w:rFonts w:eastAsiaTheme="minorEastAsia"/>
    </w:rPr>
  </w:style>
  <w:style w:type="paragraph" w:styleId="a0">
    <w:name w:val="List Bullet"/>
    <w:basedOn w:val="a1"/>
    <w:uiPriority w:val="99"/>
    <w:unhideWhenUsed/>
    <w:rsid w:val="00E474A5"/>
    <w:pPr>
      <w:numPr>
        <w:numId w:val="25"/>
      </w:numPr>
      <w:contextualSpacing/>
    </w:pPr>
    <w:rPr>
      <w:rFonts w:eastAsiaTheme="minorEastAsia"/>
    </w:rPr>
  </w:style>
  <w:style w:type="paragraph" w:styleId="20">
    <w:name w:val="List Bullet 2"/>
    <w:basedOn w:val="a1"/>
    <w:uiPriority w:val="99"/>
    <w:unhideWhenUsed/>
    <w:rsid w:val="00E474A5"/>
    <w:pPr>
      <w:numPr>
        <w:numId w:val="26"/>
      </w:numPr>
      <w:contextualSpacing/>
    </w:pPr>
    <w:rPr>
      <w:rFonts w:eastAsiaTheme="minorEastAsia"/>
    </w:rPr>
  </w:style>
  <w:style w:type="paragraph" w:styleId="30">
    <w:name w:val="List Bullet 3"/>
    <w:basedOn w:val="a1"/>
    <w:uiPriority w:val="99"/>
    <w:unhideWhenUsed/>
    <w:rsid w:val="00E474A5"/>
    <w:pPr>
      <w:numPr>
        <w:numId w:val="27"/>
      </w:numPr>
      <w:contextualSpacing/>
    </w:pPr>
    <w:rPr>
      <w:rFonts w:eastAsiaTheme="minorEastAsia"/>
    </w:rPr>
  </w:style>
  <w:style w:type="paragraph" w:styleId="a">
    <w:name w:val="List Number"/>
    <w:basedOn w:val="a1"/>
    <w:uiPriority w:val="99"/>
    <w:unhideWhenUsed/>
    <w:rsid w:val="00E474A5"/>
    <w:pPr>
      <w:numPr>
        <w:numId w:val="28"/>
      </w:numPr>
      <w:contextualSpacing/>
    </w:pPr>
    <w:rPr>
      <w:rFonts w:eastAsiaTheme="minorEastAsia"/>
    </w:rPr>
  </w:style>
  <w:style w:type="paragraph" w:styleId="2">
    <w:name w:val="List Number 2"/>
    <w:basedOn w:val="a1"/>
    <w:uiPriority w:val="99"/>
    <w:unhideWhenUsed/>
    <w:rsid w:val="00E474A5"/>
    <w:pPr>
      <w:numPr>
        <w:numId w:val="29"/>
      </w:numPr>
      <w:contextualSpacing/>
    </w:pPr>
    <w:rPr>
      <w:rFonts w:eastAsiaTheme="minorEastAsia"/>
    </w:rPr>
  </w:style>
  <w:style w:type="paragraph" w:styleId="3">
    <w:name w:val="List Number 3"/>
    <w:basedOn w:val="a1"/>
    <w:uiPriority w:val="99"/>
    <w:unhideWhenUsed/>
    <w:rsid w:val="00E474A5"/>
    <w:pPr>
      <w:numPr>
        <w:numId w:val="30"/>
      </w:numPr>
      <w:contextualSpacing/>
    </w:pPr>
    <w:rPr>
      <w:rFonts w:eastAsiaTheme="minorEastAsia"/>
    </w:rPr>
  </w:style>
  <w:style w:type="paragraph" w:styleId="af7">
    <w:name w:val="List Continue"/>
    <w:basedOn w:val="a1"/>
    <w:uiPriority w:val="99"/>
    <w:unhideWhenUsed/>
    <w:rsid w:val="00E474A5"/>
    <w:pPr>
      <w:spacing w:after="120"/>
      <w:ind w:left="360"/>
      <w:contextualSpacing/>
    </w:pPr>
    <w:rPr>
      <w:rFonts w:eastAsiaTheme="minorEastAsia"/>
    </w:rPr>
  </w:style>
  <w:style w:type="paragraph" w:styleId="26">
    <w:name w:val="List Continue 2"/>
    <w:basedOn w:val="a1"/>
    <w:uiPriority w:val="99"/>
    <w:unhideWhenUsed/>
    <w:rsid w:val="00E474A5"/>
    <w:pPr>
      <w:spacing w:after="120"/>
      <w:ind w:left="720"/>
      <w:contextualSpacing/>
    </w:pPr>
    <w:rPr>
      <w:rFonts w:eastAsiaTheme="minorEastAsia"/>
    </w:rPr>
  </w:style>
  <w:style w:type="paragraph" w:styleId="36">
    <w:name w:val="List Continue 3"/>
    <w:basedOn w:val="a1"/>
    <w:uiPriority w:val="99"/>
    <w:unhideWhenUsed/>
    <w:rsid w:val="00E474A5"/>
    <w:pPr>
      <w:spacing w:after="120"/>
      <w:ind w:left="1080"/>
      <w:contextualSpacing/>
    </w:pPr>
    <w:rPr>
      <w:rFonts w:eastAsiaTheme="minorEastAsia"/>
    </w:rPr>
  </w:style>
  <w:style w:type="paragraph" w:styleId="af8">
    <w:name w:val="macro"/>
    <w:link w:val="af9"/>
    <w:uiPriority w:val="99"/>
    <w:unhideWhenUsed/>
    <w:rsid w:val="00E474A5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  <w:lang w:val="en-US"/>
    </w:rPr>
  </w:style>
  <w:style w:type="character" w:customStyle="1" w:styleId="af9">
    <w:name w:val="Текст макроса Знак"/>
    <w:basedOn w:val="a2"/>
    <w:link w:val="af8"/>
    <w:uiPriority w:val="99"/>
    <w:rsid w:val="00E474A5"/>
    <w:rPr>
      <w:rFonts w:ascii="Courier" w:eastAsiaTheme="minorEastAsia" w:hAnsi="Courier"/>
      <w:sz w:val="20"/>
      <w:szCs w:val="20"/>
      <w:lang w:val="en-US"/>
    </w:rPr>
  </w:style>
  <w:style w:type="paragraph" w:styleId="27">
    <w:name w:val="Quote"/>
    <w:basedOn w:val="a1"/>
    <w:next w:val="a1"/>
    <w:link w:val="28"/>
    <w:uiPriority w:val="29"/>
    <w:qFormat/>
    <w:rsid w:val="00E474A5"/>
    <w:rPr>
      <w:rFonts w:eastAsiaTheme="minorEastAsia"/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E474A5"/>
    <w:rPr>
      <w:rFonts w:eastAsiaTheme="minorEastAsia"/>
      <w:i/>
      <w:iCs/>
      <w:color w:val="000000" w:themeColor="text1"/>
      <w:lang w:val="en-US"/>
    </w:rPr>
  </w:style>
  <w:style w:type="character" w:styleId="afa">
    <w:name w:val="Strong"/>
    <w:basedOn w:val="a2"/>
    <w:uiPriority w:val="22"/>
    <w:qFormat/>
    <w:rsid w:val="00E474A5"/>
    <w:rPr>
      <w:b/>
      <w:bCs/>
    </w:rPr>
  </w:style>
  <w:style w:type="paragraph" w:styleId="afb">
    <w:name w:val="Intense Quote"/>
    <w:basedOn w:val="a1"/>
    <w:next w:val="a1"/>
    <w:link w:val="afc"/>
    <w:uiPriority w:val="30"/>
    <w:qFormat/>
    <w:rsid w:val="00E474A5"/>
    <w:pPr>
      <w:pBdr>
        <w:bottom w:val="single" w:sz="4" w:space="4" w:color="4472C4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472C4" w:themeColor="accent1"/>
    </w:rPr>
  </w:style>
  <w:style w:type="character" w:customStyle="1" w:styleId="afc">
    <w:name w:val="Выделенная цитата Знак"/>
    <w:basedOn w:val="a2"/>
    <w:link w:val="afb"/>
    <w:uiPriority w:val="30"/>
    <w:rsid w:val="00E474A5"/>
    <w:rPr>
      <w:rFonts w:eastAsiaTheme="minorEastAsia"/>
      <w:b/>
      <w:bCs/>
      <w:i/>
      <w:iCs/>
      <w:color w:val="4472C4" w:themeColor="accent1"/>
      <w:lang w:val="en-US"/>
    </w:rPr>
  </w:style>
  <w:style w:type="character" w:styleId="afd">
    <w:name w:val="Subtle Emphasis"/>
    <w:basedOn w:val="a2"/>
    <w:uiPriority w:val="19"/>
    <w:qFormat/>
    <w:rsid w:val="00E474A5"/>
    <w:rPr>
      <w:i/>
      <w:iCs/>
      <w:color w:val="808080" w:themeColor="text1" w:themeTint="7F"/>
    </w:rPr>
  </w:style>
  <w:style w:type="character" w:styleId="afe">
    <w:name w:val="Intense Emphasis"/>
    <w:basedOn w:val="a2"/>
    <w:uiPriority w:val="21"/>
    <w:qFormat/>
    <w:rsid w:val="00E474A5"/>
    <w:rPr>
      <w:b/>
      <w:bCs/>
      <w:i/>
      <w:iCs/>
      <w:color w:val="4472C4" w:themeColor="accent1"/>
    </w:rPr>
  </w:style>
  <w:style w:type="character" w:styleId="aff">
    <w:name w:val="Subtle Reference"/>
    <w:basedOn w:val="a2"/>
    <w:uiPriority w:val="31"/>
    <w:qFormat/>
    <w:rsid w:val="00E474A5"/>
    <w:rPr>
      <w:smallCaps/>
      <w:color w:val="ED7D31" w:themeColor="accent2"/>
      <w:u w:val="single"/>
    </w:rPr>
  </w:style>
  <w:style w:type="character" w:styleId="aff0">
    <w:name w:val="Intense Reference"/>
    <w:basedOn w:val="a2"/>
    <w:uiPriority w:val="32"/>
    <w:qFormat/>
    <w:rsid w:val="00E474A5"/>
    <w:rPr>
      <w:b/>
      <w:bCs/>
      <w:smallCaps/>
      <w:color w:val="ED7D31" w:themeColor="accent2"/>
      <w:spacing w:val="5"/>
      <w:u w:val="single"/>
    </w:rPr>
  </w:style>
  <w:style w:type="character" w:styleId="aff1">
    <w:name w:val="Book Title"/>
    <w:basedOn w:val="a2"/>
    <w:uiPriority w:val="33"/>
    <w:qFormat/>
    <w:rsid w:val="00E474A5"/>
    <w:rPr>
      <w:b/>
      <w:bCs/>
      <w:smallCaps/>
      <w:spacing w:val="5"/>
    </w:rPr>
  </w:style>
  <w:style w:type="character" w:styleId="aff2">
    <w:name w:val="Unresolved Mention"/>
    <w:basedOn w:val="a2"/>
    <w:uiPriority w:val="99"/>
    <w:semiHidden/>
    <w:unhideWhenUsed/>
    <w:rsid w:val="00E474A5"/>
    <w:rPr>
      <w:color w:val="605E5C"/>
      <w:shd w:val="clear" w:color="auto" w:fill="E1DFDD"/>
    </w:rPr>
  </w:style>
  <w:style w:type="paragraph" w:styleId="aff3">
    <w:name w:val="TOC Heading"/>
    <w:basedOn w:val="1"/>
    <w:next w:val="a1"/>
    <w:uiPriority w:val="39"/>
    <w:semiHidden/>
    <w:unhideWhenUsed/>
    <w:qFormat/>
    <w:rsid w:val="00E474A5"/>
    <w:pPr>
      <w:spacing w:after="0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asyen.ru/load/okruzhajushhij_mir/2_klass/prezentacija_k_uroku_36_po_teme_esli_khochesh_byt_zdorov/237-1-0-65635" TargetMode="External"/><Relationship Id="rId21" Type="http://schemas.openxmlformats.org/officeDocument/2006/relationships/hyperlink" Target="https://infourok.ru/priroda-i-predmety-sozdannye-chelovekom-prirodnye-materialy-berezhnoe-otnoshenie-k-predmetam-vesham-uhod-za-nimi-6387508.html" TargetMode="External"/><Relationship Id="rId42" Type="http://schemas.openxmlformats.org/officeDocument/2006/relationships/hyperlink" Target="https://iu.ru/video-lessons/bb301165-36be-4f7e-9dfd-af44a99792d4" TargetMode="External"/><Relationship Id="rId63" Type="http://schemas.openxmlformats.org/officeDocument/2006/relationships/hyperlink" Target="https://infourok.ru/prezentaciya-godovoj-hod-izmenenij-v-zhizni-rastenij-6445875.html" TargetMode="External"/><Relationship Id="rId84" Type="http://schemas.openxmlformats.org/officeDocument/2006/relationships/hyperlink" Target="https://resh.edu.ru/subject/lesson/5534/start/157260/" TargetMode="External"/><Relationship Id="rId138" Type="http://schemas.openxmlformats.org/officeDocument/2006/relationships/hyperlink" Target="http://nsportal.ru/" TargetMode="External"/><Relationship Id="rId16" Type="http://schemas.openxmlformats.org/officeDocument/2006/relationships/hyperlink" Target="https://infourok.ru/urok-okruzhayuschego-mira-na-temu-rossiya-nasha-rodina-klass-1136116.html" TargetMode="External"/><Relationship Id="rId107" Type="http://schemas.openxmlformats.org/officeDocument/2006/relationships/hyperlink" Target="https://shareslide.ru/okruzhayushchiy-mir/prezentatsiya-po-okruzhayushchemu-miru-zemlya-planeta-2" TargetMode="External"/><Relationship Id="rId11" Type="http://schemas.openxmlformats.org/officeDocument/2006/relationships/hyperlink" Target="https://resh.edu.ru/" TargetMode="External"/><Relationship Id="rId32" Type="http://schemas.openxmlformats.org/officeDocument/2006/relationships/hyperlink" Target="https://resh.edu.ru/subject/lesson/3687/start/223584/" TargetMode="External"/><Relationship Id="rId37" Type="http://schemas.openxmlformats.org/officeDocument/2006/relationships/hyperlink" Target="https://infourok.ru/prezentaciya-po-okruzhayushemu-miru-rasteniya-1-klass-5110163.html" TargetMode="External"/><Relationship Id="rId53" Type="http://schemas.openxmlformats.org/officeDocument/2006/relationships/hyperlink" Target="https://m.edsoo.ru/7f4116e4" TargetMode="External"/><Relationship Id="rId58" Type="http://schemas.openxmlformats.org/officeDocument/2006/relationships/hyperlink" Target="https://resh.edu.ru/subject/lesson/5527/start/156949/" TargetMode="External"/><Relationship Id="rId74" Type="http://schemas.openxmlformats.org/officeDocument/2006/relationships/hyperlink" Target="https://m.edsoo.ru/7f4116e4" TargetMode="External"/><Relationship Id="rId79" Type="http://schemas.openxmlformats.org/officeDocument/2006/relationships/hyperlink" Target="https://ok.ru/video/1820321057481" TargetMode="External"/><Relationship Id="rId102" Type="http://schemas.openxmlformats.org/officeDocument/2006/relationships/hyperlink" Target="https://easyen.ru/load/okruzhajushhij_mir/2_klass/prezentacija_k_uroku_52_po_temeorientirovanie_na_mestnosti/237-1-0-66454" TargetMode="External"/><Relationship Id="rId123" Type="http://schemas.openxmlformats.org/officeDocument/2006/relationships/hyperlink" Target="https://pedsovet.su/load/241-1-0-51817" TargetMode="External"/><Relationship Id="rId128" Type="http://schemas.openxmlformats.org/officeDocument/2006/relationships/hyperlink" Target="https://resh.edu.ru/subject/lesson/3761/start/157671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116e4" TargetMode="External"/><Relationship Id="rId95" Type="http://schemas.openxmlformats.org/officeDocument/2006/relationships/hyperlink" Target="https://m.edsoo.ru/7f4116e4" TargetMode="External"/><Relationship Id="rId22" Type="http://schemas.openxmlformats.org/officeDocument/2006/relationships/hyperlink" Target="https://infourok.ru/priroda-i-predmety-sozdannye-chelovekom-prirodnye-materialy-berezhnoe-otnoshenie-k-predmetam-vesham-uhod-za-nimi-6387508.html" TargetMode="External"/><Relationship Id="rId27" Type="http://schemas.openxmlformats.org/officeDocument/2006/relationships/hyperlink" Target="https://resh.edu.ru/subject/lesson/5531/start/155077/" TargetMode="External"/><Relationship Id="rId43" Type="http://schemas.openxmlformats.org/officeDocument/2006/relationships/hyperlink" Target="https://resh.edu.ru/subject/lesson/5533/start/156764/" TargetMode="External"/><Relationship Id="rId48" Type="http://schemas.openxmlformats.org/officeDocument/2006/relationships/hyperlink" Target="https://infourok.ru/prezentaciya-po-okruzhayushemu-miru-na-temu-komnatnye-rasteniya-pravila-soderzhaniya-i-uhoda-1-klass-6253680.html" TargetMode="External"/><Relationship Id="rId64" Type="http://schemas.openxmlformats.org/officeDocument/2006/relationships/hyperlink" Target="https://infourok.ru/prezentaciya-godovoj-hod-izmenenij-v-zhizni-rastenij-6445875.html" TargetMode="External"/><Relationship Id="rId69" Type="http://schemas.openxmlformats.org/officeDocument/2006/relationships/hyperlink" Target="https://infourok.ru/proverochnaya-rabota-2-po-razdelu-zhizn-goroda-i-sela-2-klass-5263068.html" TargetMode="External"/><Relationship Id="rId113" Type="http://schemas.openxmlformats.org/officeDocument/2006/relationships/hyperlink" Target="https://compedu.ru/publication/urok-po-okruzhaiushchemu-miru-dlia-2-klassa-rezhim-dnia.html" TargetMode="External"/><Relationship Id="rId118" Type="http://schemas.openxmlformats.org/officeDocument/2006/relationships/hyperlink" Target="https://infourok.ru/prezentaciya-po-okruzhayuschemu-miru-zakalivanie-osnova-zdorovogo-suschestvovaniya-kl-3287087.html" TargetMode="External"/><Relationship Id="rId134" Type="http://schemas.openxmlformats.org/officeDocument/2006/relationships/hyperlink" Target="https://infourok.ru/itogovaya-kontrolnaya-rabota-po-okruzhayuschemu-miru-za-klass-a-pleshakov-umk-shkola-rossii-1876839.html" TargetMode="External"/><Relationship Id="rId139" Type="http://schemas.openxmlformats.org/officeDocument/2006/relationships/fontTable" Target="fontTable.xml"/><Relationship Id="rId80" Type="http://schemas.openxmlformats.org/officeDocument/2006/relationships/hyperlink" Target="https://resh.edu.ru/subject/lesson/3729/start/157229/" TargetMode="External"/><Relationship Id="rId85" Type="http://schemas.openxmlformats.org/officeDocument/2006/relationships/hyperlink" Target="https://resh.edu.ru/subject/lesson/5537/start/223713/" TargetMode="Externa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infourok.ru/urok-okruzhayuschego-mira-na-temu-rossiya-nasha-rodina-klass-1136116.html" TargetMode="External"/><Relationship Id="rId33" Type="http://schemas.openxmlformats.org/officeDocument/2006/relationships/hyperlink" Target="https://resh.edu.ru/subject/lesson/3687/start/223584/" TargetMode="External"/><Relationship Id="rId38" Type="http://schemas.openxmlformats.org/officeDocument/2006/relationships/hyperlink" Target="https://infourok.ru/prezentaciya-po-okruzhayushemu-miru-rasteniya-1-klass-5110163.html" TargetMode="External"/><Relationship Id="rId59" Type="http://schemas.openxmlformats.org/officeDocument/2006/relationships/hyperlink" Target="https://resh.edu.ru/subject/lesson/3719/start/156980/" TargetMode="External"/><Relationship Id="rId103" Type="http://schemas.openxmlformats.org/officeDocument/2006/relationships/hyperlink" Target="https://easyen.ru/load/okruzhajushhij_mir/2_klass/prezentacija_k_uroku_52_po_temeorientirovanie_na_mestnosti/237-1-0-66454" TargetMode="External"/><Relationship Id="rId108" Type="http://schemas.openxmlformats.org/officeDocument/2006/relationships/hyperlink" Target="https://shareslide.ru/okruzhayushchiy-mir/prezentatsiya-po-okruzhayushchemu-miru-zemlya-planeta-2" TargetMode="External"/><Relationship Id="rId124" Type="http://schemas.openxmlformats.org/officeDocument/2006/relationships/hyperlink" Target="https://infourok.ru/prezentaciya-po-okruzhayushemu-miru-na-temu-dostoprimechatelnosti-moskvy-2-klass-4409854.html" TargetMode="External"/><Relationship Id="rId129" Type="http://schemas.openxmlformats.org/officeDocument/2006/relationships/hyperlink" Target="https://resh.edu.ru/subject/lesson/3761/start/157671/" TargetMode="External"/><Relationship Id="rId54" Type="http://schemas.openxmlformats.org/officeDocument/2006/relationships/hyperlink" Target="https://resh.edu.ru/subject/lesson/3698/start/289903/" TargetMode="External"/><Relationship Id="rId70" Type="http://schemas.openxmlformats.org/officeDocument/2006/relationships/hyperlink" Target="https://resh.edu.ru/subject/lesson/4275/start/157167/" TargetMode="External"/><Relationship Id="rId75" Type="http://schemas.openxmlformats.org/officeDocument/2006/relationships/hyperlink" Target="https://znanio.ru/media/prezentatsiya_po_pdd_my_passazhiry_2klass-232115" TargetMode="External"/><Relationship Id="rId91" Type="http://schemas.openxmlformats.org/officeDocument/2006/relationships/hyperlink" Target="https://resh.edu.ru/subject/lesson/5963/start/157361/" TargetMode="External"/><Relationship Id="rId96" Type="http://schemas.openxmlformats.org/officeDocument/2006/relationships/hyperlink" Target="https://infourok.ru/konspekt-uroka-po-okruzhayuschemu-miru-zapovedniki-rodnogo-kraya-1171404.html" TargetMode="External"/><Relationship Id="rId14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23" Type="http://schemas.openxmlformats.org/officeDocument/2006/relationships/hyperlink" Target="https://resh.edu.ru/subject/lesson/5365/conspect/167914/" TargetMode="External"/><Relationship Id="rId28" Type="http://schemas.openxmlformats.org/officeDocument/2006/relationships/hyperlink" Target="https://m.edsoo.ru/7f412850" TargetMode="External"/><Relationship Id="rId49" Type="http://schemas.openxmlformats.org/officeDocument/2006/relationships/hyperlink" Target="https://multiurok.ru/files/konspekt-uroka-tema-kak-ukhazhivat-za-komnatnymi-r.html" TargetMode="External"/><Relationship Id="rId114" Type="http://schemas.openxmlformats.org/officeDocument/2006/relationships/hyperlink" Target="https://urok.1sept.ru/articles/579103" TargetMode="External"/><Relationship Id="rId119" Type="http://schemas.openxmlformats.org/officeDocument/2006/relationships/hyperlink" Target="https://infourok.ru/prezentaciya-po-okruzhayuschemu-miru-zakalivanie-osnova-zdorovogo-suschestvovaniya-kl-3287087.html" TargetMode="External"/><Relationship Id="rId44" Type="http://schemas.openxmlformats.org/officeDocument/2006/relationships/hyperlink" Target="https://resh.edu.ru/subject/lesson/5533/start/156764/" TargetMode="External"/><Relationship Id="rId60" Type="http://schemas.openxmlformats.org/officeDocument/2006/relationships/hyperlink" Target="https://resh.edu.ru/subject/lesson/3719/start/156980/" TargetMode="External"/><Relationship Id="rId65" Type="http://schemas.openxmlformats.org/officeDocument/2006/relationships/hyperlink" Target="https://resh.edu.ru/subject/lesson/4274/start/289934/" TargetMode="External"/><Relationship Id="rId81" Type="http://schemas.openxmlformats.org/officeDocument/2006/relationships/hyperlink" Target="https://m.edsoo.ru/7f4116e4" TargetMode="External"/><Relationship Id="rId86" Type="http://schemas.openxmlformats.org/officeDocument/2006/relationships/hyperlink" Target="https://resh.edu.ru/subject/lesson/5537/start/223713/" TargetMode="External"/><Relationship Id="rId130" Type="http://schemas.openxmlformats.org/officeDocument/2006/relationships/hyperlink" Target="https://resh.edu.ru/subject/lesson/3761/start/157671/" TargetMode="External"/><Relationship Id="rId135" Type="http://schemas.openxmlformats.org/officeDocument/2006/relationships/hyperlink" Target="https://infourok.ru/kim-po-okruzhayushemu-miru-2-klass-6627618.html" TargetMode="Externa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easyen.ru/load/okruzhajushhij_mir/2_klass/urok_1_rodnaja_strana/237-1-0-64270" TargetMode="External"/><Relationship Id="rId39" Type="http://schemas.openxmlformats.org/officeDocument/2006/relationships/hyperlink" Target="https://www.youtube.com/watch?v=tpHgpEHwc5U" TargetMode="External"/><Relationship Id="rId109" Type="http://schemas.openxmlformats.org/officeDocument/2006/relationships/hyperlink" Target="https://yandex.ru/search/?text=2+%D0%BA%D0%BB%D0%B0%D1%81%D1%81+%D0%9E%D0%BA%D1%80%D1%83%D0%B6%D0%B0%D1%8E%D1%89%D0%B8%D0%B9+%D0%BC%D0%B8%D1%80+%09+%D0%97%D0%B4%D0%BE%D1%80%D0%BE%D0%B2%D1%8B%D0%B9+%D0%BE%D0%B1%D1%80%D0%B0%D0%B7+%D0%B6%D0%B8%D0%B7%D0%BD%D0%B8.+%D0%A0%D0%B5%D0%B6%D0%B8%D0%BC+%D0%B4%D0%BD%D1%8F%3A+%D1%87%D0%B5%D1%80%D0%B5%D0%B4%D0%BE%D0%B2%D0%B0%D0%BD%D0%B8%D0%B5+%D1%81%D0%BD%D0%B0%2C+%D1%83%D1%87%D0%B5%D0%B1%D0%BD%D1%8B%D1%85+%D0%B7%D0%B0%D0%BD%D1%8F%D1%82%D0%B8%D0%B9%2C+%D0%B4%D0%B2%D0%B8%D0%B3%D0%B0%D1%82%D0%B5%D0%BB%D1%8C%D0%BD%D0%BE%D0%B9+%D0%B0%D0%BA%D1%82%D0%B8%D0%B2%D0%BD%D0%BE%D1%81%D1%82%D0%B8&amp;lr=101189" TargetMode="External"/><Relationship Id="rId34" Type="http://schemas.openxmlformats.org/officeDocument/2006/relationships/hyperlink" Target="https://resh.edu.ru/subject/lesson/4272/start/156576/" TargetMode="External"/><Relationship Id="rId50" Type="http://schemas.openxmlformats.org/officeDocument/2006/relationships/hyperlink" Target="https://resh.edu.ru/subject/lesson/5532/start/156826/" TargetMode="External"/><Relationship Id="rId55" Type="http://schemas.openxmlformats.org/officeDocument/2006/relationships/hyperlink" Target="https://resh.edu.ru/subject/lesson/5961/start/156919/" TargetMode="External"/><Relationship Id="rId76" Type="http://schemas.openxmlformats.org/officeDocument/2006/relationships/hyperlink" Target="https://infourok.ru/prezentaciya-k-uroku-okruzhayushego-mira-domashnie-opasnosti-2-klass-5852924.html" TargetMode="External"/><Relationship Id="rId97" Type="http://schemas.openxmlformats.org/officeDocument/2006/relationships/hyperlink" Target="https://infourok.ru/konspekt-uroka-po-okruzhayuschemu-miru-zapovedniki-rodnogo-kraya-1171404.html" TargetMode="External"/><Relationship Id="rId104" Type="http://schemas.openxmlformats.org/officeDocument/2006/relationships/hyperlink" Target="https://infourok.ru/konspekt-uroka-po-poznaniyu-mira-na-temu-orientirovanie-po-kompasu-prakticheskoe-zanyatie-klass-518342.html" TargetMode="External"/><Relationship Id="rId120" Type="http://schemas.openxmlformats.org/officeDocument/2006/relationships/hyperlink" Target="https://pedsovet.su/load/241-1-0-26146" TargetMode="External"/><Relationship Id="rId125" Type="http://schemas.openxmlformats.org/officeDocument/2006/relationships/hyperlink" Target="https://infourok.ru/prezentaciya-po-okruzhayushemu-miru-na-temu-dostoprimechatelnosti-moskvy-2-klass-4409854.html" TargetMode="Externa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resh.edu.ru/subject/lesson/4275/start/157167/" TargetMode="External"/><Relationship Id="rId92" Type="http://schemas.openxmlformats.org/officeDocument/2006/relationships/hyperlink" Target="https://resh.edu.ru/subject/lesson/5963/conspect/157360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resh.edu.ru/subject/lesson/4278/start/223553/" TargetMode="External"/><Relationship Id="rId24" Type="http://schemas.openxmlformats.org/officeDocument/2006/relationships/hyperlink" Target="https://resh.edu.ru/subject/lesson/4277/start/223522/" TargetMode="External"/><Relationship Id="rId40" Type="http://schemas.openxmlformats.org/officeDocument/2006/relationships/hyperlink" Target="https://resh.edu.ru/subject/lesson/5533/start/156764/" TargetMode="External"/><Relationship Id="rId45" Type="http://schemas.openxmlformats.org/officeDocument/2006/relationships/hyperlink" Target="https://www.youtube.com/watch?v=YdGKNhBLjYA" TargetMode="External"/><Relationship Id="rId66" Type="http://schemas.openxmlformats.org/officeDocument/2006/relationships/hyperlink" Target="https://infourok.ru/prezentaciya-godovoj-hod-izmenenij-v-zhizni-rastenij-6445875.html" TargetMode="External"/><Relationship Id="rId87" Type="http://schemas.openxmlformats.org/officeDocument/2006/relationships/hyperlink" Target="https://resh.edu.ru/subject/lesson/5564/start/157330/" TargetMode="External"/><Relationship Id="rId110" Type="http://schemas.openxmlformats.org/officeDocument/2006/relationships/hyperlink" Target="https://yandex.ru/search/?text=2+%D0%BA%D0%BB%D0%B0%D1%81%D1%81+%D0%9E%D0%BA%D1%80%D1%83%D0%B6%D0%B0%D1%8E%D1%89%D0%B8%D0%B9+%D0%BC%D0%B8%D1%80+%09+%D0%97%D0%B4%D0%BE%D1%80%D0%BE%D0%B2%D1%8B%D0%B9+%D0%BE%D0%B1%D1%80%D0%B0%D0%B7+%D0%B6%D0%B8%D0%B7%D0%BD%D0%B8.+%D0%A0%D0%B5%D0%B6%D0%B8%D0%BC+%D0%B4%D0%BD%D1%8F%3A+%D1%87%D0%B5%D1%80%D0%B5%D0%B4%D0%BE%D0%B2%D0%B0%D0%BD%D0%B8%D0%B5+%D1%81%D0%BD%D0%B0%2C+%D1%83%D1%87%D0%B5%D0%B1%D0%BD%D1%8B%D1%85+%D0%B7%D0%B0%D0%BD%D1%8F%D1%82%D0%B8%D0%B9%2C+%D0%B4%D0%B2%D0%B8%D0%B3%D0%B0%D1%82%D0%B5%D0%BB%D1%8C%D0%BD%D0%BE%D0%B9+%D0%B0%D0%BA%D1%82%D0%B8%D0%B2%D0%BD%D0%BE%D1%81%D1%82%D0%B8&amp;lr=101189" TargetMode="External"/><Relationship Id="rId115" Type="http://schemas.openxmlformats.org/officeDocument/2006/relationships/hyperlink" Target="https://resh.edu.ru/subject/lesson/6010/conspect/190574/" TargetMode="External"/><Relationship Id="rId131" Type="http://schemas.openxmlformats.org/officeDocument/2006/relationships/hyperlink" Target="https://resh.edu.ru/subject/lesson/5964/start/296045/" TargetMode="External"/><Relationship Id="rId136" Type="http://schemas.openxmlformats.org/officeDocument/2006/relationships/hyperlink" Target="http://1-4.prosv.ru/" TargetMode="External"/><Relationship Id="rId61" Type="http://schemas.openxmlformats.org/officeDocument/2006/relationships/hyperlink" Target="https://infourok.ru/prezentaciya-po-okruzhayuschemu-miru-travi-klass-3045577.html" TargetMode="External"/><Relationship Id="rId82" Type="http://schemas.openxmlformats.org/officeDocument/2006/relationships/hyperlink" Target="https://resh.edu.ru/subject/lesson/5534/start/157260/" TargetMode="External"/><Relationship Id="rId19" Type="http://schemas.openxmlformats.org/officeDocument/2006/relationships/hyperlink" Target="https://resh.edu.ru/subject/lesson/6071/conspect/154855/" TargetMode="External"/><Relationship Id="rId14" Type="http://schemas.openxmlformats.org/officeDocument/2006/relationships/hyperlink" Target="https://resh.edu.ru/" TargetMode="External"/><Relationship Id="rId30" Type="http://schemas.openxmlformats.org/officeDocument/2006/relationships/hyperlink" Target="https://infourok.ru/prezentaciya-godovoj-hod-izmenenij-v-zhizni-rastenij-6445875.html" TargetMode="External"/><Relationship Id="rId35" Type="http://schemas.openxmlformats.org/officeDocument/2006/relationships/hyperlink" Target="https://resh.edu.ru/subject/lesson/4272/start/156576/" TargetMode="External"/><Relationship Id="rId56" Type="http://schemas.openxmlformats.org/officeDocument/2006/relationships/hyperlink" Target="https://resh.edu.ru/subject/lesson/5527/start/156949/" TargetMode="External"/><Relationship Id="rId77" Type="http://schemas.openxmlformats.org/officeDocument/2006/relationships/hyperlink" Target="https://infourok.ru/prezentaciya-k-uroku-okruzhayushego-mira-domashnie-opasnosti-2-klass-5852924.html" TargetMode="External"/><Relationship Id="rId100" Type="http://schemas.openxmlformats.org/officeDocument/2006/relationships/hyperlink" Target="https://easyen.ru/load/okruzhajushhij_mir/2_klass/prezentacija_k_uroku_52_po_temeorientirovanie_na_mestnosti/237-1-0-66454" TargetMode="External"/><Relationship Id="rId105" Type="http://schemas.openxmlformats.org/officeDocument/2006/relationships/hyperlink" Target="https://infourok.ru/konspekt-uroka-po-poznaniyu-mira-na-temu-orientirovanie-po-kompasu-prakticheskoe-zanyatie-klass-518342.html" TargetMode="External"/><Relationship Id="rId126" Type="http://schemas.openxmlformats.org/officeDocument/2006/relationships/hyperlink" Target="https://infourok.ru/konspekt-uroka-i-prezentaciya-po-okruzhayushemu-miru-na-temu-sankt-peterburg-2-klass-4915888.html" TargetMode="External"/><Relationship Id="rId8" Type="http://schemas.openxmlformats.org/officeDocument/2006/relationships/hyperlink" Target="https://resh.edu.ru/" TargetMode="External"/><Relationship Id="rId51" Type="http://schemas.openxmlformats.org/officeDocument/2006/relationships/hyperlink" Target="https://resh.edu.ru/subject/lesson/5532/start/156826/" TargetMode="External"/><Relationship Id="rId72" Type="http://schemas.openxmlformats.org/officeDocument/2006/relationships/hyperlink" Target="https://resh.edu.ru/subject/lesson/3499/start/157198/" TargetMode="External"/><Relationship Id="rId93" Type="http://schemas.openxmlformats.org/officeDocument/2006/relationships/hyperlink" Target="https://ok.ru/video/332743771489" TargetMode="External"/><Relationship Id="rId98" Type="http://schemas.openxmlformats.org/officeDocument/2006/relationships/hyperlink" Target="https://theslide.ru/uncategorized/zapovedniki-na-kartepravila-povedeniya-v-zapovednikahvyhodzapovedniki" TargetMode="External"/><Relationship Id="rId121" Type="http://schemas.openxmlformats.org/officeDocument/2006/relationships/hyperlink" Target="https://infourok.ru/prezentaciya-po-okruzhayuschemu-miru-na-temu-moskva-stolica-nashey-rodini-klass-474666.html" TargetMode="External"/><Relationship Id="rId3" Type="http://schemas.openxmlformats.org/officeDocument/2006/relationships/styles" Target="styles.xml"/><Relationship Id="rId25" Type="http://schemas.openxmlformats.org/officeDocument/2006/relationships/hyperlink" Target="https://resh.edu.ru/subject/lesson/5531/start/155077/" TargetMode="External"/><Relationship Id="rId46" Type="http://schemas.openxmlformats.org/officeDocument/2006/relationships/hyperlink" Target="https://infourok.ru/konspekt-uroka-s-prezentaciey-dikie-i-domashnie-zhivotnie-okruzhayuschiy-mir-klass-822260.html" TargetMode="External"/><Relationship Id="rId67" Type="http://schemas.openxmlformats.org/officeDocument/2006/relationships/hyperlink" Target="https://infourok.ru/prezentaciya-godovoj-hod-izmenenij-v-zhizni-rastenij-6445875.html" TargetMode="External"/><Relationship Id="rId116" Type="http://schemas.openxmlformats.org/officeDocument/2006/relationships/hyperlink" Target="https://easyen.ru/load/okruzhajushhij_mir/2_klass/prezentacija_k_uroku_36_po_teme_esli_khochesh_byt_zdorov/237-1-0-65635" TargetMode="External"/><Relationship Id="rId137" Type="http://schemas.openxmlformats.org/officeDocument/2006/relationships/hyperlink" Target="http://1-4.prosv.ru/" TargetMode="External"/><Relationship Id="rId20" Type="http://schemas.openxmlformats.org/officeDocument/2006/relationships/hyperlink" Target="https://infourok.ru/priroda-i-predmety-sozdannye-chelovekom-prirodnye-materialy-berezhnoe-otnoshenie-k-predmetam-vesham-uhod-za-nimi-6387508.html" TargetMode="External"/><Relationship Id="rId41" Type="http://schemas.openxmlformats.org/officeDocument/2006/relationships/hyperlink" Target="https://iu.ru/video-lessons/bb301165-36be-4f7e-9dfd-af44a99792d4" TargetMode="External"/><Relationship Id="rId62" Type="http://schemas.openxmlformats.org/officeDocument/2006/relationships/hyperlink" Target="https://infourok.ru/prezentaciya-po-okruzhayuschemu-miru-travi-klass-3045577.html" TargetMode="External"/><Relationship Id="rId83" Type="http://schemas.openxmlformats.org/officeDocument/2006/relationships/hyperlink" Target="https://m.edsoo.ru/7f4116e4" TargetMode="External"/><Relationship Id="rId88" Type="http://schemas.openxmlformats.org/officeDocument/2006/relationships/hyperlink" Target="https://m.edsoo.ru/7f4116e4" TargetMode="External"/><Relationship Id="rId111" Type="http://schemas.openxmlformats.org/officeDocument/2006/relationships/hyperlink" Target="https://yandex.ru/search/?text=2+%D0%BA%D0%BB%D0%B0%D1%81%D1%81+%D0%9E%D0%BA%D1%80%D1%83%D0%B6%D0%B0%D1%8E%D1%89%D0%B8%D0%B9+%D0%BC%D0%B8%D1%80+%09+%D0%97%D0%B4%D0%BE%D1%80%D0%BE%D0%B2%D1%8B%D0%B9+%D0%BE%D0%B1%D1%80%D0%B0%D0%B7+%D0%B6%D0%B8%D0%B7%D0%BD%D0%B8.+%D0%A0%D0%B5%D0%B6%D0%B8%D0%BC+%D0%B4%D0%BD%D1%8F%3A+%D1%87%D0%B5%D1%80%D0%B5%D0%B4%D0%BE%D0%B2%D0%B0%D0%BD%D0%B8%D0%B5+%D1%81%D0%BD%D0%B0%2C+%D1%83%D1%87%D0%B5%D0%B1%D0%BD%D1%8B%D1%85+%D0%B7%D0%B0%D0%BD%D1%8F%D1%82%D0%B8%D0%B9%2C+%D0%B4%D0%B2%D0%B8%D0%B3%D0%B0%D1%82%D0%B5%D0%BB%D1%8C%D0%BD%D0%BE%D0%B9+%D0%B0%D0%BA%D1%82%D0%B8%D0%B2%D0%BD%D0%BE%D1%81%D1%82%D0%B8&amp;lr=101189" TargetMode="External"/><Relationship Id="rId132" Type="http://schemas.openxmlformats.org/officeDocument/2006/relationships/hyperlink" Target="https://resh.edu.ru/subject/lesson/3783/start/296201/" TargetMode="External"/><Relationship Id="rId15" Type="http://schemas.openxmlformats.org/officeDocument/2006/relationships/hyperlink" Target="https://resh.edu.ru/" TargetMode="External"/><Relationship Id="rId36" Type="http://schemas.openxmlformats.org/officeDocument/2006/relationships/hyperlink" Target="https://resh.edu.ru/subject/lesson/5533/start/156764/" TargetMode="External"/><Relationship Id="rId57" Type="http://schemas.openxmlformats.org/officeDocument/2006/relationships/hyperlink" Target="https://resh.edu.ru/subject/lesson/5527/start/156949/" TargetMode="External"/><Relationship Id="rId106" Type="http://schemas.openxmlformats.org/officeDocument/2006/relationships/hyperlink" Target="https://easyen.ru/load/okruzhajushhij_mir/2_klass/zemlja_kak_planeta/237-1-0-22056" TargetMode="External"/><Relationship Id="rId127" Type="http://schemas.openxmlformats.org/officeDocument/2006/relationships/hyperlink" Target="https://infourok.ru/konspekt-uroka-i-prezentaciya-po-okruzhayushemu-miru-na-temu-sankt-peterburg-2-klass-4915888.html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infourok.ru/prezentaciya-godovoj-hod-izmenenij-v-zhizni-rastenij-6445875.html" TargetMode="External"/><Relationship Id="rId52" Type="http://schemas.openxmlformats.org/officeDocument/2006/relationships/hyperlink" Target="https://resh.edu.ru/subject/lesson/5536/start/156857/" TargetMode="External"/><Relationship Id="rId73" Type="http://schemas.openxmlformats.org/officeDocument/2006/relationships/hyperlink" Target="https://infourok.ru/pravila-bezopasnogo-povedeniya-passazhira-nazemnogo-transporta-6541212.html" TargetMode="External"/><Relationship Id="rId78" Type="http://schemas.openxmlformats.org/officeDocument/2006/relationships/hyperlink" Target="https://infourok.ru/konspekt-uroka-domashnie-opasnosti-klass-3478216.html" TargetMode="External"/><Relationship Id="rId94" Type="http://schemas.openxmlformats.org/officeDocument/2006/relationships/hyperlink" Target="https://m.edsoo.ru/7f4116e4" TargetMode="External"/><Relationship Id="rId99" Type="http://schemas.openxmlformats.org/officeDocument/2006/relationships/hyperlink" Target="https://theslide.ru/uncategorized/zapovedniki-na-kartepravila-povedeniya-v-zapovednikahvyhodzapovedniki" TargetMode="External"/><Relationship Id="rId101" Type="http://schemas.openxmlformats.org/officeDocument/2006/relationships/hyperlink" Target="https://easyen.ru/load/okruzhajushhij_mir/2_klass/prezentacija_k_uroku_52_po_temeorientirovanie_na_mestnosti/237-1-0-66454" TargetMode="External"/><Relationship Id="rId122" Type="http://schemas.openxmlformats.org/officeDocument/2006/relationships/hyperlink" Target="https://infourok.ru/prezentaciya-po-okruzhayuschemu-miru-na-temu-moskva-stolica-nashey-rodini-klass-47466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" TargetMode="External"/><Relationship Id="rId26" Type="http://schemas.openxmlformats.org/officeDocument/2006/relationships/hyperlink" Target="https://resh.edu.ru/subject/lesson/5531/start/155077/" TargetMode="External"/><Relationship Id="rId47" Type="http://schemas.openxmlformats.org/officeDocument/2006/relationships/hyperlink" Target="https://infourok.ru/prezentaciya-po-okruzhayushemu-miru-na-temu-komnatnye-rasteniya-pravila-soderzhaniya-i-uhoda-1-klass-6253680.html" TargetMode="External"/><Relationship Id="rId68" Type="http://schemas.openxmlformats.org/officeDocument/2006/relationships/hyperlink" Target="https://resh.edu.ru/subject/lesson/5962/start/295952/" TargetMode="External"/><Relationship Id="rId89" Type="http://schemas.openxmlformats.org/officeDocument/2006/relationships/hyperlink" Target="https://resh.edu.ru/subject/lesson/5564/start/157330/" TargetMode="External"/><Relationship Id="rId112" Type="http://schemas.openxmlformats.org/officeDocument/2006/relationships/hyperlink" Target="https://compedu.ru/publication/urok-po-okruzhaiushchemu-miru-dlia-2-klassa-rezhim-dnia.html" TargetMode="External"/><Relationship Id="rId133" Type="http://schemas.openxmlformats.org/officeDocument/2006/relationships/hyperlink" Target="https://infourok.ru/itogovaya-kontrolnaya-rabota-po-okruzhayuschemu-miru-za-klass-a-pleshakov-umk-shkola-rossii-187683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7409A-D3E4-4B49-821A-F473C24F5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28</Pages>
  <Words>7728</Words>
  <Characters>44053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dcterms:created xsi:type="dcterms:W3CDTF">2026-09-06T18:42:00Z</dcterms:created>
  <dcterms:modified xsi:type="dcterms:W3CDTF">2026-09-08T14:48:00Z</dcterms:modified>
</cp:coreProperties>
</file>