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302500" cy="10058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0" w:right="360" w:bottom="0" w:left="360" w:header="720" w:footer="720" w:gutter="0"/>
      <w:cols w:space="720" w:num="1" w:equalWidth="0">
        <w:col w:w="1152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