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D9DDD3" w14:textId="77777777" w:rsidR="00EA09B8" w:rsidRPr="00F454E4" w:rsidRDefault="007959D7" w:rsidP="007177B7">
      <w:pPr>
        <w:spacing w:line="240" w:lineRule="auto"/>
        <w:ind w:firstLine="0"/>
        <w:jc w:val="right"/>
        <w:rPr>
          <w:lang w:val="ru-RU"/>
        </w:rPr>
      </w:pPr>
      <w:r w:rsidRPr="00F454E4">
        <w:rPr>
          <w:lang w:val="ru-RU"/>
        </w:rPr>
        <w:t>Приложение 1</w:t>
      </w:r>
    </w:p>
    <w:p w14:paraId="542AAE80" w14:textId="77777777" w:rsidR="00EA09B8" w:rsidRDefault="00EA09B8" w:rsidP="007177B7">
      <w:pPr>
        <w:spacing w:line="240" w:lineRule="auto"/>
        <w:ind w:firstLine="0"/>
        <w:rPr>
          <w:lang w:val="ru-RU"/>
        </w:rPr>
      </w:pPr>
    </w:p>
    <w:p w14:paraId="5E94042A" w14:textId="77777777" w:rsidR="007A1209" w:rsidRPr="007177B7" w:rsidRDefault="007A1209" w:rsidP="007177B7">
      <w:pPr>
        <w:spacing w:line="240" w:lineRule="auto"/>
        <w:ind w:firstLine="0"/>
        <w:rPr>
          <w:lang w:val="ru-RU"/>
        </w:rPr>
      </w:pPr>
    </w:p>
    <w:p w14:paraId="04754A1B" w14:textId="77777777" w:rsidR="00EA09B8" w:rsidRPr="007177B7" w:rsidRDefault="007959D7" w:rsidP="007177B7">
      <w:pPr>
        <w:spacing w:line="240" w:lineRule="auto"/>
        <w:ind w:firstLine="0"/>
        <w:jc w:val="center"/>
        <w:rPr>
          <w:lang w:val="ru-RU"/>
        </w:rPr>
      </w:pPr>
      <w:r w:rsidRPr="007177B7">
        <w:rPr>
          <w:b/>
          <w:lang w:val="ru-RU"/>
        </w:rPr>
        <w:t>ЗАЯВКА</w:t>
      </w:r>
    </w:p>
    <w:p w14:paraId="22A8ACFA" w14:textId="77777777" w:rsidR="00EA09B8" w:rsidRPr="007177B7" w:rsidRDefault="007959D7" w:rsidP="007177B7">
      <w:pPr>
        <w:spacing w:line="240" w:lineRule="auto"/>
        <w:ind w:firstLine="0"/>
        <w:jc w:val="center"/>
        <w:rPr>
          <w:lang w:val="ru-RU"/>
        </w:rPr>
      </w:pPr>
      <w:r w:rsidRPr="007177B7">
        <w:rPr>
          <w:b/>
          <w:lang w:val="ru-RU"/>
        </w:rPr>
        <w:t>НА УЧАСТИЕ В КОНКУРСЕ-ВЫСТАВКЕ РИСУНКОВ</w:t>
      </w:r>
    </w:p>
    <w:p w14:paraId="3C00AB04" w14:textId="77777777" w:rsidR="00EA09B8" w:rsidRDefault="007959D7" w:rsidP="007177B7">
      <w:pPr>
        <w:spacing w:line="240" w:lineRule="auto"/>
        <w:ind w:firstLine="0"/>
        <w:jc w:val="center"/>
        <w:rPr>
          <w:b/>
          <w:lang w:val="ru-RU"/>
        </w:rPr>
      </w:pPr>
      <w:r w:rsidRPr="007177B7">
        <w:rPr>
          <w:b/>
          <w:lang w:val="ru-RU"/>
        </w:rPr>
        <w:t>«С ОГНЁМ ШУТИТЬ ОПАСНО!»</w:t>
      </w:r>
    </w:p>
    <w:p w14:paraId="598D1A58" w14:textId="77777777" w:rsidR="007177B7" w:rsidRPr="007177B7" w:rsidRDefault="007177B7" w:rsidP="007177B7">
      <w:pPr>
        <w:spacing w:line="240" w:lineRule="auto"/>
        <w:ind w:firstLine="0"/>
        <w:jc w:val="center"/>
        <w:rPr>
          <w:lang w:val="ru-RU"/>
        </w:rPr>
      </w:pPr>
    </w:p>
    <w:p w14:paraId="1F2549A9" w14:textId="302985C8" w:rsidR="00EA09B8" w:rsidRDefault="007959D7" w:rsidP="007177B7">
      <w:pPr>
        <w:spacing w:line="240" w:lineRule="auto"/>
        <w:ind w:firstLine="0"/>
        <w:rPr>
          <w:lang w:val="ru-RU"/>
        </w:rPr>
      </w:pPr>
      <w:r w:rsidRPr="007177B7">
        <w:rPr>
          <w:lang w:val="ru-RU"/>
        </w:rPr>
        <w:t>Фамилия, имя, отчество (полностью</w:t>
      </w:r>
      <w:r w:rsidR="00F454E4" w:rsidRPr="007177B7">
        <w:rPr>
          <w:lang w:val="ru-RU"/>
        </w:rPr>
        <w:t>): _</w:t>
      </w:r>
      <w:r w:rsidRPr="007177B7">
        <w:rPr>
          <w:lang w:val="ru-RU"/>
        </w:rPr>
        <w:t>________________</w:t>
      </w:r>
      <w:r w:rsidR="007177B7">
        <w:rPr>
          <w:lang w:val="ru-RU"/>
        </w:rPr>
        <w:t>_______________________</w:t>
      </w:r>
    </w:p>
    <w:p w14:paraId="748797DB" w14:textId="63A3417B" w:rsidR="00EA09B8" w:rsidRPr="007177B7" w:rsidRDefault="00F454E4" w:rsidP="007177B7">
      <w:pPr>
        <w:spacing w:line="240" w:lineRule="auto"/>
        <w:ind w:firstLine="0"/>
        <w:rPr>
          <w:lang w:val="ru-RU"/>
        </w:rPr>
      </w:pPr>
      <w:r w:rsidRPr="007177B7">
        <w:rPr>
          <w:lang w:val="ru-RU"/>
        </w:rPr>
        <w:t>Возраст</w:t>
      </w:r>
      <w:r w:rsidRPr="00463434">
        <w:rPr>
          <w:lang w:val="ru-RU"/>
        </w:rPr>
        <w:t>:</w:t>
      </w:r>
      <w:r w:rsidRPr="007177B7">
        <w:rPr>
          <w:lang w:val="ru-RU"/>
        </w:rPr>
        <w:t xml:space="preserve"> _</w:t>
      </w:r>
      <w:r w:rsidR="007959D7" w:rsidRPr="007177B7">
        <w:rPr>
          <w:lang w:val="ru-RU"/>
        </w:rPr>
        <w:t>________________________________________________________________</w:t>
      </w:r>
    </w:p>
    <w:p w14:paraId="0AA16CA9" w14:textId="15BD54EC" w:rsidR="00EA09B8" w:rsidRPr="007177B7" w:rsidRDefault="007959D7" w:rsidP="007177B7">
      <w:pPr>
        <w:spacing w:line="240" w:lineRule="auto"/>
        <w:ind w:firstLine="0"/>
        <w:rPr>
          <w:lang w:val="ru-RU"/>
        </w:rPr>
      </w:pPr>
      <w:proofErr w:type="gramStart"/>
      <w:r w:rsidRPr="007177B7">
        <w:rPr>
          <w:lang w:val="ru-RU"/>
        </w:rPr>
        <w:t>Номинация</w:t>
      </w:r>
      <w:r w:rsidR="00F454E4" w:rsidRPr="00463434">
        <w:rPr>
          <w:lang w:val="ru-RU"/>
        </w:rPr>
        <w:t>:</w:t>
      </w:r>
      <w:r w:rsidRPr="007177B7">
        <w:rPr>
          <w:lang w:val="ru-RU"/>
        </w:rPr>
        <w:t>_</w:t>
      </w:r>
      <w:proofErr w:type="gramEnd"/>
      <w:r w:rsidRPr="007177B7">
        <w:rPr>
          <w:lang w:val="ru-RU"/>
        </w:rPr>
        <w:t>_____________________________________________________________</w:t>
      </w:r>
    </w:p>
    <w:p w14:paraId="35901FDE" w14:textId="163B600A" w:rsidR="00EA09B8" w:rsidRPr="007177B7" w:rsidRDefault="007959D7" w:rsidP="007177B7">
      <w:pPr>
        <w:spacing w:line="240" w:lineRule="auto"/>
        <w:ind w:firstLine="0"/>
        <w:rPr>
          <w:lang w:val="ru-RU"/>
        </w:rPr>
      </w:pPr>
      <w:r w:rsidRPr="007177B7">
        <w:rPr>
          <w:lang w:val="ru-RU"/>
        </w:rPr>
        <w:t xml:space="preserve">Название </w:t>
      </w:r>
      <w:proofErr w:type="gramStart"/>
      <w:r w:rsidRPr="007177B7">
        <w:rPr>
          <w:lang w:val="ru-RU"/>
        </w:rPr>
        <w:t>работы:_</w:t>
      </w:r>
      <w:proofErr w:type="gramEnd"/>
      <w:r w:rsidRPr="007177B7">
        <w:rPr>
          <w:lang w:val="ru-RU"/>
        </w:rPr>
        <w:t>_________________________________________________________</w:t>
      </w:r>
    </w:p>
    <w:p w14:paraId="672C636E" w14:textId="6DDA9ADE" w:rsidR="00EA09B8" w:rsidRPr="007177B7" w:rsidRDefault="007959D7" w:rsidP="007177B7">
      <w:pPr>
        <w:spacing w:line="240" w:lineRule="auto"/>
        <w:ind w:firstLine="0"/>
        <w:rPr>
          <w:lang w:val="ru-RU"/>
        </w:rPr>
      </w:pPr>
      <w:r w:rsidRPr="007177B7">
        <w:rPr>
          <w:lang w:val="ru-RU"/>
        </w:rPr>
        <w:t>Полное название учреждения (при наличии</w:t>
      </w:r>
      <w:proofErr w:type="gramStart"/>
      <w:r w:rsidRPr="007177B7">
        <w:rPr>
          <w:lang w:val="ru-RU"/>
        </w:rPr>
        <w:t>):_</w:t>
      </w:r>
      <w:proofErr w:type="gramEnd"/>
      <w:r w:rsidRPr="007177B7">
        <w:rPr>
          <w:lang w:val="ru-RU"/>
        </w:rPr>
        <w:t>_________________________________</w:t>
      </w:r>
    </w:p>
    <w:p w14:paraId="73A1634C" w14:textId="394DBDD3" w:rsidR="00EA09B8" w:rsidRPr="007177B7" w:rsidRDefault="007959D7" w:rsidP="007177B7">
      <w:pPr>
        <w:spacing w:line="240" w:lineRule="auto"/>
        <w:ind w:firstLine="0"/>
        <w:rPr>
          <w:lang w:val="ru-RU"/>
        </w:rPr>
      </w:pPr>
      <w:r w:rsidRPr="007177B7">
        <w:rPr>
          <w:lang w:val="ru-RU"/>
        </w:rPr>
        <w:t>Руководитель (при наличии</w:t>
      </w:r>
      <w:proofErr w:type="gramStart"/>
      <w:r w:rsidRPr="007177B7">
        <w:rPr>
          <w:lang w:val="ru-RU"/>
        </w:rPr>
        <w:t>):_</w:t>
      </w:r>
      <w:proofErr w:type="gramEnd"/>
      <w:r w:rsidRPr="007177B7">
        <w:rPr>
          <w:lang w:val="ru-RU"/>
        </w:rPr>
        <w:t>_______________</w:t>
      </w:r>
      <w:r w:rsidR="00463434" w:rsidRPr="00463434">
        <w:rPr>
          <w:lang w:val="ru-RU"/>
        </w:rPr>
        <w:t>_</w:t>
      </w:r>
      <w:r w:rsidRPr="007177B7">
        <w:rPr>
          <w:lang w:val="ru-RU"/>
        </w:rPr>
        <w:t>_______________________________</w:t>
      </w:r>
    </w:p>
    <w:p w14:paraId="5C5FC823" w14:textId="486EA898" w:rsidR="00EA09B8" w:rsidRPr="007177B7" w:rsidRDefault="007959D7" w:rsidP="007177B7">
      <w:pPr>
        <w:spacing w:line="240" w:lineRule="auto"/>
        <w:ind w:firstLine="0"/>
        <w:rPr>
          <w:lang w:val="ru-RU"/>
        </w:rPr>
      </w:pPr>
      <w:r w:rsidRPr="007177B7">
        <w:rPr>
          <w:lang w:val="ru-RU"/>
        </w:rPr>
        <w:t xml:space="preserve">Контактный </w:t>
      </w:r>
      <w:proofErr w:type="gramStart"/>
      <w:r>
        <w:t>e</w:t>
      </w:r>
      <w:r w:rsidRPr="007177B7">
        <w:rPr>
          <w:lang w:val="ru-RU"/>
        </w:rPr>
        <w:t>-</w:t>
      </w:r>
      <w:r>
        <w:t>mail</w:t>
      </w:r>
      <w:r w:rsidRPr="007177B7">
        <w:rPr>
          <w:lang w:val="ru-RU"/>
        </w:rPr>
        <w:t>:_</w:t>
      </w:r>
      <w:proofErr w:type="gramEnd"/>
      <w:r w:rsidRPr="007177B7">
        <w:rPr>
          <w:lang w:val="ru-RU"/>
        </w:rPr>
        <w:t>______________</w:t>
      </w:r>
      <w:r w:rsidR="00463434" w:rsidRPr="00463434">
        <w:rPr>
          <w:lang w:val="ru-RU"/>
        </w:rPr>
        <w:t>____</w:t>
      </w:r>
      <w:r w:rsidR="00463434" w:rsidRPr="007177B7">
        <w:rPr>
          <w:lang w:val="ru-RU"/>
        </w:rPr>
        <w:t xml:space="preserve"> </w:t>
      </w:r>
      <w:r w:rsidRPr="007177B7">
        <w:rPr>
          <w:lang w:val="ru-RU"/>
        </w:rPr>
        <w:t>_____________________________________</w:t>
      </w:r>
    </w:p>
    <w:p w14:paraId="1AB2C4A0" w14:textId="6CA023DC" w:rsidR="00EA09B8" w:rsidRPr="007177B7" w:rsidRDefault="007959D7" w:rsidP="007177B7">
      <w:pPr>
        <w:spacing w:line="240" w:lineRule="auto"/>
        <w:ind w:firstLine="0"/>
        <w:rPr>
          <w:lang w:val="ru-RU"/>
        </w:rPr>
      </w:pPr>
      <w:r w:rsidRPr="007177B7">
        <w:rPr>
          <w:lang w:val="ru-RU"/>
        </w:rPr>
        <w:t xml:space="preserve">Контактный </w:t>
      </w:r>
      <w:proofErr w:type="gramStart"/>
      <w:r w:rsidRPr="007177B7">
        <w:rPr>
          <w:lang w:val="ru-RU"/>
        </w:rPr>
        <w:t>телефон:_</w:t>
      </w:r>
      <w:proofErr w:type="gramEnd"/>
      <w:r w:rsidRPr="007177B7">
        <w:rPr>
          <w:lang w:val="ru-RU"/>
        </w:rPr>
        <w:t>_____________________________________________________</w:t>
      </w:r>
    </w:p>
    <w:p w14:paraId="572DEBDD" w14:textId="77777777" w:rsidR="00EA09B8" w:rsidRPr="007177B7" w:rsidRDefault="00EA09B8" w:rsidP="007177B7">
      <w:pPr>
        <w:spacing w:line="240" w:lineRule="auto"/>
        <w:ind w:firstLine="0"/>
        <w:rPr>
          <w:lang w:val="ru-RU"/>
        </w:rPr>
      </w:pPr>
    </w:p>
    <w:p w14:paraId="17BE70E7" w14:textId="77777777" w:rsidR="00EA09B8" w:rsidRPr="007177B7" w:rsidRDefault="007959D7" w:rsidP="00A93091">
      <w:pPr>
        <w:spacing w:line="240" w:lineRule="auto"/>
        <w:jc w:val="both"/>
        <w:rPr>
          <w:lang w:val="ru-RU"/>
        </w:rPr>
      </w:pPr>
      <w:r w:rsidRPr="007177B7">
        <w:rPr>
          <w:lang w:val="ru-RU"/>
        </w:rPr>
        <w:t>Я даю своё согласие на обработку организаторами Конкурса персональных данных, представленных мною в данной заявке, а также на использование моей работы на сайте и в социальных сетях Организатора Конкурса.</w:t>
      </w:r>
    </w:p>
    <w:p w14:paraId="7FFE0BCE" w14:textId="77777777" w:rsidR="00EA09B8" w:rsidRPr="007177B7" w:rsidRDefault="00EA09B8">
      <w:pPr>
        <w:ind w:firstLine="0"/>
        <w:rPr>
          <w:lang w:val="ru-RU"/>
        </w:rPr>
      </w:pPr>
    </w:p>
    <w:p w14:paraId="5017DF63" w14:textId="77777777" w:rsidR="00EA09B8" w:rsidRDefault="007959D7">
      <w:pPr>
        <w:ind w:firstLine="0"/>
      </w:pPr>
      <w:r>
        <w:t>«____» ___________ 2026 г.        _______________ /_________________/</w:t>
      </w:r>
    </w:p>
    <w:p w14:paraId="3EE1B50D" w14:textId="77777777" w:rsidR="00EA09B8" w:rsidRDefault="007959D7">
      <w:pPr>
        <w:ind w:firstLine="0"/>
      </w:pPr>
      <w:r>
        <w:t xml:space="preserve">                                          Подпись          Расши</w:t>
      </w:r>
      <w:bookmarkStart w:id="0" w:name="_GoBack"/>
      <w:bookmarkEnd w:id="0"/>
      <w:r>
        <w:t>фровка подписи</w:t>
      </w:r>
    </w:p>
    <w:sectPr w:rsidR="00EA09B8" w:rsidSect="00A93091">
      <w:footerReference w:type="default" r:id="rId8"/>
      <w:pgSz w:w="12240" w:h="15840"/>
      <w:pgMar w:top="1134" w:right="851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5B867" w14:textId="77777777" w:rsidR="00275E62" w:rsidRDefault="00275E62">
      <w:pPr>
        <w:spacing w:line="240" w:lineRule="auto"/>
      </w:pPr>
      <w:r>
        <w:separator/>
      </w:r>
    </w:p>
  </w:endnote>
  <w:endnote w:type="continuationSeparator" w:id="0">
    <w:p w14:paraId="5C785BB4" w14:textId="77777777" w:rsidR="00275E62" w:rsidRDefault="00275E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5352201"/>
      <w:docPartObj>
        <w:docPartGallery w:val="Page Numbers (Bottom of Page)"/>
        <w:docPartUnique/>
      </w:docPartObj>
    </w:sdtPr>
    <w:sdtEndPr/>
    <w:sdtContent>
      <w:p w14:paraId="4AA6DD59" w14:textId="0A58E256" w:rsidR="00A93091" w:rsidRDefault="00A9309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1209" w:rsidRPr="007A1209">
          <w:rPr>
            <w:noProof/>
            <w:lang w:val="ru-RU"/>
          </w:rPr>
          <w:t>1</w:t>
        </w:r>
        <w:r>
          <w:fldChar w:fldCharType="end"/>
        </w:r>
      </w:p>
    </w:sdtContent>
  </w:sdt>
  <w:p w14:paraId="33534670" w14:textId="4C6B479B" w:rsidR="00EA09B8" w:rsidRDefault="00EA09B8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63EE98" w14:textId="77777777" w:rsidR="00275E62" w:rsidRDefault="00275E62">
      <w:pPr>
        <w:spacing w:line="240" w:lineRule="auto"/>
      </w:pPr>
      <w:r>
        <w:separator/>
      </w:r>
    </w:p>
  </w:footnote>
  <w:footnote w:type="continuationSeparator" w:id="0">
    <w:p w14:paraId="1683099C" w14:textId="77777777" w:rsidR="00275E62" w:rsidRDefault="00275E6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90F9A"/>
    <w:rsid w:val="00275B4A"/>
    <w:rsid w:val="00275E62"/>
    <w:rsid w:val="0029639D"/>
    <w:rsid w:val="002A41D7"/>
    <w:rsid w:val="00326F90"/>
    <w:rsid w:val="00463434"/>
    <w:rsid w:val="005E5B11"/>
    <w:rsid w:val="00661C8D"/>
    <w:rsid w:val="007177B7"/>
    <w:rsid w:val="007959D7"/>
    <w:rsid w:val="007A1209"/>
    <w:rsid w:val="008D4793"/>
    <w:rsid w:val="00923767"/>
    <w:rsid w:val="00A93091"/>
    <w:rsid w:val="00AA1D8D"/>
    <w:rsid w:val="00B47730"/>
    <w:rsid w:val="00B66B84"/>
    <w:rsid w:val="00C4136A"/>
    <w:rsid w:val="00CB0664"/>
    <w:rsid w:val="00EA09B8"/>
    <w:rsid w:val="00EB66ED"/>
    <w:rsid w:val="00F454E4"/>
    <w:rsid w:val="00F673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D14393"/>
  <w14:defaultImageDpi w14:val="300"/>
  <w15:docId w15:val="{B22ACAC7-AA91-5042-8170-E5D5883EC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  <w:ind w:firstLine="709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CF8C3EC-00EB-4902-954D-7DD47B97D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Учетная запись Майкрософт</cp:lastModifiedBy>
  <cp:revision>3</cp:revision>
  <dcterms:created xsi:type="dcterms:W3CDTF">2026-09-08T04:59:00Z</dcterms:created>
  <dcterms:modified xsi:type="dcterms:W3CDTF">2026-09-15T05:06:00Z</dcterms:modified>
  <cp:category/>
</cp:coreProperties>
</file>