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D66" w:rsidRDefault="00C54F91">
      <w:pPr>
        <w:spacing w:after="80"/>
        <w:jc w:val="center"/>
        <w:rPr>
          <w:rFonts w:ascii="Times New Roman" w:hAnsi="Times New Roman"/>
          <w:b/>
          <w:sz w:val="26"/>
          <w:lang w:val="ru-RU"/>
        </w:rPr>
      </w:pPr>
      <w:r w:rsidRPr="00C54F91">
        <w:rPr>
          <w:rFonts w:ascii="Times New Roman" w:hAnsi="Times New Roman"/>
          <w:b/>
          <w:sz w:val="26"/>
          <w:lang w:val="ru-RU"/>
        </w:rPr>
        <w:t>ГРАФИК</w:t>
      </w:r>
      <w:r>
        <w:rPr>
          <w:rFonts w:ascii="Times New Roman" w:hAnsi="Times New Roman"/>
          <w:b/>
          <w:sz w:val="26"/>
          <w:lang w:val="ru-RU"/>
        </w:rPr>
        <w:t xml:space="preserve"> И МЕСТА </w:t>
      </w:r>
      <w:r w:rsidR="00C032F8" w:rsidRPr="00C54F91">
        <w:rPr>
          <w:rFonts w:ascii="Times New Roman" w:hAnsi="Times New Roman"/>
          <w:b/>
          <w:sz w:val="26"/>
          <w:lang w:val="ru-RU"/>
        </w:rPr>
        <w:t>ПРОВЕДЕНИЯ МУНИЦИПАЛЬНОГО ЭТАПА</w:t>
      </w:r>
      <w:r w:rsidR="00C032F8" w:rsidRPr="00C54F91">
        <w:rPr>
          <w:rFonts w:ascii="Times New Roman" w:hAnsi="Times New Roman"/>
          <w:b/>
          <w:sz w:val="26"/>
          <w:lang w:val="ru-RU"/>
        </w:rPr>
        <w:br/>
        <w:t>ВСЕРОССИЙСКОЙ ОЛИМПИАДЫ ШКОЛЬНИКОВ В 2026/2027 УЧЕБНОМ ГОДУ</w:t>
      </w:r>
    </w:p>
    <w:p w:rsidR="00C54F91" w:rsidRPr="00C54F91" w:rsidRDefault="00C54F91">
      <w:pPr>
        <w:spacing w:after="80"/>
        <w:jc w:val="center"/>
        <w:rPr>
          <w:lang w:val="ru-RU"/>
        </w:rPr>
      </w:pPr>
      <w:r>
        <w:rPr>
          <w:rFonts w:ascii="Times New Roman" w:hAnsi="Times New Roman"/>
          <w:b/>
          <w:sz w:val="26"/>
          <w:lang w:val="ru-RU"/>
        </w:rPr>
        <w:t>МО КРЫМСКИЙ РАЙОН</w:t>
      </w:r>
    </w:p>
    <w:tbl>
      <w:tblPr>
        <w:tblStyle w:val="aff0"/>
        <w:tblW w:w="0" w:type="auto"/>
        <w:jc w:val="center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  <w:gridCol w:w="2551"/>
        <w:gridCol w:w="2551"/>
      </w:tblGrid>
      <w:tr w:rsidR="00050D66">
        <w:trPr>
          <w:trHeight w:val="397"/>
          <w:jc w:val="center"/>
        </w:trPr>
        <w:tc>
          <w:tcPr>
            <w:tcW w:w="2551" w:type="dxa"/>
            <w:shd w:val="clear" w:color="auto" w:fill="2B579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050D66" w:rsidRDefault="00C032F8">
            <w:pPr>
              <w:spacing w:line="180" w:lineRule="exact"/>
              <w:jc w:val="center"/>
            </w:pPr>
            <w:r>
              <w:rPr>
                <w:rFonts w:ascii="Times New Roman" w:hAnsi="Times New Roman"/>
                <w:b/>
                <w:color w:val="FFFFFF"/>
                <w:sz w:val="16"/>
              </w:rPr>
              <w:t>ПОНЕДЕЛЬНИК</w:t>
            </w:r>
          </w:p>
        </w:tc>
        <w:tc>
          <w:tcPr>
            <w:tcW w:w="2551" w:type="dxa"/>
            <w:shd w:val="clear" w:color="auto" w:fill="2B579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050D66" w:rsidRDefault="00C032F8">
            <w:pPr>
              <w:spacing w:line="180" w:lineRule="exact"/>
              <w:jc w:val="center"/>
            </w:pPr>
            <w:r>
              <w:rPr>
                <w:rFonts w:ascii="Times New Roman" w:hAnsi="Times New Roman"/>
                <w:b/>
                <w:color w:val="FFFFFF"/>
                <w:sz w:val="16"/>
              </w:rPr>
              <w:t>ВТОРНИК</w:t>
            </w:r>
          </w:p>
        </w:tc>
        <w:tc>
          <w:tcPr>
            <w:tcW w:w="2551" w:type="dxa"/>
            <w:shd w:val="clear" w:color="auto" w:fill="2B579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050D66" w:rsidRDefault="00C032F8">
            <w:pPr>
              <w:spacing w:line="180" w:lineRule="exact"/>
              <w:jc w:val="center"/>
            </w:pPr>
            <w:r>
              <w:rPr>
                <w:rFonts w:ascii="Times New Roman" w:hAnsi="Times New Roman"/>
                <w:b/>
                <w:color w:val="FFFFFF"/>
                <w:sz w:val="16"/>
              </w:rPr>
              <w:t>СРЕДА</w:t>
            </w:r>
          </w:p>
        </w:tc>
        <w:tc>
          <w:tcPr>
            <w:tcW w:w="2551" w:type="dxa"/>
            <w:shd w:val="clear" w:color="auto" w:fill="2B579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050D66" w:rsidRDefault="00C032F8">
            <w:pPr>
              <w:spacing w:line="180" w:lineRule="exact"/>
              <w:jc w:val="center"/>
            </w:pPr>
            <w:r>
              <w:rPr>
                <w:rFonts w:ascii="Times New Roman" w:hAnsi="Times New Roman"/>
                <w:b/>
                <w:color w:val="FFFFFF"/>
                <w:sz w:val="16"/>
              </w:rPr>
              <w:t>ЧЕТВЕРГ</w:t>
            </w:r>
          </w:p>
        </w:tc>
        <w:tc>
          <w:tcPr>
            <w:tcW w:w="2551" w:type="dxa"/>
            <w:shd w:val="clear" w:color="auto" w:fill="2B579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050D66" w:rsidRDefault="00C032F8">
            <w:pPr>
              <w:spacing w:line="180" w:lineRule="exact"/>
              <w:jc w:val="center"/>
            </w:pPr>
            <w:r>
              <w:rPr>
                <w:rFonts w:ascii="Times New Roman" w:hAnsi="Times New Roman"/>
                <w:b/>
                <w:color w:val="FFFFFF"/>
                <w:sz w:val="16"/>
              </w:rPr>
              <w:t>ПЯТНИЦА</w:t>
            </w:r>
          </w:p>
        </w:tc>
        <w:tc>
          <w:tcPr>
            <w:tcW w:w="2551" w:type="dxa"/>
            <w:shd w:val="clear" w:color="auto" w:fill="2B579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050D66" w:rsidRDefault="00C032F8">
            <w:pPr>
              <w:spacing w:line="180" w:lineRule="exact"/>
              <w:jc w:val="center"/>
            </w:pPr>
            <w:r>
              <w:rPr>
                <w:rFonts w:ascii="Times New Roman" w:hAnsi="Times New Roman"/>
                <w:b/>
                <w:color w:val="FFFFFF"/>
                <w:sz w:val="16"/>
              </w:rPr>
              <w:t>СУББОТА</w:t>
            </w:r>
          </w:p>
        </w:tc>
      </w:tr>
      <w:tr w:rsidR="00050D66">
        <w:trPr>
          <w:trHeight w:val="227"/>
          <w:jc w:val="center"/>
        </w:trPr>
        <w:tc>
          <w:tcPr>
            <w:tcW w:w="15306" w:type="dxa"/>
            <w:gridSpan w:val="6"/>
            <w:shd w:val="clear" w:color="auto" w:fill="D6E0F0"/>
            <w:tcMar>
              <w:top w:w="15" w:type="dxa"/>
              <w:left w:w="40" w:type="dxa"/>
              <w:bottom w:w="15" w:type="dxa"/>
              <w:right w:w="40" w:type="dxa"/>
            </w:tcMar>
          </w:tcPr>
          <w:p w:rsidR="00050D66" w:rsidRDefault="00C032F8">
            <w:pPr>
              <w:spacing w:line="200" w:lineRule="exact"/>
              <w:jc w:val="center"/>
            </w:pPr>
            <w:r>
              <w:rPr>
                <w:rFonts w:ascii="Times New Roman" w:hAnsi="Times New Roman"/>
                <w:b/>
                <w:color w:val="1A3A6E"/>
                <w:sz w:val="18"/>
              </w:rPr>
              <w:t>НОЯБРЬ</w:t>
            </w:r>
          </w:p>
        </w:tc>
      </w:tr>
      <w:tr w:rsidR="00050D66" w:rsidTr="00C54F91">
        <w:trPr>
          <w:trHeight w:val="1161"/>
          <w:jc w:val="center"/>
        </w:trPr>
        <w:tc>
          <w:tcPr>
            <w:tcW w:w="2551" w:type="dxa"/>
            <w:shd w:val="clear" w:color="auto" w:fill="F5F5F5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050D66" w:rsidRPr="0039244F" w:rsidRDefault="00C032F8">
            <w:pPr>
              <w:jc w:val="center"/>
              <w:rPr>
                <w:sz w:val="20"/>
                <w:szCs w:val="20"/>
              </w:rPr>
            </w:pPr>
            <w:r w:rsidRPr="0039244F">
              <w:rPr>
                <w:rFonts w:ascii="Times New Roman" w:hAnsi="Times New Roman"/>
                <w:b/>
                <w:color w:val="999999"/>
                <w:sz w:val="20"/>
                <w:szCs w:val="20"/>
              </w:rPr>
              <w:t>2</w:t>
            </w:r>
          </w:p>
        </w:tc>
        <w:tc>
          <w:tcPr>
            <w:tcW w:w="2551" w:type="dxa"/>
            <w:shd w:val="clear" w:color="auto" w:fill="FFF9E6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050D66" w:rsidRDefault="00C032F8">
            <w:pPr>
              <w:spacing w:after="20" w:line="180" w:lineRule="exact"/>
              <w:jc w:val="center"/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</w:pPr>
            <w:r w:rsidRPr="0039244F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3</w:t>
            </w:r>
          </w:p>
          <w:p w:rsidR="0039244F" w:rsidRPr="0039244F" w:rsidRDefault="0039244F">
            <w:pPr>
              <w:spacing w:after="20" w:line="180" w:lineRule="exact"/>
              <w:jc w:val="center"/>
              <w:rPr>
                <w:sz w:val="20"/>
                <w:szCs w:val="20"/>
                <w:lang w:val="ru-RU"/>
              </w:rPr>
            </w:pPr>
          </w:p>
          <w:p w:rsidR="00050D66" w:rsidRPr="00460BA9" w:rsidRDefault="00C032F8" w:rsidP="00460BA9">
            <w:pPr>
              <w:spacing w:after="20"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460BA9">
              <w:rPr>
                <w:rFonts w:ascii="Times New Roman" w:hAnsi="Times New Roman"/>
                <w:b/>
                <w:color w:val="1A3A6E"/>
                <w:sz w:val="24"/>
                <w:szCs w:val="24"/>
              </w:rPr>
              <w:t>Итальянский</w:t>
            </w:r>
            <w:proofErr w:type="spellEnd"/>
            <w:r w:rsidRPr="00460BA9">
              <w:rPr>
                <w:rFonts w:ascii="Times New Roman" w:hAnsi="Times New Roman"/>
                <w:b/>
                <w:color w:val="1A3A6E"/>
                <w:sz w:val="24"/>
                <w:szCs w:val="24"/>
              </w:rPr>
              <w:t xml:space="preserve"> язык</w:t>
            </w:r>
          </w:p>
          <w:p w:rsidR="00050D66" w:rsidRPr="00C54F91" w:rsidRDefault="00C54F91">
            <w:pPr>
              <w:spacing w:line="140" w:lineRule="exact"/>
              <w:jc w:val="center"/>
              <w:rPr>
                <w:sz w:val="16"/>
                <w:szCs w:val="16"/>
              </w:rPr>
            </w:pPr>
            <w:r w:rsidRPr="00460BA9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МБОУ </w:t>
            </w:r>
            <w:r w:rsidRPr="00460BA9">
              <w:rPr>
                <w:rFonts w:ascii="Times New Roman" w:hAnsi="Times New Roman"/>
                <w:i/>
                <w:sz w:val="16"/>
                <w:szCs w:val="16"/>
              </w:rPr>
              <w:t xml:space="preserve">гимназия </w:t>
            </w:r>
            <w:r w:rsidR="00C032F8" w:rsidRPr="00460BA9">
              <w:rPr>
                <w:rFonts w:ascii="Times New Roman" w:hAnsi="Times New Roman"/>
                <w:i/>
                <w:sz w:val="16"/>
                <w:szCs w:val="16"/>
              </w:rPr>
              <w:t xml:space="preserve"> № 7</w:t>
            </w:r>
          </w:p>
        </w:tc>
        <w:tc>
          <w:tcPr>
            <w:tcW w:w="2551" w:type="dxa"/>
            <w:shd w:val="clear" w:color="auto" w:fill="F5F5F5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050D66" w:rsidRPr="0039244F" w:rsidRDefault="00C032F8">
            <w:pPr>
              <w:jc w:val="center"/>
              <w:rPr>
                <w:sz w:val="20"/>
                <w:szCs w:val="20"/>
              </w:rPr>
            </w:pPr>
            <w:r w:rsidRPr="0039244F">
              <w:rPr>
                <w:rFonts w:ascii="Times New Roman" w:hAnsi="Times New Roman"/>
                <w:b/>
                <w:color w:val="999999"/>
                <w:sz w:val="20"/>
                <w:szCs w:val="20"/>
              </w:rPr>
              <w:t>4</w:t>
            </w:r>
          </w:p>
        </w:tc>
        <w:tc>
          <w:tcPr>
            <w:tcW w:w="2551" w:type="dxa"/>
            <w:shd w:val="clear" w:color="auto" w:fill="FFF9E6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050D66" w:rsidRDefault="00C032F8">
            <w:pPr>
              <w:spacing w:after="20" w:line="180" w:lineRule="exact"/>
              <w:jc w:val="center"/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</w:pPr>
            <w:r w:rsidRPr="0039244F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5</w:t>
            </w:r>
          </w:p>
          <w:p w:rsidR="0039244F" w:rsidRPr="0039244F" w:rsidRDefault="0039244F" w:rsidP="00460BA9">
            <w:pPr>
              <w:spacing w:after="20" w:line="276" w:lineRule="auto"/>
              <w:jc w:val="center"/>
              <w:rPr>
                <w:sz w:val="20"/>
                <w:szCs w:val="20"/>
                <w:lang w:val="ru-RU"/>
              </w:rPr>
            </w:pPr>
          </w:p>
          <w:p w:rsidR="00050D66" w:rsidRPr="00460BA9" w:rsidRDefault="00C032F8" w:rsidP="00460BA9">
            <w:pPr>
              <w:spacing w:after="20"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460BA9">
              <w:rPr>
                <w:rFonts w:ascii="Times New Roman" w:hAnsi="Times New Roman"/>
                <w:b/>
                <w:color w:val="1A3A6E"/>
                <w:sz w:val="24"/>
                <w:szCs w:val="24"/>
              </w:rPr>
              <w:t>География</w:t>
            </w:r>
            <w:proofErr w:type="spellEnd"/>
          </w:p>
          <w:p w:rsidR="00050D66" w:rsidRPr="00C54F91" w:rsidRDefault="00C54F91">
            <w:pPr>
              <w:spacing w:line="140" w:lineRule="exact"/>
              <w:jc w:val="center"/>
              <w:rPr>
                <w:sz w:val="16"/>
                <w:szCs w:val="16"/>
              </w:rPr>
            </w:pPr>
            <w:r w:rsidRPr="00460BA9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МБОУ </w:t>
            </w:r>
            <w:r w:rsidR="00C032F8" w:rsidRPr="00460BA9">
              <w:rPr>
                <w:rFonts w:ascii="Times New Roman" w:hAnsi="Times New Roman"/>
                <w:i/>
                <w:sz w:val="16"/>
                <w:szCs w:val="16"/>
              </w:rPr>
              <w:t>СОШ № 6</w:t>
            </w:r>
          </w:p>
        </w:tc>
        <w:tc>
          <w:tcPr>
            <w:tcW w:w="2551" w:type="dxa"/>
            <w:shd w:val="clear" w:color="auto" w:fill="FFF9E6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050D66" w:rsidRDefault="00C032F8">
            <w:pPr>
              <w:spacing w:after="20" w:line="180" w:lineRule="exact"/>
              <w:jc w:val="center"/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</w:pPr>
            <w:r w:rsidRPr="0039244F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6</w:t>
            </w:r>
          </w:p>
          <w:p w:rsidR="0039244F" w:rsidRPr="0039244F" w:rsidRDefault="0039244F" w:rsidP="00460BA9">
            <w:pPr>
              <w:spacing w:after="20" w:line="276" w:lineRule="auto"/>
              <w:jc w:val="center"/>
              <w:rPr>
                <w:sz w:val="20"/>
                <w:szCs w:val="20"/>
                <w:lang w:val="ru-RU"/>
              </w:rPr>
            </w:pPr>
          </w:p>
          <w:p w:rsidR="00050D66" w:rsidRPr="00460BA9" w:rsidRDefault="00C032F8" w:rsidP="00460BA9">
            <w:pPr>
              <w:spacing w:after="20"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460BA9">
              <w:rPr>
                <w:rFonts w:ascii="Times New Roman" w:hAnsi="Times New Roman"/>
                <w:b/>
                <w:color w:val="1A3A6E"/>
                <w:sz w:val="24"/>
                <w:szCs w:val="24"/>
              </w:rPr>
              <w:t>Физика</w:t>
            </w:r>
            <w:proofErr w:type="spellEnd"/>
          </w:p>
          <w:p w:rsidR="00050D66" w:rsidRPr="00C54F91" w:rsidRDefault="00C54F91">
            <w:pPr>
              <w:spacing w:line="140" w:lineRule="exact"/>
              <w:jc w:val="center"/>
              <w:rPr>
                <w:sz w:val="16"/>
                <w:szCs w:val="16"/>
              </w:rPr>
            </w:pPr>
            <w:r w:rsidRPr="00C875DC">
              <w:rPr>
                <w:rFonts w:ascii="Times New Roman" w:hAnsi="Times New Roman"/>
                <w:i/>
                <w:color w:val="002060"/>
                <w:sz w:val="16"/>
                <w:szCs w:val="16"/>
                <w:lang w:val="ru-RU"/>
              </w:rPr>
              <w:t xml:space="preserve">МБОУ </w:t>
            </w:r>
            <w:r w:rsidR="00C032F8" w:rsidRPr="00C875DC">
              <w:rPr>
                <w:rFonts w:ascii="Times New Roman" w:hAnsi="Times New Roman"/>
                <w:i/>
                <w:color w:val="002060"/>
                <w:sz w:val="16"/>
                <w:szCs w:val="16"/>
              </w:rPr>
              <w:t>гимназия</w:t>
            </w:r>
            <w:r w:rsidRPr="00C875DC">
              <w:rPr>
                <w:rFonts w:ascii="Times New Roman" w:hAnsi="Times New Roman"/>
                <w:i/>
                <w:color w:val="002060"/>
                <w:sz w:val="16"/>
                <w:szCs w:val="16"/>
                <w:lang w:val="ru-RU"/>
              </w:rPr>
              <w:t xml:space="preserve"> </w:t>
            </w:r>
            <w:r w:rsidR="00C032F8" w:rsidRPr="00C875DC">
              <w:rPr>
                <w:rFonts w:ascii="Times New Roman" w:hAnsi="Times New Roman"/>
                <w:i/>
                <w:color w:val="002060"/>
                <w:sz w:val="16"/>
                <w:szCs w:val="16"/>
              </w:rPr>
              <w:t xml:space="preserve"> № 7</w:t>
            </w:r>
          </w:p>
        </w:tc>
        <w:tc>
          <w:tcPr>
            <w:tcW w:w="2551" w:type="dxa"/>
            <w:shd w:val="clear" w:color="auto" w:fill="FFF9E6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050D66" w:rsidRDefault="00C032F8">
            <w:pPr>
              <w:spacing w:after="20" w:line="180" w:lineRule="exact"/>
              <w:jc w:val="center"/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</w:pPr>
            <w:r w:rsidRPr="0039244F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7</w:t>
            </w:r>
          </w:p>
          <w:p w:rsidR="0039244F" w:rsidRPr="0039244F" w:rsidRDefault="0039244F">
            <w:pPr>
              <w:spacing w:after="20" w:line="180" w:lineRule="exact"/>
              <w:jc w:val="center"/>
              <w:rPr>
                <w:sz w:val="20"/>
                <w:szCs w:val="20"/>
                <w:lang w:val="ru-RU"/>
              </w:rPr>
            </w:pPr>
          </w:p>
          <w:p w:rsidR="00050D66" w:rsidRPr="00460BA9" w:rsidRDefault="00C032F8" w:rsidP="00460BA9">
            <w:pPr>
              <w:spacing w:after="20"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460BA9">
              <w:rPr>
                <w:rFonts w:ascii="Times New Roman" w:hAnsi="Times New Roman"/>
                <w:b/>
                <w:color w:val="1A3A6E"/>
                <w:sz w:val="24"/>
                <w:szCs w:val="24"/>
              </w:rPr>
              <w:t>Экология</w:t>
            </w:r>
            <w:proofErr w:type="spellEnd"/>
          </w:p>
          <w:p w:rsidR="00050D66" w:rsidRPr="00C54F91" w:rsidRDefault="00C54F91">
            <w:pPr>
              <w:spacing w:line="140" w:lineRule="exact"/>
              <w:jc w:val="center"/>
              <w:rPr>
                <w:sz w:val="16"/>
                <w:szCs w:val="16"/>
              </w:rPr>
            </w:pPr>
            <w:r w:rsidRPr="00460BA9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МБОУ </w:t>
            </w:r>
            <w:r w:rsidR="00C032F8" w:rsidRPr="00460BA9">
              <w:rPr>
                <w:rFonts w:ascii="Times New Roman" w:hAnsi="Times New Roman"/>
                <w:i/>
                <w:sz w:val="16"/>
                <w:szCs w:val="16"/>
              </w:rPr>
              <w:t>гимназия № 7</w:t>
            </w:r>
          </w:p>
        </w:tc>
      </w:tr>
      <w:tr w:rsidR="00050D66">
        <w:trPr>
          <w:trHeight w:val="227"/>
          <w:jc w:val="center"/>
        </w:trPr>
        <w:tc>
          <w:tcPr>
            <w:tcW w:w="15306" w:type="dxa"/>
            <w:gridSpan w:val="6"/>
            <w:shd w:val="clear" w:color="auto" w:fill="D6E0F0"/>
            <w:tcMar>
              <w:top w:w="15" w:type="dxa"/>
              <w:left w:w="40" w:type="dxa"/>
              <w:bottom w:w="15" w:type="dxa"/>
              <w:right w:w="40" w:type="dxa"/>
            </w:tcMar>
          </w:tcPr>
          <w:p w:rsidR="00050D66" w:rsidRDefault="00C032F8">
            <w:pPr>
              <w:spacing w:line="200" w:lineRule="exact"/>
              <w:jc w:val="center"/>
            </w:pPr>
            <w:r>
              <w:rPr>
                <w:rFonts w:ascii="Times New Roman" w:hAnsi="Times New Roman"/>
                <w:b/>
                <w:color w:val="1A3A6E"/>
                <w:sz w:val="18"/>
              </w:rPr>
              <w:t>НОЯБРЬ</w:t>
            </w:r>
          </w:p>
        </w:tc>
      </w:tr>
      <w:tr w:rsidR="00050D66" w:rsidRPr="006A33D3" w:rsidTr="00C54F91">
        <w:trPr>
          <w:trHeight w:val="1230"/>
          <w:jc w:val="center"/>
        </w:trPr>
        <w:tc>
          <w:tcPr>
            <w:tcW w:w="2551" w:type="dxa"/>
            <w:shd w:val="clear" w:color="auto" w:fill="FFF9E6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050D66" w:rsidRPr="0039244F" w:rsidRDefault="00C032F8">
            <w:pPr>
              <w:spacing w:after="20" w:line="180" w:lineRule="exact"/>
              <w:jc w:val="center"/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</w:pPr>
            <w:r w:rsidRPr="0039244F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9</w:t>
            </w:r>
          </w:p>
          <w:p w:rsidR="0039244F" w:rsidRPr="0039244F" w:rsidRDefault="0039244F">
            <w:pPr>
              <w:spacing w:after="20" w:line="180" w:lineRule="exact"/>
              <w:jc w:val="center"/>
              <w:rPr>
                <w:lang w:val="ru-RU"/>
              </w:rPr>
            </w:pPr>
          </w:p>
          <w:p w:rsidR="00050D66" w:rsidRPr="00460BA9" w:rsidRDefault="00C032F8" w:rsidP="00460BA9">
            <w:pPr>
              <w:spacing w:after="20" w:line="276" w:lineRule="auto"/>
              <w:jc w:val="center"/>
              <w:rPr>
                <w:sz w:val="24"/>
                <w:szCs w:val="24"/>
              </w:rPr>
            </w:pPr>
            <w:r w:rsidRPr="00460BA9">
              <w:rPr>
                <w:rFonts w:ascii="Times New Roman" w:hAnsi="Times New Roman"/>
                <w:b/>
                <w:color w:val="1A3A6E"/>
                <w:sz w:val="24"/>
                <w:szCs w:val="24"/>
              </w:rPr>
              <w:t>Астрономия</w:t>
            </w:r>
          </w:p>
          <w:p w:rsidR="00050D66" w:rsidRPr="00C54F91" w:rsidRDefault="004054A0">
            <w:pPr>
              <w:spacing w:line="140" w:lineRule="exact"/>
              <w:jc w:val="center"/>
              <w:rPr>
                <w:sz w:val="16"/>
                <w:szCs w:val="16"/>
              </w:rPr>
            </w:pPr>
            <w:r w:rsidRPr="00460BA9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МБОУ </w:t>
            </w:r>
            <w:r w:rsidR="00C032F8" w:rsidRPr="00460BA9">
              <w:rPr>
                <w:rFonts w:ascii="Times New Roman" w:hAnsi="Times New Roman"/>
                <w:i/>
                <w:sz w:val="16"/>
                <w:szCs w:val="16"/>
              </w:rPr>
              <w:t>СОШ № 24</w:t>
            </w:r>
          </w:p>
        </w:tc>
        <w:tc>
          <w:tcPr>
            <w:tcW w:w="2551" w:type="dxa"/>
            <w:shd w:val="clear" w:color="auto" w:fill="FFF9E6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39244F" w:rsidRDefault="00C032F8" w:rsidP="0039244F">
            <w:pPr>
              <w:spacing w:after="20" w:line="180" w:lineRule="exact"/>
              <w:jc w:val="center"/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</w:pPr>
            <w:r w:rsidRPr="0039244F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10</w:t>
            </w:r>
          </w:p>
          <w:p w:rsidR="0039244F" w:rsidRPr="0039244F" w:rsidRDefault="0039244F" w:rsidP="0039244F">
            <w:pPr>
              <w:spacing w:after="20" w:line="180" w:lineRule="exact"/>
              <w:jc w:val="center"/>
              <w:rPr>
                <w:sz w:val="20"/>
                <w:szCs w:val="20"/>
                <w:lang w:val="ru-RU"/>
              </w:rPr>
            </w:pPr>
          </w:p>
          <w:p w:rsidR="00050D66" w:rsidRPr="00460BA9" w:rsidRDefault="00C032F8" w:rsidP="00460BA9">
            <w:pPr>
              <w:spacing w:after="20" w:line="276" w:lineRule="auto"/>
              <w:jc w:val="center"/>
              <w:rPr>
                <w:sz w:val="24"/>
                <w:szCs w:val="24"/>
              </w:rPr>
            </w:pPr>
            <w:r w:rsidRPr="00460BA9">
              <w:rPr>
                <w:rFonts w:ascii="Times New Roman" w:hAnsi="Times New Roman"/>
                <w:b/>
                <w:color w:val="1A3A6E"/>
                <w:sz w:val="24"/>
                <w:szCs w:val="24"/>
              </w:rPr>
              <w:t>Биология</w:t>
            </w:r>
          </w:p>
          <w:p w:rsidR="00050D66" w:rsidRPr="00C54F91" w:rsidRDefault="004054A0">
            <w:pPr>
              <w:spacing w:line="140" w:lineRule="exact"/>
              <w:jc w:val="center"/>
              <w:rPr>
                <w:sz w:val="16"/>
                <w:szCs w:val="16"/>
              </w:rPr>
            </w:pPr>
            <w:r w:rsidRPr="00460BA9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МБОУ </w:t>
            </w:r>
            <w:r w:rsidR="00C032F8" w:rsidRPr="00460BA9">
              <w:rPr>
                <w:rFonts w:ascii="Times New Roman" w:hAnsi="Times New Roman"/>
                <w:i/>
                <w:sz w:val="16"/>
                <w:szCs w:val="16"/>
              </w:rPr>
              <w:t>СОШ № 1</w:t>
            </w:r>
          </w:p>
        </w:tc>
        <w:tc>
          <w:tcPr>
            <w:tcW w:w="2551" w:type="dxa"/>
            <w:shd w:val="clear" w:color="auto" w:fill="FFF9E6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050D66" w:rsidRDefault="00C032F8">
            <w:pPr>
              <w:spacing w:after="20" w:line="180" w:lineRule="exact"/>
              <w:jc w:val="center"/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</w:pPr>
            <w:r w:rsidRPr="0039244F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11</w:t>
            </w:r>
          </w:p>
          <w:p w:rsidR="0039244F" w:rsidRPr="0039244F" w:rsidRDefault="0039244F">
            <w:pPr>
              <w:spacing w:after="20" w:line="180" w:lineRule="exact"/>
              <w:jc w:val="center"/>
              <w:rPr>
                <w:sz w:val="20"/>
                <w:szCs w:val="20"/>
                <w:lang w:val="ru-RU"/>
              </w:rPr>
            </w:pPr>
          </w:p>
          <w:p w:rsidR="00050D66" w:rsidRPr="00460BA9" w:rsidRDefault="00C032F8" w:rsidP="00460BA9">
            <w:pPr>
              <w:spacing w:after="20" w:line="276" w:lineRule="auto"/>
              <w:jc w:val="center"/>
              <w:rPr>
                <w:sz w:val="24"/>
                <w:szCs w:val="24"/>
              </w:rPr>
            </w:pPr>
            <w:r w:rsidRPr="00460BA9">
              <w:rPr>
                <w:rFonts w:ascii="Times New Roman" w:hAnsi="Times New Roman"/>
                <w:b/>
                <w:color w:val="1A3A6E"/>
                <w:sz w:val="24"/>
                <w:szCs w:val="24"/>
              </w:rPr>
              <w:t>История</w:t>
            </w:r>
          </w:p>
          <w:p w:rsidR="00050D66" w:rsidRPr="00C54F91" w:rsidRDefault="004054A0">
            <w:pPr>
              <w:spacing w:line="140" w:lineRule="exact"/>
              <w:jc w:val="center"/>
              <w:rPr>
                <w:sz w:val="16"/>
                <w:szCs w:val="16"/>
              </w:rPr>
            </w:pPr>
            <w:r w:rsidRPr="00460BA9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МБОУ </w:t>
            </w:r>
            <w:r w:rsidR="00C032F8" w:rsidRPr="00460BA9">
              <w:rPr>
                <w:rFonts w:ascii="Times New Roman" w:hAnsi="Times New Roman"/>
                <w:i/>
                <w:sz w:val="16"/>
                <w:szCs w:val="16"/>
              </w:rPr>
              <w:t>СОШ № 20</w:t>
            </w:r>
          </w:p>
        </w:tc>
        <w:tc>
          <w:tcPr>
            <w:tcW w:w="2551" w:type="dxa"/>
            <w:shd w:val="clear" w:color="auto" w:fill="FFF9E6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050D66" w:rsidRDefault="00C032F8">
            <w:pPr>
              <w:spacing w:after="20" w:line="180" w:lineRule="exact"/>
              <w:jc w:val="center"/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</w:pPr>
            <w:r w:rsidRPr="0039244F"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  <w:t>12</w:t>
            </w:r>
          </w:p>
          <w:p w:rsidR="0039244F" w:rsidRPr="0039244F" w:rsidRDefault="0039244F">
            <w:pPr>
              <w:spacing w:after="20" w:line="180" w:lineRule="exact"/>
              <w:jc w:val="center"/>
              <w:rPr>
                <w:sz w:val="20"/>
                <w:szCs w:val="20"/>
                <w:lang w:val="ru-RU"/>
              </w:rPr>
            </w:pPr>
          </w:p>
          <w:p w:rsidR="00050D66" w:rsidRPr="00460BA9" w:rsidRDefault="00C032F8" w:rsidP="00460BA9">
            <w:pPr>
              <w:spacing w:after="2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460BA9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Немецкий язык</w:t>
            </w:r>
            <w:r w:rsidRPr="00460BA9">
              <w:rPr>
                <w:sz w:val="24"/>
                <w:szCs w:val="24"/>
                <w:lang w:val="ru-RU"/>
              </w:rPr>
              <w:br/>
            </w:r>
            <w:r w:rsidRPr="00460BA9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(</w:t>
            </w:r>
            <w:proofErr w:type="spellStart"/>
            <w:r w:rsidRPr="00460BA9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теор</w:t>
            </w:r>
            <w:proofErr w:type="spellEnd"/>
            <w:r w:rsidRPr="00460BA9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 xml:space="preserve">. + </w:t>
            </w:r>
            <w:proofErr w:type="spellStart"/>
            <w:r w:rsidRPr="00460BA9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устн</w:t>
            </w:r>
            <w:proofErr w:type="spellEnd"/>
            <w:r w:rsidRPr="00460BA9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. тур)</w:t>
            </w:r>
          </w:p>
          <w:p w:rsidR="00050D66" w:rsidRPr="00C54F91" w:rsidRDefault="004054A0">
            <w:pPr>
              <w:spacing w:line="140" w:lineRule="exact"/>
              <w:jc w:val="center"/>
              <w:rPr>
                <w:sz w:val="16"/>
                <w:szCs w:val="16"/>
              </w:rPr>
            </w:pPr>
            <w:r w:rsidRPr="00460BA9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МБОУ </w:t>
            </w:r>
            <w:r w:rsidR="00C032F8" w:rsidRPr="00460BA9">
              <w:rPr>
                <w:rFonts w:ascii="Times New Roman" w:hAnsi="Times New Roman"/>
                <w:i/>
                <w:sz w:val="16"/>
                <w:szCs w:val="16"/>
              </w:rPr>
              <w:t>СОШ № 59</w:t>
            </w:r>
          </w:p>
        </w:tc>
        <w:tc>
          <w:tcPr>
            <w:tcW w:w="2551" w:type="dxa"/>
            <w:shd w:val="clear" w:color="auto" w:fill="FFF9E6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050D66" w:rsidRDefault="00C032F8">
            <w:pPr>
              <w:spacing w:after="20" w:line="180" w:lineRule="exact"/>
              <w:jc w:val="center"/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</w:pPr>
            <w:r w:rsidRPr="0039244F"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  <w:t>13</w:t>
            </w:r>
          </w:p>
          <w:p w:rsidR="0039244F" w:rsidRPr="0039244F" w:rsidRDefault="0039244F">
            <w:pPr>
              <w:spacing w:after="20" w:line="180" w:lineRule="exact"/>
              <w:jc w:val="center"/>
              <w:rPr>
                <w:sz w:val="20"/>
                <w:szCs w:val="20"/>
                <w:lang w:val="ru-RU"/>
              </w:rPr>
            </w:pPr>
          </w:p>
          <w:p w:rsidR="00050D66" w:rsidRPr="00460BA9" w:rsidRDefault="00C032F8" w:rsidP="00460BA9">
            <w:pPr>
              <w:spacing w:after="2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460BA9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Физическая культура</w:t>
            </w:r>
            <w:r w:rsidRPr="00460BA9">
              <w:rPr>
                <w:sz w:val="24"/>
                <w:szCs w:val="24"/>
                <w:lang w:val="ru-RU"/>
              </w:rPr>
              <w:br/>
            </w:r>
            <w:r w:rsidRPr="00460BA9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(</w:t>
            </w:r>
            <w:proofErr w:type="spellStart"/>
            <w:r w:rsidRPr="00460BA9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теор</w:t>
            </w:r>
            <w:proofErr w:type="spellEnd"/>
            <w:r w:rsidRPr="00460BA9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. тур)</w:t>
            </w:r>
          </w:p>
          <w:p w:rsidR="00050D66" w:rsidRPr="00C54F91" w:rsidRDefault="004054A0" w:rsidP="00460BA9">
            <w:pPr>
              <w:spacing w:line="276" w:lineRule="auto"/>
              <w:jc w:val="center"/>
              <w:rPr>
                <w:sz w:val="16"/>
                <w:szCs w:val="16"/>
                <w:lang w:val="ru-RU"/>
              </w:rPr>
            </w:pPr>
            <w:r w:rsidRPr="00460BA9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МБОУ </w:t>
            </w:r>
            <w:r w:rsidR="00C032F8" w:rsidRPr="00460BA9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>СОШ № 25</w:t>
            </w:r>
          </w:p>
        </w:tc>
        <w:tc>
          <w:tcPr>
            <w:tcW w:w="2551" w:type="dxa"/>
            <w:shd w:val="clear" w:color="auto" w:fill="FFF9E6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050D66" w:rsidRDefault="00C032F8">
            <w:pPr>
              <w:spacing w:after="20" w:line="180" w:lineRule="exact"/>
              <w:jc w:val="center"/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</w:pPr>
            <w:r w:rsidRPr="0039244F"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  <w:t>14</w:t>
            </w:r>
          </w:p>
          <w:p w:rsidR="0039244F" w:rsidRPr="0039244F" w:rsidRDefault="0039244F">
            <w:pPr>
              <w:spacing w:after="20" w:line="180" w:lineRule="exact"/>
              <w:jc w:val="center"/>
              <w:rPr>
                <w:sz w:val="20"/>
                <w:szCs w:val="20"/>
                <w:lang w:val="ru-RU"/>
              </w:rPr>
            </w:pPr>
          </w:p>
          <w:p w:rsidR="00050D66" w:rsidRPr="00460BA9" w:rsidRDefault="00C032F8" w:rsidP="00460BA9">
            <w:pPr>
              <w:spacing w:after="2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460BA9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Физическая культура</w:t>
            </w:r>
            <w:r w:rsidRPr="00460BA9">
              <w:rPr>
                <w:sz w:val="24"/>
                <w:szCs w:val="24"/>
                <w:lang w:val="ru-RU"/>
              </w:rPr>
              <w:br/>
            </w:r>
            <w:r w:rsidRPr="00460BA9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(</w:t>
            </w:r>
            <w:proofErr w:type="spellStart"/>
            <w:r w:rsidRPr="00460BA9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практ</w:t>
            </w:r>
            <w:proofErr w:type="spellEnd"/>
            <w:r w:rsidRPr="00460BA9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. тур)</w:t>
            </w:r>
          </w:p>
          <w:p w:rsidR="00050D66" w:rsidRPr="00C54F91" w:rsidRDefault="004054A0" w:rsidP="00460BA9">
            <w:pPr>
              <w:spacing w:line="140" w:lineRule="exact"/>
              <w:jc w:val="center"/>
              <w:rPr>
                <w:sz w:val="16"/>
                <w:szCs w:val="16"/>
                <w:lang w:val="ru-RU"/>
              </w:rPr>
            </w:pPr>
            <w:r w:rsidRPr="00460BA9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МБОУ </w:t>
            </w:r>
            <w:r w:rsidR="00C032F8" w:rsidRPr="00460BA9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>СОШ № 9</w:t>
            </w:r>
          </w:p>
        </w:tc>
      </w:tr>
      <w:tr w:rsidR="00050D66">
        <w:trPr>
          <w:trHeight w:val="227"/>
          <w:jc w:val="center"/>
        </w:trPr>
        <w:tc>
          <w:tcPr>
            <w:tcW w:w="15306" w:type="dxa"/>
            <w:gridSpan w:val="6"/>
            <w:shd w:val="clear" w:color="auto" w:fill="D6E0F0"/>
            <w:tcMar>
              <w:top w:w="15" w:type="dxa"/>
              <w:left w:w="40" w:type="dxa"/>
              <w:bottom w:w="15" w:type="dxa"/>
              <w:right w:w="40" w:type="dxa"/>
            </w:tcMar>
          </w:tcPr>
          <w:p w:rsidR="00050D66" w:rsidRDefault="00C032F8">
            <w:pPr>
              <w:spacing w:line="200" w:lineRule="exact"/>
              <w:jc w:val="center"/>
            </w:pPr>
            <w:r>
              <w:rPr>
                <w:rFonts w:ascii="Times New Roman" w:hAnsi="Times New Roman"/>
                <w:b/>
                <w:color w:val="1A3A6E"/>
                <w:sz w:val="18"/>
              </w:rPr>
              <w:t>НОЯБРЬ</w:t>
            </w:r>
          </w:p>
        </w:tc>
      </w:tr>
      <w:tr w:rsidR="00050D66" w:rsidRPr="006A33D3" w:rsidTr="00C54F91">
        <w:trPr>
          <w:trHeight w:val="1085"/>
          <w:jc w:val="center"/>
        </w:trPr>
        <w:tc>
          <w:tcPr>
            <w:tcW w:w="2551" w:type="dxa"/>
            <w:shd w:val="clear" w:color="auto" w:fill="FFF9E6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050D66" w:rsidRDefault="00C032F8">
            <w:pPr>
              <w:spacing w:after="20" w:line="180" w:lineRule="exact"/>
              <w:jc w:val="center"/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</w:pPr>
            <w:r w:rsidRPr="0039244F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16</w:t>
            </w:r>
          </w:p>
          <w:p w:rsidR="0039244F" w:rsidRPr="0039244F" w:rsidRDefault="0039244F">
            <w:pPr>
              <w:spacing w:after="20" w:line="180" w:lineRule="exact"/>
              <w:jc w:val="center"/>
              <w:rPr>
                <w:sz w:val="20"/>
                <w:szCs w:val="20"/>
                <w:lang w:val="ru-RU"/>
              </w:rPr>
            </w:pPr>
          </w:p>
          <w:p w:rsidR="00050D66" w:rsidRPr="00460BA9" w:rsidRDefault="00C032F8" w:rsidP="00FA369D">
            <w:pPr>
              <w:spacing w:after="20" w:line="276" w:lineRule="auto"/>
              <w:jc w:val="center"/>
              <w:rPr>
                <w:sz w:val="24"/>
                <w:szCs w:val="24"/>
              </w:rPr>
            </w:pPr>
            <w:r w:rsidRPr="00460BA9">
              <w:rPr>
                <w:rFonts w:ascii="Times New Roman" w:hAnsi="Times New Roman"/>
                <w:b/>
                <w:color w:val="1A3A6E"/>
                <w:sz w:val="24"/>
                <w:szCs w:val="24"/>
              </w:rPr>
              <w:t>Математика</w:t>
            </w:r>
          </w:p>
          <w:p w:rsidR="00050D66" w:rsidRPr="00C54F91" w:rsidRDefault="004054A0">
            <w:pPr>
              <w:spacing w:line="140" w:lineRule="exact"/>
              <w:jc w:val="center"/>
              <w:rPr>
                <w:sz w:val="16"/>
                <w:szCs w:val="16"/>
              </w:rPr>
            </w:pPr>
            <w:r w:rsidRPr="00FA369D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МБОУ </w:t>
            </w:r>
            <w:r w:rsidR="00C032F8" w:rsidRPr="00FA369D">
              <w:rPr>
                <w:rFonts w:ascii="Times New Roman" w:hAnsi="Times New Roman"/>
                <w:i/>
                <w:sz w:val="16"/>
                <w:szCs w:val="16"/>
              </w:rPr>
              <w:t>СОШ № 3</w:t>
            </w:r>
          </w:p>
        </w:tc>
        <w:tc>
          <w:tcPr>
            <w:tcW w:w="2551" w:type="dxa"/>
            <w:shd w:val="clear" w:color="auto" w:fill="FFF9E6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050D66" w:rsidRDefault="00C032F8">
            <w:pPr>
              <w:spacing w:after="20" w:line="180" w:lineRule="exact"/>
              <w:jc w:val="center"/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</w:pPr>
            <w:r w:rsidRPr="0039244F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17</w:t>
            </w:r>
          </w:p>
          <w:p w:rsidR="0039244F" w:rsidRPr="0039244F" w:rsidRDefault="0039244F">
            <w:pPr>
              <w:spacing w:after="20" w:line="180" w:lineRule="exact"/>
              <w:jc w:val="center"/>
              <w:rPr>
                <w:sz w:val="20"/>
                <w:szCs w:val="20"/>
                <w:lang w:val="ru-RU"/>
              </w:rPr>
            </w:pPr>
          </w:p>
          <w:p w:rsidR="00050D66" w:rsidRPr="00460BA9" w:rsidRDefault="00C032F8" w:rsidP="00FA369D">
            <w:pPr>
              <w:spacing w:after="20" w:line="276" w:lineRule="auto"/>
              <w:jc w:val="center"/>
              <w:rPr>
                <w:sz w:val="24"/>
                <w:szCs w:val="24"/>
              </w:rPr>
            </w:pPr>
            <w:r w:rsidRPr="00460BA9">
              <w:rPr>
                <w:rFonts w:ascii="Times New Roman" w:hAnsi="Times New Roman"/>
                <w:b/>
                <w:color w:val="1A3A6E"/>
                <w:sz w:val="24"/>
                <w:szCs w:val="24"/>
              </w:rPr>
              <w:t>Химия</w:t>
            </w:r>
          </w:p>
          <w:p w:rsidR="00050D66" w:rsidRPr="00C54F91" w:rsidRDefault="004054A0">
            <w:pPr>
              <w:spacing w:line="140" w:lineRule="exact"/>
              <w:jc w:val="center"/>
              <w:rPr>
                <w:sz w:val="16"/>
                <w:szCs w:val="16"/>
              </w:rPr>
            </w:pPr>
            <w:r w:rsidRPr="00FA369D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МБОУ </w:t>
            </w:r>
            <w:r w:rsidR="00C032F8" w:rsidRPr="00FA369D">
              <w:rPr>
                <w:rFonts w:ascii="Times New Roman" w:hAnsi="Times New Roman"/>
                <w:i/>
                <w:sz w:val="16"/>
                <w:szCs w:val="16"/>
              </w:rPr>
              <w:t>СОШ № 20</w:t>
            </w:r>
          </w:p>
        </w:tc>
        <w:tc>
          <w:tcPr>
            <w:tcW w:w="2551" w:type="dxa"/>
            <w:shd w:val="clear" w:color="auto" w:fill="FFF9E6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050D66" w:rsidRDefault="00C032F8">
            <w:pPr>
              <w:spacing w:after="20" w:line="180" w:lineRule="exact"/>
              <w:jc w:val="center"/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</w:pPr>
            <w:r w:rsidRPr="0039244F"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  <w:t>18</w:t>
            </w:r>
          </w:p>
          <w:p w:rsidR="0039244F" w:rsidRPr="0039244F" w:rsidRDefault="0039244F">
            <w:pPr>
              <w:spacing w:after="20" w:line="180" w:lineRule="exact"/>
              <w:jc w:val="center"/>
              <w:rPr>
                <w:sz w:val="20"/>
                <w:szCs w:val="20"/>
                <w:lang w:val="ru-RU"/>
              </w:rPr>
            </w:pPr>
          </w:p>
          <w:p w:rsidR="00050D66" w:rsidRPr="00460BA9" w:rsidRDefault="006A33D3" w:rsidP="00FA369D">
            <w:pPr>
              <w:spacing w:after="20"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Информатика</w:t>
            </w:r>
            <w:r w:rsidR="00C032F8" w:rsidRPr="00460BA9">
              <w:rPr>
                <w:sz w:val="24"/>
                <w:szCs w:val="24"/>
                <w:lang w:val="ru-RU"/>
              </w:rPr>
              <w:br/>
            </w:r>
            <w:r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(Программирование</w:t>
            </w:r>
            <w:r w:rsidR="00C032F8" w:rsidRPr="00460BA9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)</w:t>
            </w:r>
          </w:p>
          <w:p w:rsidR="006A33D3" w:rsidRPr="006A33D3" w:rsidRDefault="006A33D3" w:rsidP="006A33D3">
            <w:pPr>
              <w:spacing w:line="140" w:lineRule="exact"/>
              <w:jc w:val="center"/>
              <w:rPr>
                <w:rFonts w:ascii="Times New Roman" w:hAnsi="Times New Roman"/>
                <w:i/>
                <w:sz w:val="16"/>
                <w:szCs w:val="16"/>
                <w:lang w:val="ru-RU"/>
              </w:rPr>
            </w:pPr>
            <w:r w:rsidRPr="006A33D3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>МБОУ СОШ № 1, 6, 9,</w:t>
            </w:r>
          </w:p>
          <w:p w:rsidR="00050D66" w:rsidRPr="00C54F91" w:rsidRDefault="006A33D3" w:rsidP="006A33D3">
            <w:pPr>
              <w:spacing w:line="140" w:lineRule="exact"/>
              <w:jc w:val="center"/>
              <w:rPr>
                <w:sz w:val="16"/>
                <w:szCs w:val="16"/>
                <w:lang w:val="ru-RU"/>
              </w:rPr>
            </w:pPr>
            <w:r w:rsidRPr="006A33D3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>56,МБОУ  гимназия № 7</w:t>
            </w:r>
          </w:p>
        </w:tc>
        <w:tc>
          <w:tcPr>
            <w:tcW w:w="2551" w:type="dxa"/>
            <w:shd w:val="clear" w:color="auto" w:fill="FFF9E6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050D66" w:rsidRDefault="00C032F8">
            <w:pPr>
              <w:spacing w:after="20" w:line="180" w:lineRule="exact"/>
              <w:jc w:val="center"/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</w:pPr>
            <w:r w:rsidRPr="0039244F"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  <w:t>19</w:t>
            </w:r>
          </w:p>
          <w:p w:rsidR="0039244F" w:rsidRPr="0039244F" w:rsidRDefault="0039244F">
            <w:pPr>
              <w:spacing w:after="20" w:line="180" w:lineRule="exact"/>
              <w:jc w:val="center"/>
              <w:rPr>
                <w:sz w:val="20"/>
                <w:szCs w:val="20"/>
                <w:lang w:val="ru-RU"/>
              </w:rPr>
            </w:pPr>
          </w:p>
          <w:p w:rsidR="00050D66" w:rsidRPr="00460BA9" w:rsidRDefault="006A33D3" w:rsidP="00FA369D">
            <w:pPr>
              <w:spacing w:after="20"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Обществознание</w:t>
            </w:r>
          </w:p>
          <w:p w:rsidR="00050D66" w:rsidRPr="00C54F91" w:rsidRDefault="004054A0">
            <w:pPr>
              <w:spacing w:line="140" w:lineRule="exact"/>
              <w:jc w:val="center"/>
              <w:rPr>
                <w:sz w:val="16"/>
                <w:szCs w:val="16"/>
                <w:lang w:val="ru-RU"/>
              </w:rPr>
            </w:pPr>
            <w:r w:rsidRPr="00FA369D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МБОУ </w:t>
            </w:r>
            <w:r w:rsidR="006A33D3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>СОШ № 6</w:t>
            </w:r>
          </w:p>
        </w:tc>
        <w:tc>
          <w:tcPr>
            <w:tcW w:w="2551" w:type="dxa"/>
            <w:shd w:val="clear" w:color="auto" w:fill="FFF9E6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050D66" w:rsidRDefault="00C032F8">
            <w:pPr>
              <w:spacing w:after="20" w:line="180" w:lineRule="exact"/>
              <w:jc w:val="center"/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</w:pPr>
            <w:r w:rsidRPr="00460BA9"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  <w:t>20</w:t>
            </w:r>
          </w:p>
          <w:p w:rsidR="0039244F" w:rsidRPr="00460BA9" w:rsidRDefault="0039244F">
            <w:pPr>
              <w:spacing w:after="20" w:line="180" w:lineRule="exact"/>
              <w:jc w:val="center"/>
              <w:rPr>
                <w:sz w:val="24"/>
                <w:szCs w:val="24"/>
                <w:lang w:val="ru-RU"/>
              </w:rPr>
            </w:pPr>
          </w:p>
          <w:p w:rsidR="00050D66" w:rsidRPr="004054A0" w:rsidRDefault="00C032F8" w:rsidP="00FA369D">
            <w:pPr>
              <w:spacing w:after="20" w:line="276" w:lineRule="auto"/>
              <w:jc w:val="center"/>
              <w:rPr>
                <w:sz w:val="20"/>
                <w:szCs w:val="20"/>
                <w:lang w:val="ru-RU"/>
              </w:rPr>
            </w:pPr>
            <w:r w:rsidRPr="00460BA9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ОБЗР</w:t>
            </w:r>
            <w:r w:rsidRPr="00460BA9">
              <w:rPr>
                <w:sz w:val="24"/>
                <w:szCs w:val="24"/>
                <w:lang w:val="ru-RU"/>
              </w:rPr>
              <w:br/>
            </w:r>
            <w:r w:rsidRPr="00460BA9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(</w:t>
            </w:r>
            <w:proofErr w:type="spellStart"/>
            <w:r w:rsidRPr="00460BA9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теор</w:t>
            </w:r>
            <w:proofErr w:type="spellEnd"/>
            <w:r w:rsidRPr="00460BA9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. тур</w:t>
            </w:r>
            <w:r w:rsidRPr="004054A0">
              <w:rPr>
                <w:rFonts w:ascii="Times New Roman" w:hAnsi="Times New Roman"/>
                <w:b/>
                <w:color w:val="1A3A6E"/>
                <w:sz w:val="20"/>
                <w:szCs w:val="20"/>
                <w:lang w:val="ru-RU"/>
              </w:rPr>
              <w:t>)</w:t>
            </w:r>
          </w:p>
          <w:p w:rsidR="00050D66" w:rsidRPr="004054A0" w:rsidRDefault="004054A0">
            <w:pPr>
              <w:spacing w:line="140" w:lineRule="exact"/>
              <w:jc w:val="center"/>
              <w:rPr>
                <w:sz w:val="16"/>
                <w:szCs w:val="16"/>
                <w:lang w:val="ru-RU"/>
              </w:rPr>
            </w:pPr>
            <w:r w:rsidRPr="00FA369D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МБОУ </w:t>
            </w:r>
            <w:r w:rsidR="00C032F8" w:rsidRPr="00FA369D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>СОШ № 25</w:t>
            </w:r>
          </w:p>
        </w:tc>
        <w:tc>
          <w:tcPr>
            <w:tcW w:w="2551" w:type="dxa"/>
            <w:shd w:val="clear" w:color="auto" w:fill="FFF9E6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050D66" w:rsidRDefault="00C032F8">
            <w:pPr>
              <w:spacing w:after="20" w:line="180" w:lineRule="exact"/>
              <w:jc w:val="center"/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</w:pPr>
            <w:r w:rsidRPr="00460BA9"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  <w:t>21</w:t>
            </w:r>
          </w:p>
          <w:p w:rsidR="0039244F" w:rsidRPr="0039244F" w:rsidRDefault="0039244F">
            <w:pPr>
              <w:spacing w:after="20" w:line="180" w:lineRule="exact"/>
              <w:jc w:val="center"/>
              <w:rPr>
                <w:sz w:val="20"/>
                <w:szCs w:val="20"/>
                <w:lang w:val="ru-RU"/>
              </w:rPr>
            </w:pPr>
          </w:p>
          <w:p w:rsidR="00050D66" w:rsidRPr="00460BA9" w:rsidRDefault="00C032F8" w:rsidP="00FA369D">
            <w:pPr>
              <w:spacing w:after="2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460BA9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ОБЗР</w:t>
            </w:r>
            <w:r w:rsidRPr="00460BA9">
              <w:rPr>
                <w:sz w:val="24"/>
                <w:szCs w:val="24"/>
                <w:lang w:val="ru-RU"/>
              </w:rPr>
              <w:br/>
            </w:r>
            <w:r w:rsidRPr="00460BA9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(</w:t>
            </w:r>
            <w:proofErr w:type="spellStart"/>
            <w:r w:rsidRPr="00460BA9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практ</w:t>
            </w:r>
            <w:proofErr w:type="spellEnd"/>
            <w:r w:rsidRPr="00460BA9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. тур)</w:t>
            </w:r>
          </w:p>
          <w:p w:rsidR="00050D66" w:rsidRPr="004054A0" w:rsidRDefault="004054A0">
            <w:pPr>
              <w:spacing w:line="140" w:lineRule="exact"/>
              <w:jc w:val="center"/>
              <w:rPr>
                <w:sz w:val="16"/>
                <w:szCs w:val="16"/>
                <w:lang w:val="ru-RU"/>
              </w:rPr>
            </w:pPr>
            <w:r w:rsidRPr="00FA369D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МБОУ </w:t>
            </w:r>
            <w:r w:rsidR="00C032F8" w:rsidRPr="00FA369D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>СОШ № 25</w:t>
            </w:r>
          </w:p>
        </w:tc>
      </w:tr>
      <w:tr w:rsidR="00050D66">
        <w:trPr>
          <w:trHeight w:val="227"/>
          <w:jc w:val="center"/>
        </w:trPr>
        <w:tc>
          <w:tcPr>
            <w:tcW w:w="15306" w:type="dxa"/>
            <w:gridSpan w:val="6"/>
            <w:shd w:val="clear" w:color="auto" w:fill="D6E0F0"/>
            <w:tcMar>
              <w:top w:w="15" w:type="dxa"/>
              <w:left w:w="40" w:type="dxa"/>
              <w:bottom w:w="15" w:type="dxa"/>
              <w:right w:w="40" w:type="dxa"/>
            </w:tcMar>
          </w:tcPr>
          <w:p w:rsidR="00050D66" w:rsidRDefault="00C032F8">
            <w:pPr>
              <w:spacing w:line="200" w:lineRule="exact"/>
              <w:jc w:val="center"/>
            </w:pPr>
            <w:r>
              <w:rPr>
                <w:rFonts w:ascii="Times New Roman" w:hAnsi="Times New Roman"/>
                <w:b/>
                <w:color w:val="1A3A6E"/>
                <w:sz w:val="18"/>
              </w:rPr>
              <w:t>НОЯБРЬ</w:t>
            </w:r>
          </w:p>
        </w:tc>
      </w:tr>
      <w:tr w:rsidR="00050D66" w:rsidRPr="006A33D3" w:rsidTr="00C54F91">
        <w:trPr>
          <w:trHeight w:val="1234"/>
          <w:jc w:val="center"/>
        </w:trPr>
        <w:tc>
          <w:tcPr>
            <w:tcW w:w="2551" w:type="dxa"/>
            <w:shd w:val="clear" w:color="auto" w:fill="FFF9E6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050D66" w:rsidRDefault="00C032F8">
            <w:pPr>
              <w:spacing w:after="20" w:line="180" w:lineRule="exact"/>
              <w:jc w:val="center"/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</w:pPr>
            <w:r w:rsidRPr="00460BA9"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  <w:t>23</w:t>
            </w:r>
          </w:p>
          <w:p w:rsidR="0039244F" w:rsidRPr="0039244F" w:rsidRDefault="0039244F">
            <w:pPr>
              <w:spacing w:after="20" w:line="180" w:lineRule="exact"/>
              <w:jc w:val="center"/>
              <w:rPr>
                <w:sz w:val="20"/>
                <w:szCs w:val="20"/>
                <w:lang w:val="ru-RU"/>
              </w:rPr>
            </w:pPr>
          </w:p>
          <w:p w:rsidR="00050D66" w:rsidRPr="00FA369D" w:rsidRDefault="006A33D3" w:rsidP="00FA369D">
            <w:pPr>
              <w:spacing w:after="20"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Английский язык</w:t>
            </w:r>
            <w:r w:rsidR="00C032F8" w:rsidRPr="00FA369D">
              <w:rPr>
                <w:sz w:val="24"/>
                <w:szCs w:val="24"/>
                <w:lang w:val="ru-RU"/>
              </w:rPr>
              <w:br/>
            </w:r>
            <w:r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теор</w:t>
            </w:r>
            <w:proofErr w:type="spellEnd"/>
            <w:r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. тур</w:t>
            </w:r>
            <w:proofErr w:type="gramStart"/>
            <w:r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 xml:space="preserve"> </w:t>
            </w:r>
            <w:r w:rsidR="00C032F8" w:rsidRPr="00FA369D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)</w:t>
            </w:r>
            <w:proofErr w:type="gramEnd"/>
          </w:p>
          <w:p w:rsidR="00050D66" w:rsidRPr="00EB6D88" w:rsidRDefault="006A33D3">
            <w:pPr>
              <w:spacing w:line="140" w:lineRule="exact"/>
              <w:jc w:val="center"/>
              <w:rPr>
                <w:i/>
                <w:sz w:val="16"/>
                <w:szCs w:val="16"/>
                <w:lang w:val="ru-RU"/>
              </w:rPr>
            </w:pPr>
            <w:r w:rsidRPr="00EB6D88">
              <w:rPr>
                <w:i/>
                <w:sz w:val="16"/>
                <w:szCs w:val="16"/>
                <w:lang w:val="ru-RU"/>
              </w:rPr>
              <w:t>МБОУ СОШ № 24</w:t>
            </w:r>
          </w:p>
        </w:tc>
        <w:tc>
          <w:tcPr>
            <w:tcW w:w="2551" w:type="dxa"/>
            <w:shd w:val="clear" w:color="auto" w:fill="FFF9E6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050D66" w:rsidRDefault="00C032F8">
            <w:pPr>
              <w:spacing w:after="20" w:line="180" w:lineRule="exact"/>
              <w:jc w:val="center"/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</w:pPr>
            <w:r w:rsidRPr="006A33D3"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  <w:t>24</w:t>
            </w:r>
          </w:p>
          <w:p w:rsidR="0039244F" w:rsidRPr="0039244F" w:rsidRDefault="0039244F">
            <w:pPr>
              <w:spacing w:after="20" w:line="180" w:lineRule="exact"/>
              <w:jc w:val="center"/>
              <w:rPr>
                <w:sz w:val="20"/>
                <w:szCs w:val="20"/>
                <w:lang w:val="ru-RU"/>
              </w:rPr>
            </w:pPr>
          </w:p>
          <w:p w:rsidR="006A33D3" w:rsidRPr="006A33D3" w:rsidRDefault="006A33D3" w:rsidP="006A33D3">
            <w:pPr>
              <w:spacing w:after="20" w:line="276" w:lineRule="auto"/>
              <w:jc w:val="center"/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</w:pPr>
            <w:r w:rsidRPr="006A33D3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Английский язык</w:t>
            </w:r>
          </w:p>
          <w:p w:rsidR="006A33D3" w:rsidRDefault="006A33D3" w:rsidP="006A33D3">
            <w:pPr>
              <w:spacing w:line="276" w:lineRule="auto"/>
              <w:jc w:val="center"/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</w:pPr>
            <w:r w:rsidRPr="006A33D3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(</w:t>
            </w:r>
            <w:proofErr w:type="spellStart"/>
            <w:r w:rsidRPr="006A33D3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устн</w:t>
            </w:r>
            <w:proofErr w:type="spellEnd"/>
            <w:r w:rsidRPr="006A33D3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. тур)</w:t>
            </w:r>
          </w:p>
          <w:p w:rsidR="00050D66" w:rsidRPr="00EB6D88" w:rsidRDefault="0039244F" w:rsidP="006A33D3">
            <w:pPr>
              <w:spacing w:line="140" w:lineRule="exact"/>
              <w:jc w:val="center"/>
              <w:rPr>
                <w:i/>
                <w:sz w:val="16"/>
                <w:szCs w:val="16"/>
                <w:lang w:val="ru-RU"/>
              </w:rPr>
            </w:pPr>
            <w:r w:rsidRPr="00EB6D88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МБОУ </w:t>
            </w:r>
            <w:r w:rsidR="006A33D3" w:rsidRPr="00EB6D88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>СОШ № 24</w:t>
            </w:r>
          </w:p>
        </w:tc>
        <w:tc>
          <w:tcPr>
            <w:tcW w:w="2551" w:type="dxa"/>
            <w:shd w:val="clear" w:color="auto" w:fill="FFF9E6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050D66" w:rsidRDefault="00C032F8">
            <w:pPr>
              <w:spacing w:after="20" w:line="180" w:lineRule="exact"/>
              <w:jc w:val="center"/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</w:pPr>
            <w:r w:rsidRPr="006A33D3"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  <w:t>25</w:t>
            </w:r>
          </w:p>
          <w:p w:rsidR="0039244F" w:rsidRPr="0039244F" w:rsidRDefault="0039244F">
            <w:pPr>
              <w:spacing w:after="20" w:line="180" w:lineRule="exact"/>
              <w:jc w:val="center"/>
              <w:rPr>
                <w:sz w:val="20"/>
                <w:szCs w:val="20"/>
                <w:lang w:val="ru-RU"/>
              </w:rPr>
            </w:pPr>
            <w:bookmarkStart w:id="0" w:name="_GoBack"/>
            <w:bookmarkEnd w:id="0"/>
          </w:p>
          <w:p w:rsidR="00050D66" w:rsidRPr="006A33D3" w:rsidRDefault="00C032F8" w:rsidP="002E337F">
            <w:pPr>
              <w:spacing w:after="20" w:line="276" w:lineRule="auto"/>
              <w:jc w:val="center"/>
              <w:rPr>
                <w:color w:val="002060"/>
                <w:sz w:val="24"/>
                <w:szCs w:val="24"/>
                <w:lang w:val="ru-RU"/>
              </w:rPr>
            </w:pPr>
            <w:r w:rsidRPr="006A33D3">
              <w:rPr>
                <w:rFonts w:ascii="Times New Roman" w:hAnsi="Times New Roman"/>
                <w:b/>
                <w:color w:val="002060"/>
                <w:sz w:val="24"/>
                <w:szCs w:val="24"/>
                <w:lang w:val="ru-RU"/>
              </w:rPr>
              <w:t>Русский язык</w:t>
            </w:r>
          </w:p>
          <w:p w:rsidR="00050D66" w:rsidRPr="006A33D3" w:rsidRDefault="0039244F">
            <w:pPr>
              <w:spacing w:line="140" w:lineRule="exact"/>
              <w:jc w:val="center"/>
              <w:rPr>
                <w:sz w:val="16"/>
                <w:szCs w:val="16"/>
                <w:lang w:val="ru-RU"/>
              </w:rPr>
            </w:pPr>
            <w:r w:rsidRPr="002E337F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МБОУ </w:t>
            </w:r>
            <w:r w:rsidR="00C032F8" w:rsidRPr="006A33D3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>СОШ № 24</w:t>
            </w:r>
          </w:p>
        </w:tc>
        <w:tc>
          <w:tcPr>
            <w:tcW w:w="2551" w:type="dxa"/>
            <w:shd w:val="clear" w:color="auto" w:fill="FFF9E6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050D66" w:rsidRDefault="00C032F8">
            <w:pPr>
              <w:spacing w:after="20" w:line="180" w:lineRule="exact"/>
              <w:jc w:val="center"/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</w:pPr>
            <w:r w:rsidRPr="0039244F"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  <w:t>26</w:t>
            </w:r>
          </w:p>
          <w:p w:rsidR="0039244F" w:rsidRPr="0039244F" w:rsidRDefault="0039244F">
            <w:pPr>
              <w:spacing w:after="20" w:line="180" w:lineRule="exact"/>
              <w:jc w:val="center"/>
              <w:rPr>
                <w:sz w:val="20"/>
                <w:szCs w:val="20"/>
                <w:lang w:val="ru-RU"/>
              </w:rPr>
            </w:pPr>
          </w:p>
          <w:p w:rsidR="00050D66" w:rsidRPr="002E337F" w:rsidRDefault="00C032F8" w:rsidP="002E337F">
            <w:pPr>
              <w:spacing w:after="2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2E337F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Французский язык</w:t>
            </w:r>
            <w:r w:rsidRPr="002E337F">
              <w:rPr>
                <w:sz w:val="24"/>
                <w:szCs w:val="24"/>
                <w:lang w:val="ru-RU"/>
              </w:rPr>
              <w:br/>
            </w:r>
            <w:r w:rsidRPr="002E337F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(</w:t>
            </w:r>
            <w:proofErr w:type="spellStart"/>
            <w:r w:rsidRPr="002E337F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теор</w:t>
            </w:r>
            <w:proofErr w:type="spellEnd"/>
            <w:r w:rsidRPr="002E337F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 xml:space="preserve">. + </w:t>
            </w:r>
            <w:proofErr w:type="spellStart"/>
            <w:r w:rsidRPr="002E337F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устн</w:t>
            </w:r>
            <w:proofErr w:type="spellEnd"/>
            <w:r w:rsidRPr="002E337F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. тур)</w:t>
            </w:r>
          </w:p>
          <w:p w:rsidR="00050D66" w:rsidRPr="006A33D3" w:rsidRDefault="0039244F">
            <w:pPr>
              <w:spacing w:line="140" w:lineRule="exact"/>
              <w:jc w:val="center"/>
              <w:rPr>
                <w:lang w:val="ru-RU"/>
              </w:rPr>
            </w:pPr>
            <w:r w:rsidRPr="002E337F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МБОУ </w:t>
            </w:r>
            <w:r w:rsidR="00C032F8" w:rsidRPr="006A33D3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>гимназия № 7</w:t>
            </w:r>
          </w:p>
        </w:tc>
        <w:tc>
          <w:tcPr>
            <w:tcW w:w="2551" w:type="dxa"/>
            <w:shd w:val="clear" w:color="auto" w:fill="FFF9E6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050D66" w:rsidRDefault="00C032F8">
            <w:pPr>
              <w:spacing w:after="20" w:line="180" w:lineRule="exact"/>
              <w:jc w:val="center"/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</w:pPr>
            <w:r w:rsidRPr="0039244F"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  <w:t>27</w:t>
            </w:r>
          </w:p>
          <w:p w:rsidR="0039244F" w:rsidRPr="0039244F" w:rsidRDefault="0039244F">
            <w:pPr>
              <w:spacing w:after="20" w:line="180" w:lineRule="exact"/>
              <w:jc w:val="center"/>
              <w:rPr>
                <w:sz w:val="20"/>
                <w:szCs w:val="20"/>
                <w:lang w:val="ru-RU"/>
              </w:rPr>
            </w:pPr>
          </w:p>
          <w:p w:rsidR="00050D66" w:rsidRPr="002E337F" w:rsidRDefault="00C032F8" w:rsidP="002E337F">
            <w:pPr>
              <w:spacing w:after="2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2E337F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Труд (технология)</w:t>
            </w:r>
            <w:r w:rsidRPr="002E337F">
              <w:rPr>
                <w:sz w:val="24"/>
                <w:szCs w:val="24"/>
                <w:lang w:val="ru-RU"/>
              </w:rPr>
              <w:br/>
            </w:r>
            <w:r w:rsidRPr="002E337F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(</w:t>
            </w:r>
            <w:proofErr w:type="spellStart"/>
            <w:r w:rsidRPr="002E337F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теор</w:t>
            </w:r>
            <w:proofErr w:type="spellEnd"/>
            <w:r w:rsidRPr="002E337F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. тур)</w:t>
            </w:r>
          </w:p>
          <w:p w:rsidR="00050D66" w:rsidRPr="00C54F91" w:rsidRDefault="0039244F">
            <w:pPr>
              <w:spacing w:line="140" w:lineRule="exact"/>
              <w:jc w:val="center"/>
              <w:rPr>
                <w:lang w:val="ru-RU"/>
              </w:rPr>
            </w:pPr>
            <w:r w:rsidRPr="002E337F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МБОУ </w:t>
            </w:r>
            <w:r w:rsidR="00C032F8" w:rsidRPr="002E337F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>СОШ № 9</w:t>
            </w:r>
          </w:p>
        </w:tc>
        <w:tc>
          <w:tcPr>
            <w:tcW w:w="2551" w:type="dxa"/>
            <w:shd w:val="clear" w:color="auto" w:fill="FFF9E6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050D66" w:rsidRDefault="00C032F8">
            <w:pPr>
              <w:spacing w:after="20" w:line="180" w:lineRule="exact"/>
              <w:jc w:val="center"/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</w:pPr>
            <w:r w:rsidRPr="0039244F"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  <w:t>28</w:t>
            </w:r>
          </w:p>
          <w:p w:rsidR="0039244F" w:rsidRPr="0039244F" w:rsidRDefault="0039244F">
            <w:pPr>
              <w:spacing w:after="20" w:line="180" w:lineRule="exact"/>
              <w:jc w:val="center"/>
              <w:rPr>
                <w:sz w:val="20"/>
                <w:szCs w:val="20"/>
                <w:lang w:val="ru-RU"/>
              </w:rPr>
            </w:pPr>
          </w:p>
          <w:p w:rsidR="00050D66" w:rsidRPr="002E337F" w:rsidRDefault="00C032F8" w:rsidP="002E337F">
            <w:pPr>
              <w:spacing w:after="2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2E337F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Труд (технология)</w:t>
            </w:r>
            <w:r w:rsidRPr="002E337F">
              <w:rPr>
                <w:sz w:val="24"/>
                <w:szCs w:val="24"/>
                <w:lang w:val="ru-RU"/>
              </w:rPr>
              <w:br/>
            </w:r>
            <w:r w:rsidRPr="002E337F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(</w:t>
            </w:r>
            <w:proofErr w:type="spellStart"/>
            <w:r w:rsidRPr="002E337F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практ</w:t>
            </w:r>
            <w:proofErr w:type="spellEnd"/>
            <w:r w:rsidRPr="002E337F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. тур)</w:t>
            </w:r>
          </w:p>
          <w:p w:rsidR="00050D66" w:rsidRPr="00C54F91" w:rsidRDefault="0039244F">
            <w:pPr>
              <w:spacing w:line="140" w:lineRule="exact"/>
              <w:jc w:val="center"/>
              <w:rPr>
                <w:lang w:val="ru-RU"/>
              </w:rPr>
            </w:pPr>
            <w:r w:rsidRPr="002E337F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МБОУ </w:t>
            </w:r>
            <w:r w:rsidR="00C032F8" w:rsidRPr="002E337F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>СОШ № 9</w:t>
            </w:r>
          </w:p>
        </w:tc>
      </w:tr>
      <w:tr w:rsidR="00050D66">
        <w:trPr>
          <w:trHeight w:val="227"/>
          <w:jc w:val="center"/>
        </w:trPr>
        <w:tc>
          <w:tcPr>
            <w:tcW w:w="15306" w:type="dxa"/>
            <w:gridSpan w:val="6"/>
            <w:shd w:val="clear" w:color="auto" w:fill="D6E0F0"/>
            <w:tcMar>
              <w:top w:w="15" w:type="dxa"/>
              <w:left w:w="40" w:type="dxa"/>
              <w:bottom w:w="15" w:type="dxa"/>
              <w:right w:w="40" w:type="dxa"/>
            </w:tcMar>
          </w:tcPr>
          <w:p w:rsidR="00050D66" w:rsidRDefault="00C032F8">
            <w:pPr>
              <w:spacing w:line="200" w:lineRule="exact"/>
              <w:jc w:val="center"/>
            </w:pPr>
            <w:r>
              <w:rPr>
                <w:rFonts w:ascii="Times New Roman" w:hAnsi="Times New Roman"/>
                <w:b/>
                <w:color w:val="1A3A6E"/>
                <w:sz w:val="18"/>
              </w:rPr>
              <w:t>НОЯБРЬ – ДЕКАБРЬ</w:t>
            </w:r>
          </w:p>
        </w:tc>
      </w:tr>
      <w:tr w:rsidR="00050D66" w:rsidTr="00C54F91">
        <w:trPr>
          <w:trHeight w:val="1101"/>
          <w:jc w:val="center"/>
        </w:trPr>
        <w:tc>
          <w:tcPr>
            <w:tcW w:w="2551" w:type="dxa"/>
            <w:shd w:val="clear" w:color="auto" w:fill="FFF9E6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050D66" w:rsidRDefault="00C032F8">
            <w:pPr>
              <w:spacing w:after="20" w:line="180" w:lineRule="exact"/>
              <w:jc w:val="center"/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</w:pPr>
            <w:r w:rsidRPr="004054A0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30</w:t>
            </w:r>
          </w:p>
          <w:p w:rsidR="004054A0" w:rsidRPr="004054A0" w:rsidRDefault="004054A0">
            <w:pPr>
              <w:spacing w:after="20" w:line="180" w:lineRule="exact"/>
              <w:jc w:val="center"/>
              <w:rPr>
                <w:sz w:val="20"/>
                <w:szCs w:val="20"/>
                <w:lang w:val="ru-RU"/>
              </w:rPr>
            </w:pPr>
          </w:p>
          <w:p w:rsidR="00050D66" w:rsidRPr="002E337F" w:rsidRDefault="00C032F8" w:rsidP="002E337F">
            <w:pPr>
              <w:spacing w:after="20" w:line="276" w:lineRule="auto"/>
              <w:jc w:val="center"/>
              <w:rPr>
                <w:sz w:val="24"/>
                <w:szCs w:val="24"/>
              </w:rPr>
            </w:pPr>
            <w:r w:rsidRPr="002E337F">
              <w:rPr>
                <w:rFonts w:ascii="Times New Roman" w:hAnsi="Times New Roman"/>
                <w:b/>
                <w:color w:val="1A3A6E"/>
                <w:sz w:val="24"/>
                <w:szCs w:val="24"/>
              </w:rPr>
              <w:t>Экономика</w:t>
            </w:r>
          </w:p>
          <w:p w:rsidR="00050D66" w:rsidRPr="0039244F" w:rsidRDefault="0039244F">
            <w:pPr>
              <w:spacing w:line="140" w:lineRule="exact"/>
              <w:jc w:val="center"/>
              <w:rPr>
                <w:sz w:val="16"/>
                <w:szCs w:val="16"/>
              </w:rPr>
            </w:pPr>
            <w:r w:rsidRPr="002E337F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МБОУ </w:t>
            </w:r>
            <w:r w:rsidR="00C032F8" w:rsidRPr="002E337F">
              <w:rPr>
                <w:rFonts w:ascii="Times New Roman" w:hAnsi="Times New Roman"/>
                <w:i/>
                <w:sz w:val="16"/>
                <w:szCs w:val="16"/>
              </w:rPr>
              <w:t>СОШ № 20</w:t>
            </w:r>
          </w:p>
        </w:tc>
        <w:tc>
          <w:tcPr>
            <w:tcW w:w="2551" w:type="dxa"/>
            <w:shd w:val="clear" w:color="auto" w:fill="FFF9E6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050D66" w:rsidRDefault="00C032F8">
            <w:pPr>
              <w:spacing w:after="20" w:line="180" w:lineRule="exact"/>
              <w:jc w:val="center"/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</w:pPr>
            <w:r w:rsidRPr="004054A0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1</w:t>
            </w:r>
          </w:p>
          <w:p w:rsidR="004054A0" w:rsidRPr="004054A0" w:rsidRDefault="004054A0">
            <w:pPr>
              <w:spacing w:after="20" w:line="180" w:lineRule="exact"/>
              <w:jc w:val="center"/>
              <w:rPr>
                <w:sz w:val="20"/>
                <w:szCs w:val="20"/>
                <w:lang w:val="ru-RU"/>
              </w:rPr>
            </w:pPr>
          </w:p>
          <w:p w:rsidR="00050D66" w:rsidRPr="002E337F" w:rsidRDefault="00C032F8" w:rsidP="002E337F">
            <w:pPr>
              <w:spacing w:after="20" w:line="276" w:lineRule="auto"/>
              <w:jc w:val="center"/>
              <w:rPr>
                <w:sz w:val="24"/>
                <w:szCs w:val="24"/>
              </w:rPr>
            </w:pPr>
            <w:r w:rsidRPr="002E337F">
              <w:rPr>
                <w:rFonts w:ascii="Times New Roman" w:hAnsi="Times New Roman"/>
                <w:b/>
                <w:color w:val="1A3A6E"/>
                <w:sz w:val="24"/>
                <w:szCs w:val="24"/>
              </w:rPr>
              <w:t>Искусство (МХК)</w:t>
            </w:r>
          </w:p>
          <w:p w:rsidR="00050D66" w:rsidRPr="0039244F" w:rsidRDefault="0039244F">
            <w:pPr>
              <w:spacing w:line="140" w:lineRule="exact"/>
              <w:jc w:val="center"/>
              <w:rPr>
                <w:sz w:val="16"/>
                <w:szCs w:val="16"/>
              </w:rPr>
            </w:pPr>
            <w:r w:rsidRPr="002E337F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МБОУ </w:t>
            </w:r>
            <w:r w:rsidR="00C032F8" w:rsidRPr="002E337F">
              <w:rPr>
                <w:rFonts w:ascii="Times New Roman" w:hAnsi="Times New Roman"/>
                <w:i/>
                <w:sz w:val="16"/>
                <w:szCs w:val="16"/>
              </w:rPr>
              <w:t>СОШ № 3</w:t>
            </w:r>
          </w:p>
        </w:tc>
        <w:tc>
          <w:tcPr>
            <w:tcW w:w="2551" w:type="dxa"/>
            <w:shd w:val="clear" w:color="auto" w:fill="F5F5F5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050D66" w:rsidRPr="004054A0" w:rsidRDefault="00C032F8">
            <w:pPr>
              <w:jc w:val="center"/>
              <w:rPr>
                <w:sz w:val="20"/>
                <w:szCs w:val="20"/>
              </w:rPr>
            </w:pPr>
            <w:r w:rsidRPr="004054A0">
              <w:rPr>
                <w:rFonts w:ascii="Times New Roman" w:hAnsi="Times New Roman"/>
                <w:b/>
                <w:color w:val="999999"/>
                <w:sz w:val="20"/>
                <w:szCs w:val="20"/>
              </w:rPr>
              <w:t>2</w:t>
            </w:r>
          </w:p>
        </w:tc>
        <w:tc>
          <w:tcPr>
            <w:tcW w:w="2551" w:type="dxa"/>
            <w:shd w:val="clear" w:color="auto" w:fill="FFF9E6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050D66" w:rsidRDefault="00C032F8">
            <w:pPr>
              <w:spacing w:after="20" w:line="180" w:lineRule="exact"/>
              <w:jc w:val="center"/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</w:pPr>
            <w:r w:rsidRPr="004054A0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3</w:t>
            </w:r>
          </w:p>
          <w:p w:rsidR="004054A0" w:rsidRPr="004054A0" w:rsidRDefault="004054A0">
            <w:pPr>
              <w:spacing w:after="20" w:line="180" w:lineRule="exact"/>
              <w:jc w:val="center"/>
              <w:rPr>
                <w:sz w:val="20"/>
                <w:szCs w:val="20"/>
                <w:lang w:val="ru-RU"/>
              </w:rPr>
            </w:pPr>
          </w:p>
          <w:p w:rsidR="00050D66" w:rsidRPr="002E337F" w:rsidRDefault="00C032F8" w:rsidP="002E337F">
            <w:pPr>
              <w:spacing w:after="20"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2E337F">
              <w:rPr>
                <w:rFonts w:ascii="Times New Roman" w:hAnsi="Times New Roman"/>
                <w:b/>
                <w:color w:val="1A3A6E"/>
                <w:sz w:val="24"/>
                <w:szCs w:val="24"/>
              </w:rPr>
              <w:t>Право</w:t>
            </w:r>
            <w:proofErr w:type="spellEnd"/>
          </w:p>
          <w:p w:rsidR="00050D66" w:rsidRPr="0039244F" w:rsidRDefault="0039244F">
            <w:pPr>
              <w:spacing w:line="140" w:lineRule="exact"/>
              <w:jc w:val="center"/>
              <w:rPr>
                <w:sz w:val="16"/>
                <w:szCs w:val="16"/>
              </w:rPr>
            </w:pPr>
            <w:r w:rsidRPr="002E337F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МБОУ </w:t>
            </w:r>
            <w:r w:rsidR="00C032F8" w:rsidRPr="002E337F">
              <w:rPr>
                <w:rFonts w:ascii="Times New Roman" w:hAnsi="Times New Roman"/>
                <w:i/>
                <w:sz w:val="16"/>
                <w:szCs w:val="16"/>
              </w:rPr>
              <w:t>СОШ № 2</w:t>
            </w:r>
          </w:p>
        </w:tc>
        <w:tc>
          <w:tcPr>
            <w:tcW w:w="2551" w:type="dxa"/>
            <w:shd w:val="clear" w:color="auto" w:fill="FFF9E6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050D66" w:rsidRDefault="00C032F8">
            <w:pPr>
              <w:spacing w:after="20" w:line="180" w:lineRule="exact"/>
              <w:jc w:val="center"/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</w:pPr>
            <w:r w:rsidRPr="004054A0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4</w:t>
            </w:r>
          </w:p>
          <w:p w:rsidR="004054A0" w:rsidRPr="002E337F" w:rsidRDefault="004054A0">
            <w:pPr>
              <w:spacing w:after="20" w:line="180" w:lineRule="exact"/>
              <w:jc w:val="center"/>
              <w:rPr>
                <w:sz w:val="24"/>
                <w:szCs w:val="24"/>
                <w:lang w:val="ru-RU"/>
              </w:rPr>
            </w:pPr>
          </w:p>
          <w:p w:rsidR="00050D66" w:rsidRPr="002E337F" w:rsidRDefault="00C032F8" w:rsidP="002E337F">
            <w:pPr>
              <w:spacing w:after="20"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2E337F">
              <w:rPr>
                <w:rFonts w:ascii="Times New Roman" w:hAnsi="Times New Roman"/>
                <w:b/>
                <w:color w:val="1A3A6E"/>
                <w:sz w:val="24"/>
                <w:szCs w:val="24"/>
              </w:rPr>
              <w:t>Литература</w:t>
            </w:r>
            <w:proofErr w:type="spellEnd"/>
          </w:p>
          <w:p w:rsidR="00050D66" w:rsidRPr="0039244F" w:rsidRDefault="0039244F">
            <w:pPr>
              <w:spacing w:line="140" w:lineRule="exact"/>
              <w:jc w:val="center"/>
              <w:rPr>
                <w:sz w:val="16"/>
                <w:szCs w:val="16"/>
              </w:rPr>
            </w:pPr>
            <w:r w:rsidRPr="002E337F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МБОУ </w:t>
            </w:r>
            <w:r w:rsidR="00C032F8" w:rsidRPr="002E337F">
              <w:rPr>
                <w:rFonts w:ascii="Times New Roman" w:hAnsi="Times New Roman"/>
                <w:i/>
                <w:sz w:val="16"/>
                <w:szCs w:val="16"/>
              </w:rPr>
              <w:t>СОШ № 2</w:t>
            </w:r>
          </w:p>
        </w:tc>
        <w:tc>
          <w:tcPr>
            <w:tcW w:w="2551" w:type="dxa"/>
            <w:shd w:val="clear" w:color="auto" w:fill="F5F5F5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050D66" w:rsidRPr="004054A0" w:rsidRDefault="00C032F8">
            <w:pPr>
              <w:jc w:val="center"/>
              <w:rPr>
                <w:sz w:val="20"/>
                <w:szCs w:val="20"/>
              </w:rPr>
            </w:pPr>
            <w:r w:rsidRPr="004054A0">
              <w:rPr>
                <w:rFonts w:ascii="Times New Roman" w:hAnsi="Times New Roman"/>
                <w:b/>
                <w:color w:val="999999"/>
                <w:sz w:val="20"/>
                <w:szCs w:val="20"/>
              </w:rPr>
              <w:t>5</w:t>
            </w:r>
          </w:p>
        </w:tc>
      </w:tr>
      <w:tr w:rsidR="00050D66">
        <w:trPr>
          <w:trHeight w:val="227"/>
          <w:jc w:val="center"/>
        </w:trPr>
        <w:tc>
          <w:tcPr>
            <w:tcW w:w="15306" w:type="dxa"/>
            <w:gridSpan w:val="6"/>
            <w:shd w:val="clear" w:color="auto" w:fill="D6E0F0"/>
            <w:tcMar>
              <w:top w:w="15" w:type="dxa"/>
              <w:left w:w="40" w:type="dxa"/>
              <w:bottom w:w="15" w:type="dxa"/>
              <w:right w:w="40" w:type="dxa"/>
            </w:tcMar>
          </w:tcPr>
          <w:p w:rsidR="00050D66" w:rsidRDefault="00C032F8">
            <w:pPr>
              <w:spacing w:line="200" w:lineRule="exact"/>
              <w:jc w:val="center"/>
            </w:pPr>
            <w:r>
              <w:rPr>
                <w:rFonts w:ascii="Times New Roman" w:hAnsi="Times New Roman"/>
                <w:b/>
                <w:color w:val="1A3A6E"/>
                <w:sz w:val="18"/>
              </w:rPr>
              <w:t>ДЕКАБРЬ</w:t>
            </w:r>
          </w:p>
        </w:tc>
      </w:tr>
      <w:tr w:rsidR="00050D66" w:rsidTr="002E337F">
        <w:trPr>
          <w:trHeight w:val="1676"/>
          <w:jc w:val="center"/>
        </w:trPr>
        <w:tc>
          <w:tcPr>
            <w:tcW w:w="2551" w:type="dxa"/>
            <w:shd w:val="clear" w:color="auto" w:fill="FFF9E6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050D66" w:rsidRDefault="00C032F8">
            <w:pPr>
              <w:spacing w:after="20" w:line="180" w:lineRule="exact"/>
              <w:jc w:val="center"/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</w:pPr>
            <w:r w:rsidRPr="004054A0"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  <w:t>7</w:t>
            </w:r>
          </w:p>
          <w:p w:rsidR="004054A0" w:rsidRPr="004054A0" w:rsidRDefault="004054A0">
            <w:pPr>
              <w:spacing w:after="20" w:line="180" w:lineRule="exact"/>
              <w:jc w:val="center"/>
              <w:rPr>
                <w:sz w:val="20"/>
                <w:szCs w:val="20"/>
                <w:lang w:val="ru-RU"/>
              </w:rPr>
            </w:pPr>
          </w:p>
          <w:p w:rsidR="00050D66" w:rsidRPr="002E337F" w:rsidRDefault="00C032F8" w:rsidP="002E337F">
            <w:pPr>
              <w:spacing w:after="20" w:line="276" w:lineRule="auto"/>
              <w:jc w:val="center"/>
              <w:rPr>
                <w:sz w:val="24"/>
                <w:szCs w:val="24"/>
              </w:rPr>
            </w:pPr>
            <w:r w:rsidRPr="002E337F">
              <w:rPr>
                <w:rFonts w:ascii="Times New Roman" w:hAnsi="Times New Roman"/>
                <w:b/>
                <w:color w:val="1A3A6E"/>
                <w:sz w:val="24"/>
                <w:szCs w:val="24"/>
              </w:rPr>
              <w:t>Информатика</w:t>
            </w:r>
            <w:r w:rsidRPr="002E337F">
              <w:rPr>
                <w:sz w:val="24"/>
                <w:szCs w:val="24"/>
              </w:rPr>
              <w:br/>
            </w:r>
            <w:r w:rsidRPr="002E337F">
              <w:rPr>
                <w:rFonts w:ascii="Times New Roman" w:hAnsi="Times New Roman"/>
                <w:b/>
                <w:color w:val="1A3A6E"/>
                <w:sz w:val="24"/>
                <w:szCs w:val="24"/>
              </w:rPr>
              <w:t>«</w:t>
            </w:r>
            <w:proofErr w:type="spellStart"/>
            <w:r w:rsidRPr="002E337F">
              <w:rPr>
                <w:rFonts w:ascii="Times New Roman" w:hAnsi="Times New Roman"/>
                <w:b/>
                <w:color w:val="1A3A6E"/>
                <w:sz w:val="24"/>
                <w:szCs w:val="24"/>
              </w:rPr>
              <w:t>Робототехника</w:t>
            </w:r>
            <w:proofErr w:type="spellEnd"/>
            <w:r w:rsidRPr="002E337F">
              <w:rPr>
                <w:rFonts w:ascii="Times New Roman" w:hAnsi="Times New Roman"/>
                <w:b/>
                <w:color w:val="1A3A6E"/>
                <w:sz w:val="24"/>
                <w:szCs w:val="24"/>
              </w:rPr>
              <w:t>» (</w:t>
            </w:r>
            <w:proofErr w:type="spellStart"/>
            <w:r w:rsidRPr="002E337F">
              <w:rPr>
                <w:rFonts w:ascii="Times New Roman" w:hAnsi="Times New Roman"/>
                <w:b/>
                <w:color w:val="1A3A6E"/>
                <w:sz w:val="24"/>
                <w:szCs w:val="24"/>
              </w:rPr>
              <w:t>теор</w:t>
            </w:r>
            <w:proofErr w:type="spellEnd"/>
            <w:r w:rsidRPr="002E337F">
              <w:rPr>
                <w:rFonts w:ascii="Times New Roman" w:hAnsi="Times New Roman"/>
                <w:b/>
                <w:color w:val="1A3A6E"/>
                <w:sz w:val="24"/>
                <w:szCs w:val="24"/>
              </w:rPr>
              <w:t>.)</w:t>
            </w:r>
          </w:p>
          <w:p w:rsidR="00050D66" w:rsidRPr="0039244F" w:rsidRDefault="00C032F8">
            <w:pPr>
              <w:spacing w:line="140" w:lineRule="exact"/>
              <w:jc w:val="center"/>
              <w:rPr>
                <w:sz w:val="16"/>
                <w:szCs w:val="16"/>
              </w:rPr>
            </w:pPr>
            <w:r w:rsidRPr="002E337F">
              <w:rPr>
                <w:rFonts w:ascii="Times New Roman" w:hAnsi="Times New Roman"/>
                <w:i/>
                <w:sz w:val="16"/>
                <w:szCs w:val="16"/>
              </w:rPr>
              <w:t>ЦРТДЮ</w:t>
            </w:r>
          </w:p>
        </w:tc>
        <w:tc>
          <w:tcPr>
            <w:tcW w:w="2551" w:type="dxa"/>
            <w:shd w:val="clear" w:color="auto" w:fill="FFF9E6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050D66" w:rsidRDefault="00C032F8">
            <w:pPr>
              <w:spacing w:after="20" w:line="180" w:lineRule="exact"/>
              <w:jc w:val="center"/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</w:pPr>
            <w:r w:rsidRPr="004054A0"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  <w:t>8</w:t>
            </w:r>
          </w:p>
          <w:p w:rsidR="004054A0" w:rsidRPr="004054A0" w:rsidRDefault="004054A0">
            <w:pPr>
              <w:spacing w:after="20" w:line="180" w:lineRule="exact"/>
              <w:jc w:val="center"/>
              <w:rPr>
                <w:sz w:val="20"/>
                <w:szCs w:val="20"/>
                <w:lang w:val="ru-RU"/>
              </w:rPr>
            </w:pPr>
          </w:p>
          <w:p w:rsidR="00050D66" w:rsidRPr="002E337F" w:rsidRDefault="00C032F8" w:rsidP="002E337F">
            <w:pPr>
              <w:spacing w:after="2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2E337F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Информатика</w:t>
            </w:r>
            <w:r w:rsidRPr="002E337F">
              <w:rPr>
                <w:sz w:val="24"/>
                <w:szCs w:val="24"/>
                <w:lang w:val="ru-RU"/>
              </w:rPr>
              <w:br/>
            </w:r>
            <w:r w:rsidRPr="002E337F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«Робототехника» (</w:t>
            </w:r>
            <w:proofErr w:type="spellStart"/>
            <w:r w:rsidRPr="002E337F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практ</w:t>
            </w:r>
            <w:proofErr w:type="spellEnd"/>
            <w:r w:rsidRPr="002E337F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.)</w:t>
            </w:r>
          </w:p>
          <w:p w:rsidR="00050D66" w:rsidRPr="0039244F" w:rsidRDefault="00C032F8">
            <w:pPr>
              <w:spacing w:line="140" w:lineRule="exact"/>
              <w:jc w:val="center"/>
              <w:rPr>
                <w:sz w:val="16"/>
                <w:szCs w:val="16"/>
                <w:lang w:val="ru-RU"/>
              </w:rPr>
            </w:pPr>
            <w:r w:rsidRPr="002E337F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>ЦРТДЮ</w:t>
            </w:r>
          </w:p>
        </w:tc>
        <w:tc>
          <w:tcPr>
            <w:tcW w:w="2551" w:type="dxa"/>
            <w:shd w:val="clear" w:color="auto" w:fill="FFF9E6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050D66" w:rsidRDefault="00C032F8">
            <w:pPr>
              <w:spacing w:after="20" w:line="180" w:lineRule="exact"/>
              <w:jc w:val="center"/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</w:pPr>
            <w:r w:rsidRPr="004054A0"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  <w:t>9</w:t>
            </w:r>
          </w:p>
          <w:p w:rsidR="004054A0" w:rsidRPr="002E337F" w:rsidRDefault="004054A0">
            <w:pPr>
              <w:spacing w:after="20" w:line="180" w:lineRule="exact"/>
              <w:jc w:val="center"/>
              <w:rPr>
                <w:sz w:val="24"/>
                <w:szCs w:val="24"/>
                <w:lang w:val="ru-RU"/>
              </w:rPr>
            </w:pPr>
          </w:p>
          <w:p w:rsidR="00050D66" w:rsidRPr="002E337F" w:rsidRDefault="00C032F8" w:rsidP="002E337F">
            <w:pPr>
              <w:spacing w:after="2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2E337F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Информатика</w:t>
            </w:r>
            <w:r w:rsidRPr="002E337F">
              <w:rPr>
                <w:sz w:val="24"/>
                <w:szCs w:val="24"/>
                <w:lang w:val="ru-RU"/>
              </w:rPr>
              <w:br/>
            </w:r>
            <w:r w:rsidRPr="002E337F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«Искусственный интеллект»</w:t>
            </w:r>
          </w:p>
          <w:p w:rsidR="00050D66" w:rsidRPr="0039244F" w:rsidRDefault="0039244F">
            <w:pPr>
              <w:spacing w:line="140" w:lineRule="exact"/>
              <w:jc w:val="center"/>
              <w:rPr>
                <w:sz w:val="16"/>
                <w:szCs w:val="16"/>
                <w:lang w:val="ru-RU"/>
              </w:rPr>
            </w:pPr>
            <w:r w:rsidRPr="002E337F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МБОУ </w:t>
            </w:r>
            <w:r w:rsidR="00C032F8" w:rsidRPr="002E337F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>СОШ № 3</w:t>
            </w:r>
          </w:p>
        </w:tc>
        <w:tc>
          <w:tcPr>
            <w:tcW w:w="2551" w:type="dxa"/>
            <w:shd w:val="clear" w:color="auto" w:fill="F5F5F5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050D66" w:rsidRPr="004054A0" w:rsidRDefault="00C032F8">
            <w:pPr>
              <w:jc w:val="center"/>
              <w:rPr>
                <w:sz w:val="20"/>
                <w:szCs w:val="20"/>
                <w:lang w:val="ru-RU"/>
              </w:rPr>
            </w:pPr>
            <w:r w:rsidRPr="004054A0">
              <w:rPr>
                <w:rFonts w:ascii="Times New Roman" w:hAnsi="Times New Roman"/>
                <w:b/>
                <w:color w:val="999999"/>
                <w:sz w:val="20"/>
                <w:szCs w:val="20"/>
                <w:lang w:val="ru-RU"/>
              </w:rPr>
              <w:t>10</w:t>
            </w:r>
          </w:p>
        </w:tc>
        <w:tc>
          <w:tcPr>
            <w:tcW w:w="2551" w:type="dxa"/>
            <w:shd w:val="clear" w:color="auto" w:fill="FFF9E6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050D66" w:rsidRDefault="00C032F8">
            <w:pPr>
              <w:spacing w:after="20" w:line="180" w:lineRule="exact"/>
              <w:jc w:val="center"/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</w:pPr>
            <w:r w:rsidRPr="004054A0"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  <w:t>11</w:t>
            </w:r>
          </w:p>
          <w:p w:rsidR="004054A0" w:rsidRPr="004054A0" w:rsidRDefault="004054A0">
            <w:pPr>
              <w:spacing w:after="20" w:line="180" w:lineRule="exact"/>
              <w:jc w:val="center"/>
              <w:rPr>
                <w:sz w:val="20"/>
                <w:szCs w:val="20"/>
                <w:lang w:val="ru-RU"/>
              </w:rPr>
            </w:pPr>
          </w:p>
          <w:p w:rsidR="00050D66" w:rsidRPr="002E337F" w:rsidRDefault="00C032F8" w:rsidP="002E337F">
            <w:pPr>
              <w:spacing w:after="2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2E337F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Информатика</w:t>
            </w:r>
            <w:r w:rsidRPr="002E337F">
              <w:rPr>
                <w:sz w:val="24"/>
                <w:szCs w:val="24"/>
                <w:lang w:val="ru-RU"/>
              </w:rPr>
              <w:br/>
            </w:r>
            <w:r w:rsidRPr="002E337F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«</w:t>
            </w:r>
            <w:proofErr w:type="spellStart"/>
            <w:r w:rsidRPr="002E337F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Информ</w:t>
            </w:r>
            <w:proofErr w:type="spellEnd"/>
            <w:r w:rsidRPr="002E337F">
              <w:rPr>
                <w:rFonts w:ascii="Times New Roman" w:hAnsi="Times New Roman"/>
                <w:b/>
                <w:color w:val="1A3A6E"/>
                <w:sz w:val="24"/>
                <w:szCs w:val="24"/>
                <w:lang w:val="ru-RU"/>
              </w:rPr>
              <w:t>. безопасность»</w:t>
            </w:r>
          </w:p>
          <w:p w:rsidR="00050D66" w:rsidRPr="004054A0" w:rsidRDefault="0039244F">
            <w:pPr>
              <w:spacing w:line="140" w:lineRule="exact"/>
              <w:jc w:val="center"/>
              <w:rPr>
                <w:sz w:val="16"/>
                <w:szCs w:val="16"/>
                <w:lang w:val="ru-RU"/>
              </w:rPr>
            </w:pPr>
            <w:r w:rsidRPr="002E337F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МБОУ </w:t>
            </w:r>
            <w:r w:rsidR="00C032F8" w:rsidRPr="002E337F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>СОШ № 1, 56</w:t>
            </w:r>
          </w:p>
        </w:tc>
        <w:tc>
          <w:tcPr>
            <w:tcW w:w="2551" w:type="dxa"/>
            <w:shd w:val="clear" w:color="auto" w:fill="F5F5F5"/>
            <w:tcMar>
              <w:top w:w="25" w:type="dxa"/>
              <w:left w:w="50" w:type="dxa"/>
              <w:bottom w:w="25" w:type="dxa"/>
              <w:right w:w="50" w:type="dxa"/>
            </w:tcMar>
          </w:tcPr>
          <w:p w:rsidR="00050D66" w:rsidRPr="004054A0" w:rsidRDefault="00C032F8">
            <w:pPr>
              <w:jc w:val="center"/>
              <w:rPr>
                <w:sz w:val="20"/>
                <w:szCs w:val="20"/>
              </w:rPr>
            </w:pPr>
            <w:r w:rsidRPr="004054A0">
              <w:rPr>
                <w:rFonts w:ascii="Times New Roman" w:hAnsi="Times New Roman"/>
                <w:b/>
                <w:color w:val="999999"/>
                <w:sz w:val="20"/>
                <w:szCs w:val="20"/>
              </w:rPr>
              <w:t>12</w:t>
            </w:r>
          </w:p>
        </w:tc>
      </w:tr>
    </w:tbl>
    <w:p w:rsidR="002E337F" w:rsidRPr="00C54F91" w:rsidRDefault="002E337F" w:rsidP="002E337F">
      <w:pPr>
        <w:rPr>
          <w:lang w:val="ru-RU"/>
        </w:rPr>
      </w:pPr>
    </w:p>
    <w:sectPr w:rsidR="002E337F" w:rsidRPr="00C54F91" w:rsidSect="002E337F">
      <w:pgSz w:w="16838" w:h="11906" w:orient="landscape"/>
      <w:pgMar w:top="0" w:right="680" w:bottom="142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0D66"/>
    <w:rsid w:val="0006063C"/>
    <w:rsid w:val="0015074B"/>
    <w:rsid w:val="001F7DE1"/>
    <w:rsid w:val="0029639D"/>
    <w:rsid w:val="002E337F"/>
    <w:rsid w:val="00326F90"/>
    <w:rsid w:val="0039244F"/>
    <w:rsid w:val="004054A0"/>
    <w:rsid w:val="00460BA9"/>
    <w:rsid w:val="005B6674"/>
    <w:rsid w:val="006A33D3"/>
    <w:rsid w:val="009D323E"/>
    <w:rsid w:val="00AA1D8D"/>
    <w:rsid w:val="00B47730"/>
    <w:rsid w:val="00B74C1F"/>
    <w:rsid w:val="00C032F8"/>
    <w:rsid w:val="00C54F91"/>
    <w:rsid w:val="00C875DC"/>
    <w:rsid w:val="00CB0664"/>
    <w:rsid w:val="00D76EFF"/>
    <w:rsid w:val="00EB6D88"/>
    <w:rsid w:val="00FA369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39F37A0-A3A5-42A7-856E-CBCB6A6CA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ИМЦ</cp:lastModifiedBy>
  <cp:revision>6</cp:revision>
  <cp:lastPrinted>2026-10-16T08:41:00Z</cp:lastPrinted>
  <dcterms:created xsi:type="dcterms:W3CDTF">2026-10-08T09:15:00Z</dcterms:created>
  <dcterms:modified xsi:type="dcterms:W3CDTF">2026-10-16T08:58:00Z</dcterms:modified>
</cp:coreProperties>
</file>