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D41" w:rsidRDefault="00E11D41" w:rsidP="004A24F0">
      <w:pPr>
        <w:spacing w:after="40" w:line="240" w:lineRule="auto"/>
        <w:jc w:val="right"/>
        <w:rPr>
          <w:b/>
          <w:lang w:val="ru-RU"/>
        </w:rPr>
      </w:pPr>
      <w:r w:rsidRPr="006433DD">
        <w:rPr>
          <w:b/>
          <w:lang w:val="ru-RU"/>
        </w:rPr>
        <w:t xml:space="preserve">Директору </w:t>
      </w:r>
    </w:p>
    <w:p w:rsidR="00526A4B" w:rsidRPr="006433DD" w:rsidRDefault="00E11D41" w:rsidP="004A24F0">
      <w:pPr>
        <w:spacing w:after="40" w:line="240" w:lineRule="auto"/>
        <w:jc w:val="right"/>
        <w:rPr>
          <w:lang w:val="ru-RU"/>
        </w:rPr>
      </w:pPr>
      <w:r w:rsidRPr="006433DD">
        <w:rPr>
          <w:b/>
          <w:lang w:val="ru-RU"/>
        </w:rPr>
        <w:t>ГБОУ школы № 411 «Гармония»</w:t>
      </w:r>
    </w:p>
    <w:p w:rsidR="00526A4B" w:rsidRPr="00E11D41" w:rsidRDefault="00E11D41" w:rsidP="004A24F0">
      <w:pPr>
        <w:spacing w:after="40" w:line="240" w:lineRule="auto"/>
        <w:jc w:val="right"/>
        <w:rPr>
          <w:b/>
          <w:lang w:val="ru-RU"/>
        </w:rPr>
      </w:pPr>
      <w:proofErr w:type="spellStart"/>
      <w:r w:rsidRPr="00E11D41">
        <w:rPr>
          <w:b/>
          <w:lang w:val="ru-RU"/>
        </w:rPr>
        <w:t>Петродворцового</w:t>
      </w:r>
      <w:proofErr w:type="spellEnd"/>
      <w:r w:rsidRPr="00E11D41">
        <w:rPr>
          <w:b/>
          <w:lang w:val="ru-RU"/>
        </w:rPr>
        <w:t xml:space="preserve"> района Санкт-Петербурга</w:t>
      </w:r>
    </w:p>
    <w:p w:rsidR="00526A4B" w:rsidRPr="00E11D41" w:rsidRDefault="00E11D41" w:rsidP="004A24F0">
      <w:pPr>
        <w:spacing w:after="40" w:line="240" w:lineRule="auto"/>
        <w:jc w:val="right"/>
        <w:rPr>
          <w:b/>
          <w:lang w:val="ru-RU"/>
        </w:rPr>
      </w:pPr>
      <w:proofErr w:type="spellStart"/>
      <w:r w:rsidRPr="00E11D41">
        <w:rPr>
          <w:b/>
          <w:lang w:val="ru-RU"/>
        </w:rPr>
        <w:t>Носаевой</w:t>
      </w:r>
      <w:proofErr w:type="spellEnd"/>
      <w:r w:rsidRPr="00E11D41">
        <w:rPr>
          <w:b/>
          <w:lang w:val="ru-RU"/>
        </w:rPr>
        <w:t xml:space="preserve"> И.В.</w:t>
      </w:r>
    </w:p>
    <w:p w:rsidR="004A24F0" w:rsidRPr="008936F3" w:rsidRDefault="004A24F0" w:rsidP="004A24F0">
      <w:pPr>
        <w:spacing w:after="40" w:line="240" w:lineRule="auto"/>
        <w:jc w:val="right"/>
        <w:rPr>
          <w:lang w:val="ru-RU"/>
        </w:rPr>
      </w:pPr>
    </w:p>
    <w:p w:rsidR="00526A4B" w:rsidRPr="006433DD" w:rsidRDefault="00E11D41" w:rsidP="004A24F0">
      <w:pPr>
        <w:spacing w:after="40" w:line="480" w:lineRule="auto"/>
        <w:jc w:val="right"/>
        <w:rPr>
          <w:lang w:val="ru-RU"/>
        </w:rPr>
      </w:pPr>
      <w:r w:rsidRPr="006433DD">
        <w:rPr>
          <w:lang w:val="ru-RU"/>
        </w:rPr>
        <w:t>от __________________________________________________</w:t>
      </w:r>
    </w:p>
    <w:p w:rsidR="00526A4B" w:rsidRPr="006433DD" w:rsidRDefault="00E11D41" w:rsidP="004A24F0">
      <w:pPr>
        <w:spacing w:after="40" w:line="480" w:lineRule="auto"/>
        <w:jc w:val="right"/>
        <w:rPr>
          <w:lang w:val="ru-RU"/>
        </w:rPr>
      </w:pPr>
      <w:r w:rsidRPr="006433DD">
        <w:rPr>
          <w:sz w:val="20"/>
          <w:lang w:val="ru-RU"/>
        </w:rPr>
        <w:t>(фамилия, имя, отчество заявителя, дата рождения)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b/>
          <w:lang w:val="ru-RU"/>
        </w:rPr>
        <w:t xml:space="preserve">Адрес регистрации: </w:t>
      </w:r>
      <w:r w:rsidRPr="006433DD">
        <w:rPr>
          <w:lang w:val="ru-RU"/>
        </w:rPr>
        <w:t>______________________________________________________________________</w:t>
      </w:r>
      <w:r w:rsidR="006433DD">
        <w:rPr>
          <w:lang w:val="ru-RU"/>
        </w:rPr>
        <w:t>____________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b/>
          <w:lang w:val="ru-RU"/>
        </w:rPr>
        <w:t xml:space="preserve">Адрес регистрации ребенка: </w:t>
      </w:r>
      <w:r w:rsidRPr="006433DD">
        <w:rPr>
          <w:lang w:val="ru-RU"/>
        </w:rPr>
        <w:t>_______________________________________________________________</w:t>
      </w:r>
      <w:r w:rsidR="006433DD">
        <w:rPr>
          <w:lang w:val="ru-RU"/>
        </w:rPr>
        <w:t>___________________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b/>
          <w:lang w:val="ru-RU"/>
        </w:rPr>
        <w:t xml:space="preserve">Документ, удостоверяющий личность заявителя </w:t>
      </w:r>
      <w:r w:rsidRPr="006433DD">
        <w:rPr>
          <w:b/>
          <w:lang w:val="ru-RU"/>
        </w:rPr>
        <w:t xml:space="preserve">(паспорт): </w:t>
      </w:r>
      <w:r w:rsidRPr="006433DD">
        <w:rPr>
          <w:lang w:val="ru-RU"/>
        </w:rPr>
        <w:t>___________________________________________</w:t>
      </w:r>
      <w:r w:rsidR="006433DD">
        <w:rPr>
          <w:lang w:val="ru-RU"/>
        </w:rPr>
        <w:t>_______________________________________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lang w:val="ru-RU"/>
        </w:rPr>
        <w:t>________________________________________________________________________________________</w:t>
      </w:r>
      <w:r w:rsidR="006433DD">
        <w:rPr>
          <w:lang w:val="ru-RU"/>
        </w:rPr>
        <w:t>____________________________________________________________________________</w:t>
      </w:r>
    </w:p>
    <w:p w:rsidR="00526A4B" w:rsidRPr="006433DD" w:rsidRDefault="00E11D41" w:rsidP="004A24F0">
      <w:pPr>
        <w:spacing w:after="60" w:line="240" w:lineRule="auto"/>
        <w:jc w:val="center"/>
        <w:rPr>
          <w:lang w:val="ru-RU"/>
        </w:rPr>
      </w:pPr>
      <w:r w:rsidRPr="006433DD">
        <w:rPr>
          <w:i/>
          <w:sz w:val="18"/>
          <w:lang w:val="ru-RU"/>
        </w:rPr>
        <w:t>(серия, номер, дата выдачи, кем выдан, код подразделения)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b/>
          <w:lang w:val="ru-RU"/>
        </w:rPr>
        <w:t xml:space="preserve">СНИЛС (родителя): </w:t>
      </w:r>
      <w:r w:rsidRPr="006433DD">
        <w:rPr>
          <w:lang w:val="ru-RU"/>
        </w:rPr>
        <w:t>_______________________________________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b/>
          <w:lang w:val="ru-RU"/>
        </w:rPr>
        <w:t xml:space="preserve">Документ, подтверждающий статус законного представителя (свидетельство о рождении, доверенность): </w:t>
      </w:r>
    </w:p>
    <w:p w:rsidR="00526A4B" w:rsidRPr="006433DD" w:rsidRDefault="00E11D41" w:rsidP="004A24F0">
      <w:pPr>
        <w:spacing w:after="60" w:line="360" w:lineRule="auto"/>
        <w:rPr>
          <w:lang w:val="ru-RU"/>
        </w:rPr>
      </w:pPr>
      <w:r w:rsidRPr="006433DD">
        <w:rPr>
          <w:lang w:val="ru-RU"/>
        </w:rPr>
        <w:t>______________________________________</w:t>
      </w:r>
      <w:r w:rsidRPr="006433DD">
        <w:rPr>
          <w:lang w:val="ru-RU"/>
        </w:rPr>
        <w:t>____________________________________________</w:t>
      </w:r>
    </w:p>
    <w:p w:rsidR="00526A4B" w:rsidRPr="006433DD" w:rsidRDefault="00E11D41" w:rsidP="004A24F0">
      <w:pPr>
        <w:spacing w:after="60" w:line="360" w:lineRule="auto"/>
        <w:jc w:val="center"/>
        <w:rPr>
          <w:lang w:val="ru-RU"/>
        </w:rPr>
      </w:pPr>
      <w:r w:rsidRPr="006433DD">
        <w:rPr>
          <w:i/>
          <w:sz w:val="18"/>
          <w:lang w:val="ru-RU"/>
        </w:rPr>
        <w:t>(серия, номер, дата выдачи, кем выдан)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b/>
          <w:lang w:val="ru-RU"/>
        </w:rPr>
        <w:t xml:space="preserve">Контактные телефоны: </w:t>
      </w:r>
      <w:r w:rsidRPr="006433DD">
        <w:rPr>
          <w:lang w:val="ru-RU"/>
        </w:rPr>
        <w:t>___________________________________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>
        <w:rPr>
          <w:b/>
        </w:rPr>
        <w:t>E</w:t>
      </w:r>
      <w:r w:rsidRPr="006433DD">
        <w:rPr>
          <w:b/>
          <w:lang w:val="ru-RU"/>
        </w:rPr>
        <w:t>-</w:t>
      </w:r>
      <w:r>
        <w:rPr>
          <w:b/>
        </w:rPr>
        <w:t>mail</w:t>
      </w:r>
      <w:r w:rsidRPr="006433DD">
        <w:rPr>
          <w:b/>
          <w:lang w:val="ru-RU"/>
        </w:rPr>
        <w:t xml:space="preserve">: </w:t>
      </w:r>
      <w:r w:rsidRPr="006433DD">
        <w:rPr>
          <w:lang w:val="ru-RU"/>
        </w:rPr>
        <w:t>_________________________________________________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b/>
          <w:lang w:val="ru-RU"/>
        </w:rPr>
        <w:t xml:space="preserve">Обучение в общеобразовательном учреждении: </w:t>
      </w:r>
      <w:r w:rsidRPr="006433DD">
        <w:rPr>
          <w:lang w:val="ru-RU"/>
        </w:rPr>
        <w:t>______________</w:t>
      </w:r>
      <w:r w:rsidRPr="006433DD">
        <w:rPr>
          <w:lang w:val="ru-RU"/>
        </w:rPr>
        <w:t>____________________________</w:t>
      </w:r>
    </w:p>
    <w:p w:rsidR="00526A4B" w:rsidRPr="006433DD" w:rsidRDefault="00E11D41" w:rsidP="004A24F0">
      <w:pPr>
        <w:spacing w:after="60" w:line="480" w:lineRule="auto"/>
        <w:rPr>
          <w:lang w:val="ru-RU"/>
        </w:rPr>
      </w:pPr>
      <w:r w:rsidRPr="006433DD">
        <w:rPr>
          <w:i/>
          <w:sz w:val="18"/>
          <w:lang w:val="ru-RU"/>
        </w:rPr>
        <w:t>(название школы</w:t>
      </w:r>
      <w:r w:rsidR="006433DD">
        <w:rPr>
          <w:i/>
          <w:sz w:val="18"/>
          <w:lang w:val="ru-RU"/>
        </w:rPr>
        <w:t>,</w:t>
      </w:r>
      <w:r w:rsidRPr="006433DD">
        <w:rPr>
          <w:i/>
          <w:sz w:val="18"/>
          <w:lang w:val="ru-RU"/>
        </w:rPr>
        <w:t xml:space="preserve"> класса или группы)</w:t>
      </w:r>
    </w:p>
    <w:p w:rsidR="00526A4B" w:rsidRPr="006433DD" w:rsidRDefault="00E11D41" w:rsidP="004A24F0">
      <w:pPr>
        <w:spacing w:before="360" w:after="240" w:line="480" w:lineRule="auto"/>
        <w:jc w:val="center"/>
        <w:rPr>
          <w:lang w:val="ru-RU"/>
        </w:rPr>
      </w:pPr>
      <w:r w:rsidRPr="006433DD">
        <w:rPr>
          <w:b/>
          <w:sz w:val="28"/>
          <w:lang w:val="ru-RU"/>
        </w:rPr>
        <w:lastRenderedPageBreak/>
        <w:t>ЗАЯВЛЕНИЕ</w:t>
      </w:r>
    </w:p>
    <w:p w:rsidR="00526A4B" w:rsidRPr="006433DD" w:rsidRDefault="00E11D41" w:rsidP="004A24F0">
      <w:pPr>
        <w:spacing w:after="120" w:line="480" w:lineRule="auto"/>
        <w:ind w:firstLine="720"/>
        <w:jc w:val="both"/>
        <w:rPr>
          <w:lang w:val="ru-RU"/>
        </w:rPr>
      </w:pPr>
      <w:r w:rsidRPr="006433DD">
        <w:rPr>
          <w:lang w:val="ru-RU"/>
        </w:rPr>
        <w:t>Прошу принять моего ребенка (сына, дочь) — ______________________________________________________</w:t>
      </w:r>
      <w:r w:rsidR="006433DD">
        <w:rPr>
          <w:lang w:val="ru-RU"/>
        </w:rPr>
        <w:t>____________________________</w:t>
      </w:r>
    </w:p>
    <w:p w:rsidR="00526A4B" w:rsidRPr="006433DD" w:rsidRDefault="00E11D41" w:rsidP="004A24F0">
      <w:pPr>
        <w:spacing w:after="120" w:line="480" w:lineRule="auto"/>
        <w:ind w:firstLine="720"/>
        <w:jc w:val="center"/>
        <w:rPr>
          <w:lang w:val="ru-RU"/>
        </w:rPr>
      </w:pPr>
      <w:r w:rsidRPr="006433DD">
        <w:rPr>
          <w:i/>
          <w:sz w:val="20"/>
          <w:lang w:val="ru-RU"/>
        </w:rPr>
        <w:t xml:space="preserve">(фамилия, имя, отчество (последнее - при наличии) </w:t>
      </w:r>
      <w:r w:rsidRPr="006433DD">
        <w:rPr>
          <w:i/>
          <w:sz w:val="20"/>
          <w:lang w:val="ru-RU"/>
        </w:rPr>
        <w:t>ребенка или поступающего)</w:t>
      </w:r>
    </w:p>
    <w:p w:rsidR="00526A4B" w:rsidRPr="006433DD" w:rsidRDefault="00E11D41" w:rsidP="004A24F0">
      <w:pPr>
        <w:spacing w:after="120" w:line="480" w:lineRule="auto"/>
        <w:rPr>
          <w:lang w:val="ru-RU"/>
        </w:rPr>
      </w:pPr>
      <w:r w:rsidRPr="006433DD">
        <w:rPr>
          <w:b/>
          <w:lang w:val="ru-RU"/>
        </w:rPr>
        <w:t xml:space="preserve">СНИЛС ребенка: </w:t>
      </w:r>
      <w:r w:rsidRPr="006433DD">
        <w:rPr>
          <w:lang w:val="ru-RU"/>
        </w:rPr>
        <w:t xml:space="preserve">_______________________   </w:t>
      </w:r>
      <w:r w:rsidRPr="006433DD">
        <w:rPr>
          <w:b/>
          <w:lang w:val="ru-RU"/>
        </w:rPr>
        <w:t xml:space="preserve">Дата рождения: </w:t>
      </w:r>
      <w:r w:rsidRPr="006433DD">
        <w:rPr>
          <w:lang w:val="ru-RU"/>
        </w:rPr>
        <w:t>_______________________</w:t>
      </w:r>
    </w:p>
    <w:p w:rsidR="00526A4B" w:rsidRPr="006433DD" w:rsidRDefault="00E11D41" w:rsidP="004A24F0">
      <w:pPr>
        <w:spacing w:after="120" w:line="480" w:lineRule="auto"/>
        <w:ind w:firstLine="720"/>
        <w:jc w:val="both"/>
        <w:rPr>
          <w:lang w:val="ru-RU"/>
        </w:rPr>
      </w:pPr>
      <w:r w:rsidRPr="006433DD">
        <w:rPr>
          <w:lang w:val="ru-RU"/>
        </w:rPr>
        <w:t>на дополнительные общеразвивающие программы образовательной организации (далее — образовательная программа) ____________ года обучения в ГБОУ школ</w:t>
      </w:r>
      <w:r>
        <w:rPr>
          <w:lang w:val="ru-RU"/>
        </w:rPr>
        <w:t>е</w:t>
      </w:r>
      <w:bookmarkStart w:id="0" w:name="_GoBack"/>
      <w:bookmarkEnd w:id="0"/>
      <w:r w:rsidRPr="006433DD">
        <w:rPr>
          <w:lang w:val="ru-RU"/>
        </w:rPr>
        <w:t xml:space="preserve"> </w:t>
      </w:r>
      <w:r w:rsidRPr="006433DD">
        <w:rPr>
          <w:lang w:val="ru-RU"/>
        </w:rPr>
        <w:t>№411 «Гармония» Петродворцового района Санкт-Петербурга (далее — Организация).</w:t>
      </w:r>
    </w:p>
    <w:p w:rsidR="00526A4B" w:rsidRPr="006433DD" w:rsidRDefault="00E11D41" w:rsidP="004A24F0">
      <w:pPr>
        <w:spacing w:after="120" w:line="480" w:lineRule="auto"/>
        <w:ind w:firstLine="720"/>
        <w:jc w:val="both"/>
        <w:rPr>
          <w:lang w:val="ru-RU"/>
        </w:rPr>
      </w:pPr>
      <w:r w:rsidRPr="006433DD">
        <w:rPr>
          <w:lang w:val="ru-RU"/>
        </w:rPr>
        <w:t>Сведения об образовательной программе: __________________________________________________________________________________________________________________________________________</w:t>
      </w:r>
      <w:r w:rsidRPr="006433DD">
        <w:rPr>
          <w:lang w:val="ru-RU"/>
        </w:rPr>
        <w:t>__________________________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С Уставом Организации, лицензией на осуществление образовательной деятельности, свидетельством о государственной аккредитации Организации, правилами внутреннего распорядка обучающихся ознакомлен(а).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Настоящим даю свое согласие на</w:t>
      </w:r>
      <w:r w:rsidRPr="006433DD">
        <w:rPr>
          <w:lang w:val="ru-RU"/>
        </w:rPr>
        <w:t xml:space="preserve"> обработку в Организации персональных данных моего несовершеннолетнего ребенка (подопечного), относящихся исключительно к перечисленным ниже категориям персональных данных: ФИО; пол; дата рождения; медицинские сведения, необходимые для проведения образоват</w:t>
      </w:r>
      <w:r w:rsidRPr="006433DD">
        <w:rPr>
          <w:lang w:val="ru-RU"/>
        </w:rPr>
        <w:t>ельного процесса; СНИЛС; номер телефона и адрес электронной почты; учебные достижения ребенка (сведения об успеваемости, учебные работы ребенка, форма обучения, номер класса/группы, данные о получаемом дополнительном образовании); а также моих персональных</w:t>
      </w:r>
      <w:r w:rsidRPr="006433DD">
        <w:rPr>
          <w:lang w:val="ru-RU"/>
        </w:rPr>
        <w:t xml:space="preserve"> данных (ФИО).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Я даю согласие на использование персональных данных моего ребенка исключительно в следующих целях: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t>обеспечения защиты конституционных прав и свобод моего ребенка;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t>обеспечения соблюдения нормативных правовых актов Российской Федерации и город</w:t>
      </w:r>
      <w:r w:rsidRPr="006433DD">
        <w:rPr>
          <w:lang w:val="ru-RU"/>
        </w:rPr>
        <w:t>а Санкт-Петербург;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t>обеспечения безопасности обучающихся в период нахождения на территории образовательной организации;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t>обеспечения организации учебного процесса для ребенка, в том числе актуализация результатов;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lastRenderedPageBreak/>
        <w:t>обеспечения организации внеурочной деятельно</w:t>
      </w:r>
      <w:r w:rsidRPr="006433DD">
        <w:rPr>
          <w:lang w:val="ru-RU"/>
        </w:rPr>
        <w:t>сти, экскурсий, олимпиад и спортивных соревнований, и иных знаковых мероприятий;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t>организация работы по персонифицированному учету обучения по программам дополнительного образования;</w:t>
      </w:r>
    </w:p>
    <w:p w:rsidR="00526A4B" w:rsidRDefault="00E11D41">
      <w:pPr>
        <w:pStyle w:val="a0"/>
        <w:spacing w:after="40"/>
        <w:ind w:left="1008"/>
      </w:pPr>
      <w:proofErr w:type="spellStart"/>
      <w:r>
        <w:t>ведения</w:t>
      </w:r>
      <w:proofErr w:type="spellEnd"/>
      <w:r>
        <w:t xml:space="preserve"> </w:t>
      </w:r>
      <w:proofErr w:type="spellStart"/>
      <w:r>
        <w:t>статистики</w:t>
      </w:r>
      <w:proofErr w:type="spellEnd"/>
      <w:r>
        <w:t>;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t>размещения приказа о зачислении обучающихся;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t xml:space="preserve">передачи </w:t>
      </w:r>
      <w:r w:rsidRPr="006433DD">
        <w:rPr>
          <w:lang w:val="ru-RU"/>
        </w:rPr>
        <w:t xml:space="preserve">сведений в федеральные и региональные </w:t>
      </w:r>
      <w:proofErr w:type="spellStart"/>
      <w:r w:rsidRPr="006433DD">
        <w:rPr>
          <w:lang w:val="ru-RU"/>
        </w:rPr>
        <w:t>информачные</w:t>
      </w:r>
      <w:proofErr w:type="spellEnd"/>
      <w:r w:rsidRPr="006433DD">
        <w:rPr>
          <w:lang w:val="ru-RU"/>
        </w:rPr>
        <w:t xml:space="preserve"> системы в целях обеспечения проведения процедур оценки качества образования — независимых диагностик, мониторинговых исследований;</w:t>
      </w:r>
    </w:p>
    <w:p w:rsidR="00526A4B" w:rsidRDefault="00E11D41">
      <w:pPr>
        <w:pStyle w:val="a0"/>
        <w:spacing w:after="40"/>
        <w:ind w:left="1008"/>
      </w:pPr>
      <w:proofErr w:type="spellStart"/>
      <w:r>
        <w:t>контроля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посещением</w:t>
      </w:r>
      <w:proofErr w:type="spellEnd"/>
      <w:r>
        <w:t xml:space="preserve"> </w:t>
      </w:r>
      <w:proofErr w:type="spellStart"/>
      <w:r>
        <w:t>занятий</w:t>
      </w:r>
      <w:proofErr w:type="spellEnd"/>
      <w:r>
        <w:t>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Настоящее согласие предоставляется на осуще</w:t>
      </w:r>
      <w:r w:rsidRPr="006433DD">
        <w:rPr>
          <w:lang w:val="ru-RU"/>
        </w:rPr>
        <w:t>ствление работниками Организации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</w:t>
      </w:r>
      <w:r w:rsidRPr="006433DD">
        <w:rPr>
          <w:lang w:val="ru-RU"/>
        </w:rPr>
        <w:t>ает возможность ограничения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 xml:space="preserve">Я даю согласие на какое-либо распространение персональных данных </w:t>
      </w:r>
      <w:r w:rsidRPr="006433DD">
        <w:rPr>
          <w:lang w:val="ru-RU"/>
        </w:rPr>
        <w:t>ребенка, в том числе на передачу персональных данных ребенка третьим лицам, включая физических и юридических лиц, государственных органов и органов местного самоуправления, в том числе передачи персональных данных следующим организациям:</w:t>
      </w:r>
    </w:p>
    <w:p w:rsidR="00526A4B" w:rsidRDefault="00E11D41">
      <w:pPr>
        <w:pStyle w:val="a0"/>
        <w:spacing w:after="40"/>
        <w:ind w:left="1008"/>
      </w:pPr>
      <w:proofErr w:type="spellStart"/>
      <w:r>
        <w:t>Министерству</w:t>
      </w:r>
      <w:proofErr w:type="spellEnd"/>
      <w:r>
        <w:t xml:space="preserve"> </w:t>
      </w:r>
      <w:proofErr w:type="spellStart"/>
      <w:r>
        <w:t>просв</w:t>
      </w:r>
      <w:r>
        <w:t>ещения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>;</w:t>
      </w:r>
    </w:p>
    <w:p w:rsidR="00526A4B" w:rsidRPr="006433DD" w:rsidRDefault="00E11D41">
      <w:pPr>
        <w:pStyle w:val="a0"/>
        <w:spacing w:after="40"/>
        <w:ind w:left="1008"/>
        <w:rPr>
          <w:lang w:val="ru-RU"/>
        </w:rPr>
      </w:pPr>
      <w:r w:rsidRPr="006433DD">
        <w:rPr>
          <w:lang w:val="ru-RU"/>
        </w:rPr>
        <w:t>Комитету по образованию Санкт-Петербурга.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Обработка персональных данных должна осуществляться с соблюдением требований, установленных законодательством Российской Федерации и только для целей, указанных выше. Организация обязан</w:t>
      </w:r>
      <w:r w:rsidRPr="006433DD">
        <w:rPr>
          <w:lang w:val="ru-RU"/>
        </w:rPr>
        <w:t>а осуществлять защиту персональных данных ребенка,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</w:t>
      </w:r>
      <w:r w:rsidRPr="006433DD">
        <w:rPr>
          <w:lang w:val="ru-RU"/>
        </w:rPr>
        <w:t>ния, а также от иных неправомерных действий в отношении данной информации.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Обработка персональных данных моего ребенка для любых иных целей и любым иным способом, включая распространение и передачу их иным лицам или иное их разглашение, может осуществлятьс</w:t>
      </w:r>
      <w:r w:rsidRPr="006433DD">
        <w:rPr>
          <w:lang w:val="ru-RU"/>
        </w:rPr>
        <w:t>я только с моего особого письменного согласия в каждом отдельном случае.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Защита внесенной информации осуществляется с соблюдением требований, установленных законодательством Российской Федерации. Хранение и обработка информации, а также обмен информацией о</w:t>
      </w:r>
      <w:r w:rsidRPr="006433DD">
        <w:rPr>
          <w:lang w:val="ru-RU"/>
        </w:rPr>
        <w:t>существляются после принятия необходимых мэр по защите указанной информации. В случае нарушения требований Федерального закона «О персональных данных» Организация несет ответственность, предусмотренную Кодексом об административных правонарушениях РФ, Трудо</w:t>
      </w:r>
      <w:r w:rsidRPr="006433DD">
        <w:rPr>
          <w:lang w:val="ru-RU"/>
        </w:rPr>
        <w:t>вым кодексом РФ, Уголовным кодексом РФ.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lastRenderedPageBreak/>
        <w:t>Данное Согласие действует до достижения целей обработки персональных данных в Организации или до истечения срока хранения информации данного Согласия. Данное Согласие может быть отозвано в любой момент по моему письм</w:t>
      </w:r>
      <w:r w:rsidRPr="006433DD">
        <w:rPr>
          <w:lang w:val="ru-RU"/>
        </w:rPr>
        <w:t>енному заявлению.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Я подтверждаю, что, давая настоящее согласие, я действую по своей воле и в интересах ре</w:t>
      </w:r>
      <w:r w:rsidRPr="006433DD">
        <w:rPr>
          <w:lang w:val="ru-RU"/>
        </w:rPr>
        <w:t>бенка, законным представителем которого я являюсь.</w:t>
      </w:r>
    </w:p>
    <w:p w:rsidR="00526A4B" w:rsidRPr="006433DD" w:rsidRDefault="00E11D41">
      <w:pPr>
        <w:spacing w:after="120"/>
        <w:ind w:firstLine="720"/>
        <w:jc w:val="both"/>
        <w:rPr>
          <w:lang w:val="ru-RU"/>
        </w:rPr>
      </w:pPr>
      <w:r w:rsidRPr="006433DD">
        <w:rPr>
          <w:lang w:val="ru-RU"/>
        </w:rPr>
        <w:t>Согласен на использование изображений ребенка, связанных с деятельностью Организации (занятия, мероприятия, выезды, конкурсные процедуры), размещение фото и видео на сайте Учреждения, сайтах исполнительных</w:t>
      </w:r>
      <w:r w:rsidRPr="006433DD">
        <w:rPr>
          <w:lang w:val="ru-RU"/>
        </w:rPr>
        <w:t xml:space="preserve"> органов государственной власти, в социальных сетях, печатных изданиях.</w:t>
      </w:r>
    </w:p>
    <w:p w:rsidR="00526A4B" w:rsidRDefault="00E11D41">
      <w:pPr>
        <w:spacing w:before="480"/>
      </w:pPr>
      <w:proofErr w:type="spellStart"/>
      <w:r>
        <w:t>Дата</w:t>
      </w:r>
      <w:proofErr w:type="spellEnd"/>
      <w:r>
        <w:t>: «_____» _________________ 20___ г.          Подпись: ______________________</w:t>
      </w:r>
    </w:p>
    <w:sectPr w:rsidR="00526A4B" w:rsidSect="00034616">
      <w:pgSz w:w="12240" w:h="15840"/>
      <w:pgMar w:top="1152" w:right="864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7DFA"/>
    <w:rsid w:val="0029639D"/>
    <w:rsid w:val="00326F90"/>
    <w:rsid w:val="004A24F0"/>
    <w:rsid w:val="00526A4B"/>
    <w:rsid w:val="005D3184"/>
    <w:rsid w:val="006433DD"/>
    <w:rsid w:val="008936F3"/>
    <w:rsid w:val="00AA1D8D"/>
    <w:rsid w:val="00B47730"/>
    <w:rsid w:val="00CB0664"/>
    <w:rsid w:val="00E11D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FA056"/>
  <w14:defaultImageDpi w14:val="300"/>
  <w15:docId w15:val="{059AB5D0-09C9-C147-9B2C-37FF253A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0CD24A-9736-4DD6-98BA-5287456C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Елена А. Шепель</cp:lastModifiedBy>
  <cp:revision>4</cp:revision>
  <cp:lastPrinted>2026-08-22T08:19:00Z</cp:lastPrinted>
  <dcterms:created xsi:type="dcterms:W3CDTF">2026-08-22T07:39:00Z</dcterms:created>
  <dcterms:modified xsi:type="dcterms:W3CDTF">2026-09-02T10:36:00Z</dcterms:modified>
  <cp:category/>
</cp:coreProperties>
</file>