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76" w:lineRule="auto"/>
        <w:jc w:val="right"/>
      </w:pPr>
      <w:r>
        <w:rPr>
          <w:rFonts w:ascii="Times New Roman" w:hAnsi="Times New Roman"/>
          <w:sz w:val="24"/>
        </w:rPr>
        <w:t>Директору МАОУ ДО Дом творчества «Родничок»</w:t>
        <w:br/>
        <w:t>___________________________________________</w:t>
        <w:br/>
        <w:t>(Ф.И.О. директора)</w:t>
        <w:br/>
        <w:br/>
        <w:t>от ________________________________________</w:t>
        <w:br/>
        <w:t>(Ф.И.О. сотрудника, должность)</w:t>
        <w:br/>
        <w:br/>
        <w:t>Телефон / e-mail: _________________________</w:t>
        <w:br/>
      </w:r>
    </w:p>
    <w:p>
      <w:pPr>
        <w:spacing w:before="360" w:after="240"/>
        <w:jc w:val="center"/>
      </w:pPr>
      <w:r>
        <w:rPr>
          <w:b/>
          <w:sz w:val="28"/>
        </w:rPr>
        <w:t>УВЕДОМЛЕНИЕ</w:t>
        <w:br/>
        <w:t>о факте обращения в целях склонения работника</w:t>
        <w:br/>
        <w:t>к совершению коррупционных правонарушений</w:t>
      </w:r>
    </w:p>
    <w:p>
      <w:pPr>
        <w:spacing w:line="276" w:lineRule="auto" w:after="360"/>
        <w:jc w:val="both"/>
      </w:pPr>
      <w:r>
        <w:t>В соответствии со статьей 9 Федерального закона от 25.12.2008 № 273-ФЗ «О противодействии коррупции» настоящим уведомляю о факте обращения ко мне в целях склонения меня к совершению коррупционных правонарушений.</w:t>
        <w:br/>
        <w:br/>
        <w:t>1. Обстоятельства склонения (дата, время, место, способ связи):</w:t>
        <w:br/>
        <w:t>________________________________________________________________________________________________________</w:t>
        <w:br/>
        <w:t>________________________________________________________________________________________________________</w:t>
        <w:br/>
        <w:br/>
        <w:t>2. Сведения о лице (лицах), склонявшем(их) к правонарушению (Ф.И.О., должность, статус, если известны):</w:t>
        <w:br/>
        <w:t>________________________________________________________________________________________________________</w:t>
        <w:br/>
        <w:t>________________________________________________________________________________________________________</w:t>
        <w:br/>
        <w:br/>
        <w:t>3. Суть коррупционного правонарушения, к которому меня склоняли (предлагаемые действия или бездействие, выгода):</w:t>
        <w:br/>
        <w:t>________________________________________________________________________________________________________</w:t>
        <w:br/>
        <w:t>________________________________________________________________________________________________________</w:t>
        <w:br/>
        <w:br/>
        <w:t>4. Перечень прилагаемых документов и материалов (при наличии: аудио-, видеозаписи, документы, переписка):</w:t>
        <w:br/>
        <w:t>1) _____________________________________________________________________________________________________</w:t>
        <w:br/>
        <w:t>2) _____________________________________________________________________________________________________</w:t>
        <w:br/>
      </w:r>
    </w:p>
    <w:p>
      <w:pPr>
        <w:spacing w:after="720"/>
      </w:pPr>
      <w:r>
        <w:t>«___» ____________ 202___ г.                    ___________ / _______________________</w:t>
        <w:br/>
      </w:r>
      <w:r>
        <w:rPr>
          <w:sz w:val="20"/>
        </w:rPr>
        <w:t xml:space="preserve">                                                                     (подпись)             (расшифровка подписи)</w:t>
      </w:r>
    </w:p>
    <w:p>
      <w:pPr>
        <w:jc w:val="center"/>
      </w:pPr>
      <w:r>
        <w:rPr>
          <w:sz w:val="20"/>
        </w:rPr>
        <w:t>-------------------------------------------------------------------------------------------------------------------------</w:t>
      </w:r>
    </w:p>
    <w:p>
      <w:pPr>
        <w:spacing w:before="240" w:after="120"/>
      </w:pPr>
      <w:r>
        <w:rPr>
          <w:b/>
        </w:rPr>
        <w:t>ОТМЕТКА О РЕГИСТРАЦИИ УВЕДОМЛЕНИЯ В ОРГАНИЗАЦИИ</w:t>
      </w:r>
    </w:p>
    <w:p>
      <w:pPr>
        <w:spacing w:line="276" w:lineRule="auto"/>
        <w:jc w:val="both"/>
      </w:pPr>
      <w:r>
        <w:t>Уведомление зарегистрировано в Журнале регистрации уведомлений о фактах обращения в целях склонения работников МАОУ ДО Дом творчества «Родничок» к совершению коррупционных правонарушений.</w:t>
        <w:br/>
        <w:br/>
        <w:t>«___» ____________ 202___ г.    Входящий номер: № _________</w:t>
        <w:br/>
        <w:br/>
        <w:t>Лицо, принявшее уведомление:</w:t>
        <w:br/>
        <w:t>________________________     ___________     _______________________</w:t>
        <w:br/>
        <w:t xml:space="preserve">       (Должность)                           (Подпись)                (Расшифровка подписи)</w:t>
      </w:r>
    </w:p>
    <w:sectPr w:rsidR="00FC693F" w:rsidRPr="0006063C" w:rsidSect="00034616">
      <w:pgSz w:w="12240" w:h="15840"/>
      <w:pgMar w:top="1152" w:right="576" w:bottom="1152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