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58" w:rsidRPr="00D33649" w:rsidRDefault="00D33649">
      <w:pPr>
        <w:spacing w:after="40"/>
        <w:jc w:val="right"/>
        <w:rPr>
          <w:lang w:val="ru-RU"/>
        </w:rPr>
      </w:pPr>
      <w:r w:rsidRPr="00D33649">
        <w:rPr>
          <w:lang w:val="ru-RU"/>
        </w:rPr>
        <w:t>Директору МАОУ ДО Дом творчества «Родничок»</w:t>
      </w:r>
    </w:p>
    <w:p w:rsidR="00EB6458" w:rsidRPr="00D33649" w:rsidRDefault="00D33649">
      <w:pPr>
        <w:spacing w:after="40"/>
        <w:jc w:val="right"/>
        <w:rPr>
          <w:lang w:val="ru-RU"/>
        </w:rPr>
      </w:pPr>
      <w:r w:rsidRPr="00D33649">
        <w:rPr>
          <w:lang w:val="ru-RU"/>
        </w:rPr>
        <w:t>___________________________________________</w:t>
      </w:r>
    </w:p>
    <w:p w:rsidR="00EB6458" w:rsidRPr="00D33649" w:rsidRDefault="00D33649">
      <w:pPr>
        <w:spacing w:after="40"/>
        <w:jc w:val="right"/>
        <w:rPr>
          <w:lang w:val="ru-RU"/>
        </w:rPr>
      </w:pPr>
      <w:r w:rsidRPr="00D33649">
        <w:rPr>
          <w:i/>
          <w:lang w:val="ru-RU"/>
        </w:rPr>
        <w:t xml:space="preserve">(Ф.И.О. директора)                     </w:t>
      </w:r>
    </w:p>
    <w:p w:rsidR="00EB6458" w:rsidRPr="00D33649" w:rsidRDefault="00D33649">
      <w:pPr>
        <w:spacing w:after="40"/>
        <w:jc w:val="right"/>
        <w:rPr>
          <w:lang w:val="ru-RU"/>
        </w:rPr>
      </w:pPr>
      <w:r w:rsidRPr="00D33649">
        <w:rPr>
          <w:lang w:val="ru-RU"/>
        </w:rPr>
        <w:t>от ________________________________________</w:t>
      </w:r>
    </w:p>
    <w:p w:rsidR="00EB6458" w:rsidRPr="00D33649" w:rsidRDefault="00D33649">
      <w:pPr>
        <w:spacing w:after="40"/>
        <w:jc w:val="right"/>
        <w:rPr>
          <w:lang w:val="ru-RU"/>
        </w:rPr>
      </w:pPr>
      <w:r w:rsidRPr="00D33649">
        <w:rPr>
          <w:i/>
          <w:lang w:val="ru-RU"/>
        </w:rPr>
        <w:t xml:space="preserve">(Ф.И.О. гражданина / наименование </w:t>
      </w:r>
      <w:proofErr w:type="spellStart"/>
      <w:r w:rsidRPr="00D33649">
        <w:rPr>
          <w:i/>
          <w:lang w:val="ru-RU"/>
        </w:rPr>
        <w:t>юрлица</w:t>
      </w:r>
      <w:proofErr w:type="spellEnd"/>
      <w:r w:rsidRPr="00D33649">
        <w:rPr>
          <w:i/>
          <w:lang w:val="ru-RU"/>
        </w:rPr>
        <w:t xml:space="preserve">) </w:t>
      </w:r>
    </w:p>
    <w:p w:rsidR="00EB6458" w:rsidRPr="00D33649" w:rsidRDefault="00D33649">
      <w:pPr>
        <w:spacing w:after="40"/>
        <w:jc w:val="right"/>
        <w:rPr>
          <w:lang w:val="ru-RU"/>
        </w:rPr>
      </w:pPr>
      <w:r w:rsidRPr="00D33649">
        <w:rPr>
          <w:lang w:val="ru-RU"/>
        </w:rPr>
        <w:t xml:space="preserve">Паспортные данные (для граждан): </w:t>
      </w:r>
      <w:r w:rsidRPr="00D33649">
        <w:rPr>
          <w:lang w:val="ru-RU"/>
        </w:rPr>
        <w:t>___________</w:t>
      </w:r>
    </w:p>
    <w:p w:rsidR="00EB6458" w:rsidRPr="00D33649" w:rsidRDefault="00D33649">
      <w:pPr>
        <w:spacing w:after="40"/>
        <w:jc w:val="right"/>
        <w:rPr>
          <w:lang w:val="ru-RU"/>
        </w:rPr>
      </w:pPr>
      <w:r w:rsidRPr="00D33649">
        <w:rPr>
          <w:lang w:val="ru-RU"/>
        </w:rPr>
        <w:t>___________________________________________</w:t>
      </w:r>
    </w:p>
    <w:p w:rsidR="00EB6458" w:rsidRPr="00D33649" w:rsidRDefault="00D33649">
      <w:pPr>
        <w:spacing w:after="40"/>
        <w:jc w:val="right"/>
        <w:rPr>
          <w:lang w:val="ru-RU"/>
        </w:rPr>
      </w:pPr>
      <w:r w:rsidRPr="00D33649">
        <w:rPr>
          <w:lang w:val="ru-RU"/>
        </w:rPr>
        <w:t>Адрес для направления ответа (почтовый): __</w:t>
      </w:r>
    </w:p>
    <w:p w:rsidR="00EB6458" w:rsidRPr="00D33649" w:rsidRDefault="00D33649">
      <w:pPr>
        <w:spacing w:after="40"/>
        <w:jc w:val="right"/>
        <w:rPr>
          <w:lang w:val="ru-RU"/>
        </w:rPr>
      </w:pPr>
      <w:r w:rsidRPr="00D33649">
        <w:rPr>
          <w:lang w:val="ru-RU"/>
        </w:rPr>
        <w:t>___________________________________________</w:t>
      </w:r>
    </w:p>
    <w:p w:rsidR="00EB6458" w:rsidRPr="00D33649" w:rsidRDefault="00D33649">
      <w:pPr>
        <w:spacing w:after="40"/>
        <w:jc w:val="right"/>
        <w:rPr>
          <w:lang w:val="ru-RU"/>
        </w:rPr>
      </w:pPr>
      <w:r w:rsidRPr="00D33649">
        <w:rPr>
          <w:lang w:val="ru-RU"/>
        </w:rPr>
        <w:t>Адрес электронной почты (</w:t>
      </w:r>
      <w:r>
        <w:t>e</w:t>
      </w:r>
      <w:r w:rsidRPr="00D33649">
        <w:rPr>
          <w:lang w:val="ru-RU"/>
        </w:rPr>
        <w:t>-</w:t>
      </w:r>
      <w:r>
        <w:t>mail</w:t>
      </w:r>
      <w:r w:rsidRPr="00D33649">
        <w:rPr>
          <w:lang w:val="ru-RU"/>
        </w:rPr>
        <w:t>): ________</w:t>
      </w:r>
    </w:p>
    <w:p w:rsidR="00EB6458" w:rsidRDefault="00D33649">
      <w:pPr>
        <w:spacing w:after="40"/>
        <w:jc w:val="right"/>
      </w:pPr>
      <w:r>
        <w:t>___________________________________________</w:t>
      </w:r>
    </w:p>
    <w:p w:rsidR="00EB6458" w:rsidRPr="00D33649" w:rsidRDefault="00D33649">
      <w:pPr>
        <w:spacing w:after="40"/>
        <w:jc w:val="right"/>
        <w:rPr>
          <w:lang w:val="ru-RU"/>
        </w:rPr>
      </w:pPr>
      <w:r w:rsidRPr="00D33649">
        <w:rPr>
          <w:lang w:val="ru-RU"/>
        </w:rPr>
        <w:t>Телефон для связи: ______</w:t>
      </w:r>
      <w:r w:rsidRPr="00D33649">
        <w:rPr>
          <w:lang w:val="ru-RU"/>
        </w:rPr>
        <w:t>__________________</w:t>
      </w:r>
    </w:p>
    <w:p w:rsidR="00EB6458" w:rsidRPr="00D33649" w:rsidRDefault="00D33649">
      <w:pPr>
        <w:spacing w:before="480" w:after="240"/>
        <w:jc w:val="center"/>
        <w:rPr>
          <w:lang w:val="ru-RU"/>
        </w:rPr>
      </w:pPr>
      <w:r w:rsidRPr="00D33649">
        <w:rPr>
          <w:b/>
          <w:sz w:val="28"/>
          <w:lang w:val="ru-RU"/>
        </w:rPr>
        <w:t>ОБРАЩЕНИЕ</w:t>
      </w:r>
      <w:r w:rsidRPr="00D33649">
        <w:rPr>
          <w:b/>
          <w:sz w:val="28"/>
          <w:lang w:val="ru-RU"/>
        </w:rPr>
        <w:br/>
        <w:t>по фактам коррупционных правонарушений</w:t>
      </w:r>
    </w:p>
    <w:p w:rsidR="00EB6458" w:rsidRPr="00D33649" w:rsidRDefault="00D33649">
      <w:pPr>
        <w:spacing w:after="120"/>
        <w:rPr>
          <w:lang w:val="ru-RU"/>
        </w:rPr>
      </w:pPr>
      <w:r w:rsidRPr="00D33649">
        <w:rPr>
          <w:lang w:val="ru-RU"/>
        </w:rPr>
        <w:t xml:space="preserve">Прошу Вас провести проверку по факту совершения коррупционного правонарушения, выразившегося в </w:t>
      </w:r>
      <w:r w:rsidRPr="00D33649">
        <w:rPr>
          <w:i/>
          <w:lang w:val="ru-RU"/>
        </w:rPr>
        <w:t>(подробно опишите суть произошедшего: действия или решения должностных лиц МАОУ ДО ДТ «Роднич</w:t>
      </w:r>
      <w:r w:rsidRPr="00D33649">
        <w:rPr>
          <w:i/>
          <w:lang w:val="ru-RU"/>
        </w:rPr>
        <w:t>ок», дату, время, место, Ф.И.О. сотрудника, признаки личной заинтересованности или вымогательства)</w:t>
      </w:r>
      <w:r w:rsidRPr="00D33649">
        <w:rPr>
          <w:lang w:val="ru-RU"/>
        </w:rPr>
        <w:t>:</w:t>
      </w:r>
    </w:p>
    <w:p w:rsidR="00EB6458" w:rsidRPr="00D33649" w:rsidRDefault="00D33649" w:rsidP="00D33649">
      <w:pPr>
        <w:spacing w:after="80"/>
        <w:rPr>
          <w:lang w:val="ru-RU"/>
        </w:rPr>
      </w:pPr>
      <w:r w:rsidRPr="00D33649">
        <w:rPr>
          <w:lang w:val="ru-RU"/>
        </w:rPr>
        <w:t>__________________________________________________________________________________</w:t>
      </w:r>
      <w:r w:rsidRPr="00D33649">
        <w:rPr>
          <w:lang w:val="ru-RU"/>
        </w:rPr>
        <w:t>__________________________________________________________________________________</w:t>
      </w:r>
      <w:r w:rsidRPr="00D33649">
        <w:rPr>
          <w:lang w:val="ru-RU"/>
        </w:rPr>
        <w:t>_________________________________________________________________</w:t>
      </w:r>
      <w:r w:rsidRPr="00D33649">
        <w:rPr>
          <w:lang w:val="ru-RU"/>
        </w:rPr>
        <w:t>_________________</w:t>
      </w:r>
      <w:r w:rsidRPr="00D33649">
        <w:rPr>
          <w:lang w:val="ru-RU"/>
        </w:rPr>
        <w:t>__________________________________________________________________________________</w:t>
      </w:r>
      <w:r w:rsidRPr="00D33649">
        <w:rPr>
          <w:lang w:val="ru-RU"/>
        </w:rPr>
        <w:t>__________________________________________________________________________________</w:t>
      </w:r>
      <w:r w:rsidRPr="00D33649">
        <w:rPr>
          <w:lang w:val="ru-RU"/>
        </w:rPr>
        <w:t>__________________________________________________________________________________</w:t>
      </w:r>
      <w:r w:rsidRPr="00D33649">
        <w:rPr>
          <w:lang w:val="ru-RU"/>
        </w:rPr>
        <w:t>__________________________________________________________________________________</w:t>
      </w:r>
      <w:r w:rsidRPr="00D33649">
        <w:rPr>
          <w:lang w:val="ru-RU"/>
        </w:rPr>
        <w:t>__________________________________________________________________________________</w:t>
      </w:r>
      <w:r w:rsidRPr="00D33649">
        <w:rPr>
          <w:lang w:val="ru-RU"/>
        </w:rPr>
        <w:t>________________________________________________</w:t>
      </w:r>
      <w:r w:rsidRPr="00D33649">
        <w:rPr>
          <w:lang w:val="ru-RU"/>
        </w:rPr>
        <w:t>___________________________________</w:t>
      </w:r>
      <w:r w:rsidRPr="00D33649">
        <w:rPr>
          <w:lang w:val="ru-RU"/>
        </w:rPr>
        <w:t>__________________________________________________________________________________</w:t>
      </w:r>
      <w:r w:rsidRPr="00D33649">
        <w:rPr>
          <w:lang w:val="ru-RU"/>
        </w:rPr>
        <w:t>В соответствии со статьей 11 Федерального закона от 02.05.2006 № 59-ФЗ «О порядке рассмотрения обращений граждан Российской Федерации» я уведомлен(а), что в случае отсутствия в обращении фамилии заявителя и почтов</w:t>
      </w:r>
      <w:r w:rsidRPr="00D33649">
        <w:rPr>
          <w:lang w:val="ru-RU"/>
        </w:rPr>
        <w:t>ого (или электронного) адреса, ответ на обращение не дается.</w:t>
      </w:r>
    </w:p>
    <w:p w:rsidR="00EB6458" w:rsidRPr="00D33649" w:rsidRDefault="00D33649">
      <w:pPr>
        <w:spacing w:after="80"/>
        <w:rPr>
          <w:lang w:val="ru-RU"/>
        </w:rPr>
      </w:pPr>
      <w:r w:rsidRPr="00D33649">
        <w:rPr>
          <w:b/>
          <w:lang w:val="ru-RU"/>
        </w:rPr>
        <w:t>Способ получения ответа (отметьте нужный вариант):</w:t>
      </w:r>
    </w:p>
    <w:p w:rsidR="00EB6458" w:rsidRPr="00D33649" w:rsidRDefault="00D33649">
      <w:pPr>
        <w:spacing w:after="40"/>
        <w:ind w:left="360"/>
        <w:rPr>
          <w:lang w:val="ru-RU"/>
        </w:rPr>
      </w:pPr>
      <w:r w:rsidRPr="00D33649">
        <w:rPr>
          <w:lang w:val="ru-RU"/>
        </w:rPr>
        <w:t>[  ] Направить в форме электронного документа по адресу электронной почты (</w:t>
      </w:r>
      <w:r>
        <w:t>e</w:t>
      </w:r>
      <w:r w:rsidRPr="00D33649">
        <w:rPr>
          <w:lang w:val="ru-RU"/>
        </w:rPr>
        <w:t>-</w:t>
      </w:r>
      <w:r>
        <w:t>mail</w:t>
      </w:r>
      <w:r w:rsidRPr="00D33649">
        <w:rPr>
          <w:lang w:val="ru-RU"/>
        </w:rPr>
        <w:t>).</w:t>
      </w:r>
      <w:r w:rsidRPr="00D33649">
        <w:rPr>
          <w:lang w:val="ru-RU"/>
        </w:rPr>
        <w:br/>
      </w:r>
      <w:proofErr w:type="gramStart"/>
      <w:r w:rsidRPr="00D33649">
        <w:rPr>
          <w:lang w:val="ru-RU"/>
        </w:rPr>
        <w:t>[  ]</w:t>
      </w:r>
      <w:proofErr w:type="gramEnd"/>
      <w:r w:rsidRPr="00D33649">
        <w:rPr>
          <w:lang w:val="ru-RU"/>
        </w:rPr>
        <w:t xml:space="preserve"> Направить в письменной форме по почтовому адресу.</w:t>
      </w:r>
    </w:p>
    <w:p w:rsidR="00EB6458" w:rsidRPr="00D33649" w:rsidRDefault="00D33649">
      <w:pPr>
        <w:spacing w:before="240" w:after="80"/>
        <w:rPr>
          <w:lang w:val="ru-RU"/>
        </w:rPr>
      </w:pPr>
      <w:r w:rsidRPr="00D33649">
        <w:rPr>
          <w:b/>
          <w:lang w:val="ru-RU"/>
        </w:rPr>
        <w:t>Переч</w:t>
      </w:r>
      <w:r w:rsidRPr="00D33649">
        <w:rPr>
          <w:b/>
          <w:lang w:val="ru-RU"/>
        </w:rPr>
        <w:t>ень прилагаемых документов и материалов (при наличии):</w:t>
      </w:r>
    </w:p>
    <w:p w:rsidR="00D33649" w:rsidRDefault="00D33649" w:rsidP="00D33649">
      <w:pPr>
        <w:spacing w:after="40"/>
      </w:pPr>
      <w:r w:rsidRPr="00D33649">
        <w:rPr>
          <w:lang w:val="ru-RU"/>
        </w:rPr>
        <w:lastRenderedPageBreak/>
        <w:t>1. __________________________________________________________________________________</w:t>
      </w:r>
      <w:r>
        <w:t>__________________________________________________________________________________</w:t>
      </w:r>
      <w:r w:rsidRPr="00D33649">
        <w:rPr>
          <w:lang w:val="ru-RU"/>
        </w:rPr>
        <w:t>2. ___________________________________________________________________________________</w:t>
      </w:r>
      <w:r>
        <w:t>_________________________________________________________________________________</w:t>
      </w:r>
    </w:p>
    <w:p w:rsidR="00D33649" w:rsidRDefault="00D33649" w:rsidP="00D33649">
      <w:pPr>
        <w:spacing w:after="40"/>
      </w:pPr>
    </w:p>
    <w:p w:rsidR="00EB6458" w:rsidRPr="00D33649" w:rsidRDefault="00D33649" w:rsidP="00D33649">
      <w:pPr>
        <w:spacing w:after="40"/>
        <w:rPr>
          <w:lang w:val="ru-RU"/>
        </w:rPr>
      </w:pPr>
      <w:bookmarkStart w:id="0" w:name="_GoBack"/>
      <w:bookmarkEnd w:id="0"/>
      <w:r>
        <w:t>_</w:t>
      </w:r>
      <w:r w:rsidRPr="00D33649">
        <w:rPr>
          <w:lang w:val="ru-RU"/>
        </w:rPr>
        <w:t xml:space="preserve"> </w:t>
      </w:r>
      <w:r w:rsidRPr="00D33649">
        <w:rPr>
          <w:lang w:val="ru-RU"/>
        </w:rPr>
        <w:t xml:space="preserve">«___» ____________ </w:t>
      </w:r>
      <w:r w:rsidRPr="00D33649">
        <w:rPr>
          <w:lang w:val="ru-RU"/>
        </w:rPr>
        <w:t>202___ г.                    ___________ / _______________________</w:t>
      </w:r>
      <w:r w:rsidRPr="00D33649">
        <w:rPr>
          <w:lang w:val="ru-RU"/>
        </w:rPr>
        <w:br/>
        <w:t xml:space="preserve">                                                                 (подпись)     (расшифровка подписи)</w:t>
      </w:r>
    </w:p>
    <w:p w:rsidR="00EB6458" w:rsidRPr="00D33649" w:rsidRDefault="00D33649">
      <w:pPr>
        <w:rPr>
          <w:lang w:val="ru-RU"/>
        </w:rPr>
      </w:pPr>
      <w:r w:rsidRPr="00D33649">
        <w:rPr>
          <w:lang w:val="ru-RU"/>
        </w:rPr>
        <w:br w:type="page"/>
      </w:r>
    </w:p>
    <w:p w:rsidR="00EB6458" w:rsidRPr="00D33649" w:rsidRDefault="00D33649">
      <w:pPr>
        <w:spacing w:after="40"/>
        <w:jc w:val="right"/>
        <w:rPr>
          <w:lang w:val="ru-RU"/>
        </w:rPr>
      </w:pPr>
      <w:r w:rsidRPr="00D33649">
        <w:rPr>
          <w:i/>
          <w:lang w:val="ru-RU"/>
        </w:rPr>
        <w:lastRenderedPageBreak/>
        <w:t>ОБЯЗАТЕЛЬНОЕ ПРИЛОЖЕНИЕ К ФОРМЕ № 1</w:t>
      </w:r>
      <w:r w:rsidRPr="00D33649">
        <w:rPr>
          <w:i/>
          <w:lang w:val="ru-RU"/>
        </w:rPr>
        <w:br/>
        <w:t>(в соответствии с Федеральным законом № 152-ФЗ)</w:t>
      </w:r>
    </w:p>
    <w:p w:rsidR="00EB6458" w:rsidRPr="00D33649" w:rsidRDefault="00D33649">
      <w:pPr>
        <w:spacing w:before="240" w:after="240"/>
        <w:jc w:val="center"/>
        <w:rPr>
          <w:lang w:val="ru-RU"/>
        </w:rPr>
      </w:pPr>
      <w:r w:rsidRPr="00D33649">
        <w:rPr>
          <w:b/>
          <w:sz w:val="28"/>
          <w:lang w:val="ru-RU"/>
        </w:rPr>
        <w:t>СО</w:t>
      </w:r>
      <w:r w:rsidRPr="00D33649">
        <w:rPr>
          <w:b/>
          <w:sz w:val="28"/>
          <w:lang w:val="ru-RU"/>
        </w:rPr>
        <w:t>ГЛАСИЕ</w:t>
      </w:r>
      <w:r w:rsidRPr="00D33649">
        <w:rPr>
          <w:b/>
          <w:sz w:val="28"/>
          <w:lang w:val="ru-RU"/>
        </w:rPr>
        <w:br/>
        <w:t>на обработку персональных данных</w:t>
      </w:r>
    </w:p>
    <w:p w:rsidR="00EB6458" w:rsidRPr="00D33649" w:rsidRDefault="00D33649">
      <w:pPr>
        <w:spacing w:after="120"/>
        <w:rPr>
          <w:lang w:val="ru-RU"/>
        </w:rPr>
      </w:pPr>
      <w:r w:rsidRPr="00D33649">
        <w:rPr>
          <w:lang w:val="ru-RU"/>
        </w:rPr>
        <w:t>Я, ______________________________________________________________________________________,</w:t>
      </w:r>
      <w:r w:rsidRPr="00D33649">
        <w:rPr>
          <w:lang w:val="ru-RU"/>
        </w:rPr>
        <w:br/>
      </w:r>
      <w:r w:rsidRPr="00D33649">
        <w:rPr>
          <w:i/>
          <w:lang w:val="ru-RU"/>
        </w:rPr>
        <w:t xml:space="preserve">                                                      (Ф.И.О. полностью)                                                     </w:t>
      </w:r>
      <w:r w:rsidRPr="00D33649">
        <w:rPr>
          <w:i/>
          <w:lang w:val="ru-RU"/>
        </w:rPr>
        <w:t xml:space="preserve"> </w:t>
      </w:r>
      <w:r w:rsidRPr="00D33649">
        <w:rPr>
          <w:i/>
          <w:lang w:val="ru-RU"/>
        </w:rPr>
        <w:br/>
      </w:r>
      <w:r w:rsidRPr="00D33649">
        <w:rPr>
          <w:lang w:val="ru-RU"/>
        </w:rPr>
        <w:t>паспорт серии ________ № ________________, выдан _________________________________________</w:t>
      </w:r>
      <w:r w:rsidRPr="00D33649">
        <w:rPr>
          <w:lang w:val="ru-RU"/>
        </w:rPr>
        <w:br/>
        <w:t>________________________________________________________________ «___» ____________ ____ г.,</w:t>
      </w:r>
      <w:r w:rsidRPr="00D33649">
        <w:rPr>
          <w:lang w:val="ru-RU"/>
        </w:rPr>
        <w:br/>
        <w:t>в соответствии с Федеральным законом от 27.07.2006 № 152-ФЗ «О персона</w:t>
      </w:r>
      <w:r w:rsidRPr="00D33649">
        <w:rPr>
          <w:lang w:val="ru-RU"/>
        </w:rPr>
        <w:t xml:space="preserve">льных данных», даю свое согласие </w:t>
      </w:r>
      <w:r w:rsidRPr="00D33649">
        <w:rPr>
          <w:b/>
          <w:lang w:val="ru-RU"/>
        </w:rPr>
        <w:t>МАОУ ДО Дом творчества «Родничок»</w:t>
      </w:r>
      <w:r w:rsidRPr="00D33649">
        <w:rPr>
          <w:lang w:val="ru-RU"/>
        </w:rPr>
        <w:t xml:space="preserve"> (далее — Учреждение), расположенному по адресу: Краснодарский край, на обработку моих персональных данных, указанных в настоящем обращении.</w:t>
      </w:r>
      <w:r w:rsidRPr="00D33649">
        <w:rPr>
          <w:lang w:val="ru-RU"/>
        </w:rPr>
        <w:br/>
      </w:r>
      <w:r w:rsidRPr="00D33649">
        <w:rPr>
          <w:lang w:val="ru-RU"/>
        </w:rPr>
        <w:br/>
        <w:t>Согласие дается на совершение следующих действий</w:t>
      </w:r>
      <w:r w:rsidRPr="00D33649">
        <w:rPr>
          <w:lang w:val="ru-RU"/>
        </w:rPr>
        <w:t>: сбор, запись, систематизацию, накопление, хранение, уточнение (обновление, изменение), извлечение, использование, обезличивание, блокирование, удаление и уничтожение моих персональных данных с использованием средств автоматизации или без таковых.</w:t>
      </w:r>
      <w:r w:rsidRPr="00D33649">
        <w:rPr>
          <w:lang w:val="ru-RU"/>
        </w:rPr>
        <w:br/>
      </w:r>
      <w:r w:rsidRPr="00D33649">
        <w:rPr>
          <w:lang w:val="ru-RU"/>
        </w:rPr>
        <w:br/>
        <w:t>Настоя</w:t>
      </w:r>
      <w:r w:rsidRPr="00D33649">
        <w:rPr>
          <w:lang w:val="ru-RU"/>
        </w:rPr>
        <w:t>щее согласие действует со дня его подписания до дня его отзыва в письменной форме.</w:t>
      </w:r>
    </w:p>
    <w:p w:rsidR="00EB6458" w:rsidRDefault="00D33649">
      <w:pPr>
        <w:spacing w:before="480"/>
      </w:pPr>
      <w:r>
        <w:t>«___» ____________ 202___ г.                    ___________ / _______________________</w:t>
      </w:r>
      <w:r>
        <w:br/>
        <w:t xml:space="preserve">                                                                 (подпись)     (расшифр</w:t>
      </w:r>
      <w:r>
        <w:t>овка подписи)</w:t>
      </w:r>
    </w:p>
    <w:sectPr w:rsidR="00EB6458" w:rsidSect="00034616">
      <w:pgSz w:w="12240" w:h="15840"/>
      <w:pgMar w:top="1152" w:right="864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33649"/>
    <w:rsid w:val="00EB64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1810E5"/>
  <w14:defaultImageDpi w14:val="300"/>
  <w15:docId w15:val="{67D4D6A9-DACB-4961-886A-E4BFC9B2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DA3053-8A8E-4AD2-BD12-78807F15F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2026-09-24T10:35:00Z</dcterms:modified>
  <cp:category/>
</cp:coreProperties>
</file>