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276" w:lineRule="auto"/>
        <w:jc w:val="right"/>
      </w:pPr>
      <w:r>
        <w:rPr>
          <w:b w:val="0"/>
          <w:i w:val="0"/>
        </w:rPr>
        <w:t>Приложение № 3</w:t>
      </w:r>
    </w:p>
    <w:p>
      <w:pPr>
        <w:spacing w:after="40" w:before="0" w:line="276" w:lineRule="auto"/>
        <w:jc w:val="right"/>
      </w:pPr>
      <w:r>
        <w:rPr>
          <w:b w:val="0"/>
          <w:i w:val="0"/>
        </w:rPr>
        <w:t>к Антикоррупционной политике</w:t>
      </w:r>
    </w:p>
    <w:p>
      <w:pPr>
        <w:spacing w:after="240" w:before="0" w:line="276" w:lineRule="auto"/>
        <w:jc w:val="right"/>
      </w:pPr>
      <w:r>
        <w:rPr>
          <w:b w:val="0"/>
          <w:i w:val="0"/>
        </w:rPr>
        <w:t>МАОУ ДО ДТ «Родничок»</w:t>
      </w:r>
    </w:p>
    <w:p>
      <w:pPr>
        <w:spacing w:after="40" w:before="0" w:line="276" w:lineRule="auto"/>
        <w:jc w:val="right"/>
      </w:pPr>
      <w:r>
        <w:rPr>
          <w:b w:val="0"/>
          <w:i w:val="0"/>
        </w:rPr>
        <w:t>Директору МАОУ ДО Дом творчества «Родничок»</w:t>
      </w:r>
    </w:p>
    <w:p>
      <w:pPr>
        <w:spacing w:after="40" w:before="0" w:line="276" w:lineRule="auto"/>
        <w:jc w:val="right"/>
      </w:pPr>
      <w:r>
        <w:rPr>
          <w:b w:val="0"/>
          <w:i w:val="0"/>
        </w:rPr>
        <w:t>___________________________________________</w:t>
      </w:r>
    </w:p>
    <w:p>
      <w:pPr>
        <w:spacing w:after="40" w:before="0" w:line="276" w:lineRule="auto"/>
        <w:jc w:val="right"/>
      </w:pPr>
      <w:r>
        <w:rPr>
          <w:b w:val="0"/>
          <w:i w:val="0"/>
        </w:rPr>
        <w:t>от ________________________________________</w:t>
      </w:r>
    </w:p>
    <w:p>
      <w:pPr>
        <w:spacing w:after="40" w:before="0" w:line="276" w:lineRule="auto"/>
        <w:jc w:val="right"/>
      </w:pPr>
      <w:r>
        <w:rPr>
          <w:b w:val="0"/>
          <w:i/>
        </w:rPr>
        <w:t>(Ф.И.О. сотрудника, должность)</w:t>
      </w:r>
    </w:p>
    <w:p>
      <w:pPr>
        <w:spacing w:after="360" w:before="0" w:line="276" w:lineRule="auto"/>
        <w:jc w:val="right"/>
      </w:pPr>
      <w:r>
        <w:rPr>
          <w:b w:val="0"/>
          <w:i w:val="0"/>
        </w:rPr>
        <w:t>Подразделение: ____________________________</w:t>
      </w:r>
    </w:p>
    <w:p>
      <w:pPr>
        <w:spacing w:after="240" w:before="240" w:line="276" w:lineRule="auto"/>
        <w:jc w:val="center"/>
      </w:pPr>
      <w:r>
        <w:rPr>
          <w:b/>
          <w:i w:val="0"/>
        </w:rPr>
        <w:t>ДЕКЛАРАЦИЯ О КОНФЛИКТЕ ИНТЕРЕСОВ</w:t>
      </w:r>
    </w:p>
    <w:p>
      <w:pPr>
        <w:spacing w:after="240" w:before="0" w:line="276" w:lineRule="auto"/>
        <w:jc w:val="both"/>
      </w:pPr>
      <w:r>
        <w:rPr>
          <w:b w:val="0"/>
          <w:i w:val="0"/>
        </w:rPr>
        <w:t>Настоящим в соответствии со статьей 13.3 Федерального закона от 25.12.2008 № 273-ФЗ «О противодействии коррупции» подтверждаю, что ознакомлен(а) с Антикоррупционной политикой МАОУ ДО ДТ «Родничок» и Положением о конфликте интересов. Внимательно ознакомившись с перечнем вопросов, заявляю о следующих обстоятельствах: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rPr/>
        <w:tc>
          <w:tcPr>
            <w:tcW w:type="dxa" w:w="576"/>
          </w:tcPr>
          <w:p>
            <w:r>
              <w:t>№</w:t>
            </w:r>
          </w:p>
        </w:tc>
        <w:tc>
          <w:tcPr>
            <w:tcW w:type="dxa" w:w="6480"/>
          </w:tcPr>
          <w:p>
            <w:r>
              <w:t>Вопрос для проверки условий конфликта интересов</w:t>
            </w:r>
          </w:p>
        </w:tc>
        <w:tc>
          <w:tcPr>
            <w:tcW w:type="dxa" w:w="2592"/>
          </w:tcPr>
          <w:p>
            <w:r>
              <w:t>Ответ (Да/Нет) и пояснения</w:t>
            </w:r>
          </w:p>
        </w:tc>
      </w:tr>
      <w:tr>
        <w:trPr/>
        <w:tc>
          <w:tcPr>
            <w:tcW w:type="dxa" w:w="576"/>
            <w:vAlign w:val="center"/>
          </w:tcPr>
          <w:p>
            <w:pPr>
              <w:spacing w:after="80" w:before="80" w:line="240" w:lineRule="auto"/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type="dxa" w:w="6480"/>
            <w:vAlign w:val="center"/>
          </w:tcPr>
          <w:p>
            <w:pPr>
              <w:spacing w:after="80" w:before="80" w:line="240" w:lineRule="auto"/>
            </w:pPr>
            <w:r>
              <w:rPr>
                <w:rFonts w:ascii="Times New Roman" w:hAnsi="Times New Roman"/>
                <w:sz w:val="22"/>
              </w:rPr>
              <w:t>Имеются ли у Вас или Ваших близких родственников (супруг(а), дети, родители, братья, сестры) финансовые или иные коммерческие интересы в компаниях, являющихся поставщиками (подрядчиками, исполнителями) по договорам/контрактам МАОУ ДО ДТ «Родничок»?</w:t>
            </w:r>
          </w:p>
        </w:tc>
        <w:tc>
          <w:tcPr>
            <w:tcW w:type="dxa" w:w="2592"/>
            <w:vAlign w:val="center"/>
          </w:tcPr>
          <w:p>
            <w:pPr>
              <w:spacing w:after="80" w:before="80" w:line="240" w:lineRule="auto"/>
            </w:pPr>
            <w:r>
              <w:rPr>
                <w:rFonts w:ascii="Times New Roman" w:hAnsi="Times New Roman"/>
                <w:sz w:val="22"/>
              </w:rPr>
              <w:t>[  ] Да   [  ] Нет</w:t>
              <w:br/>
              <w:br/>
              <w:t>При ответе «Да» пояснить:</w:t>
              <w:br/>
              <w:t>_________________</w:t>
            </w:r>
          </w:p>
        </w:tc>
      </w:tr>
      <w:tr>
        <w:trPr/>
        <w:tc>
          <w:tcPr>
            <w:tcW w:type="dxa" w:w="576"/>
            <w:vAlign w:val="center"/>
          </w:tcPr>
          <w:p>
            <w:pPr>
              <w:spacing w:after="80" w:before="80" w:line="240" w:lineRule="auto"/>
            </w:pPr>
            <w:r>
              <w:rPr>
                <w:rFonts w:ascii="Times New Roman" w:hAnsi="Times New Roman"/>
                <w:sz w:val="22"/>
              </w:rPr>
              <w:t>2</w:t>
            </w:r>
          </w:p>
        </w:tc>
        <w:tc>
          <w:tcPr>
            <w:tcW w:type="dxa" w:w="6480"/>
            <w:vAlign w:val="center"/>
          </w:tcPr>
          <w:p>
            <w:pPr>
              <w:spacing w:after="80" w:before="80" w:line="240" w:lineRule="auto"/>
            </w:pPr>
            <w:r>
              <w:rPr>
                <w:rFonts w:ascii="Times New Roman" w:hAnsi="Times New Roman"/>
                <w:sz w:val="22"/>
              </w:rPr>
              <w:t>Участвуете ли Вы лично или Ваши близкие родственники в органах управления коммерческих организаций, с которыми Дом творчества ведет или планирует вести совместную деятельность, закупки или иное взаимодействие?</w:t>
            </w:r>
          </w:p>
        </w:tc>
        <w:tc>
          <w:tcPr>
            <w:tcW w:type="dxa" w:w="2592"/>
            <w:vAlign w:val="center"/>
          </w:tcPr>
          <w:p>
            <w:pPr>
              <w:spacing w:after="80" w:before="80" w:line="240" w:lineRule="auto"/>
            </w:pPr>
            <w:r>
              <w:rPr>
                <w:rFonts w:ascii="Times New Roman" w:hAnsi="Times New Roman"/>
                <w:sz w:val="22"/>
              </w:rPr>
              <w:t>[  ] Да   [  ] Нет</w:t>
              <w:br/>
              <w:br/>
              <w:t>При ответе «Да» пояснить:</w:t>
              <w:br/>
              <w:t>_________________</w:t>
            </w:r>
          </w:p>
        </w:tc>
      </w:tr>
      <w:tr>
        <w:trPr/>
        <w:tc>
          <w:tcPr>
            <w:tcW w:type="dxa" w:w="576"/>
            <w:vAlign w:val="center"/>
          </w:tcPr>
          <w:p>
            <w:pPr>
              <w:spacing w:after="80" w:before="80" w:line="240" w:lineRule="auto"/>
            </w:pPr>
            <w:r>
              <w:rPr>
                <w:rFonts w:ascii="Times New Roman" w:hAnsi="Times New Roman"/>
                <w:sz w:val="22"/>
              </w:rPr>
              <w:t>3</w:t>
            </w:r>
          </w:p>
        </w:tc>
        <w:tc>
          <w:tcPr>
            <w:tcW w:type="dxa" w:w="6480"/>
            <w:vAlign w:val="center"/>
          </w:tcPr>
          <w:p>
            <w:pPr>
              <w:spacing w:after="80" w:before="80" w:line="240" w:lineRule="auto"/>
            </w:pPr>
            <w:r>
              <w:rPr>
                <w:rFonts w:ascii="Times New Roman" w:hAnsi="Times New Roman"/>
                <w:sz w:val="22"/>
              </w:rPr>
              <w:t>Находятся ли в Вашем непосредственном подчинении или под Вашим прямым контролем (в рамках служебной деятельности в учреждении) лица, состоящие с Вами в близком родстве или свойстве?</w:t>
            </w:r>
          </w:p>
        </w:tc>
        <w:tc>
          <w:tcPr>
            <w:tcW w:type="dxa" w:w="2592"/>
            <w:vAlign w:val="center"/>
          </w:tcPr>
          <w:p>
            <w:pPr>
              <w:spacing w:after="80" w:before="80" w:line="240" w:lineRule="auto"/>
            </w:pPr>
            <w:r>
              <w:rPr>
                <w:rFonts w:ascii="Times New Roman" w:hAnsi="Times New Roman"/>
                <w:sz w:val="22"/>
              </w:rPr>
              <w:t>[  ] Да   [  ] Нет</w:t>
              <w:br/>
              <w:br/>
              <w:t>При ответе «Да» пояснить:</w:t>
              <w:br/>
              <w:t>_________________</w:t>
            </w:r>
          </w:p>
        </w:tc>
      </w:tr>
      <w:tr>
        <w:trPr/>
        <w:tc>
          <w:tcPr>
            <w:tcW w:type="dxa" w:w="576"/>
            <w:vAlign w:val="center"/>
          </w:tcPr>
          <w:p>
            <w:pPr>
              <w:spacing w:after="80" w:before="80" w:line="240" w:lineRule="auto"/>
            </w:pPr>
            <w:r>
              <w:rPr>
                <w:rFonts w:ascii="Times New Roman" w:hAnsi="Times New Roman"/>
                <w:sz w:val="22"/>
              </w:rPr>
              <w:t>4</w:t>
            </w:r>
          </w:p>
        </w:tc>
        <w:tc>
          <w:tcPr>
            <w:tcW w:type="dxa" w:w="6480"/>
            <w:vAlign w:val="center"/>
          </w:tcPr>
          <w:p>
            <w:pPr>
              <w:spacing w:after="80" w:before="80" w:line="240" w:lineRule="auto"/>
            </w:pPr>
            <w:r>
              <w:rPr>
                <w:rFonts w:ascii="Times New Roman" w:hAnsi="Times New Roman"/>
                <w:sz w:val="22"/>
              </w:rPr>
              <w:t>Получали ли Вы за прошедший год какие-либо подарки, услуги, ссуды, оплату развлечений или отдыха от физических либо юридических лиц, с которыми Дом творчества имеет или планирует заключить договорные обязательства?</w:t>
            </w:r>
          </w:p>
        </w:tc>
        <w:tc>
          <w:tcPr>
            <w:tcW w:type="dxa" w:w="2592"/>
            <w:vAlign w:val="center"/>
          </w:tcPr>
          <w:p>
            <w:pPr>
              <w:spacing w:after="80" w:before="80" w:line="240" w:lineRule="auto"/>
            </w:pPr>
            <w:r>
              <w:rPr>
                <w:rFonts w:ascii="Times New Roman" w:hAnsi="Times New Roman"/>
                <w:sz w:val="22"/>
              </w:rPr>
              <w:t>[  ] Да   [  ] Нет</w:t>
              <w:br/>
              <w:br/>
              <w:t>При ответе «Да» пояснить:</w:t>
              <w:br/>
              <w:t>_________________</w:t>
            </w:r>
          </w:p>
        </w:tc>
      </w:tr>
      <w:tr>
        <w:trPr/>
        <w:tc>
          <w:tcPr>
            <w:tcW w:type="dxa" w:w="576"/>
            <w:vAlign w:val="center"/>
          </w:tcPr>
          <w:p>
            <w:pPr>
              <w:spacing w:after="80" w:before="80" w:line="240" w:lineRule="auto"/>
            </w:pPr>
            <w:r>
              <w:rPr>
                <w:rFonts w:ascii="Times New Roman" w:hAnsi="Times New Roman"/>
                <w:sz w:val="22"/>
              </w:rPr>
              <w:t>5</w:t>
            </w:r>
          </w:p>
        </w:tc>
        <w:tc>
          <w:tcPr>
            <w:tcW w:type="dxa" w:w="6480"/>
            <w:vAlign w:val="center"/>
          </w:tcPr>
          <w:p>
            <w:pPr>
              <w:spacing w:after="80" w:before="80" w:line="240" w:lineRule="auto"/>
            </w:pPr>
            <w:r>
              <w:rPr>
                <w:rFonts w:ascii="Times New Roman" w:hAnsi="Times New Roman"/>
                <w:sz w:val="22"/>
              </w:rPr>
              <w:t>Используете ли Вы имущество, оборудование, интеллектуальную собственность, конфиденциальную или служебную информацию МАОУ ДО ДТ «Родничок» в личных коммерческих целях или в интересах третьих лиц?</w:t>
            </w:r>
          </w:p>
        </w:tc>
        <w:tc>
          <w:tcPr>
            <w:tcW w:type="dxa" w:w="2592"/>
            <w:vAlign w:val="center"/>
          </w:tcPr>
          <w:p>
            <w:pPr>
              <w:spacing w:after="80" w:before="80" w:line="240" w:lineRule="auto"/>
            </w:pPr>
            <w:r>
              <w:rPr>
                <w:rFonts w:ascii="Times New Roman" w:hAnsi="Times New Roman"/>
                <w:sz w:val="22"/>
              </w:rPr>
              <w:t>[  ] Да   [  ] Нет</w:t>
              <w:br/>
              <w:br/>
              <w:t>При ответе «Да» пояснить:</w:t>
              <w:br/>
              <w:t>_________________</w:t>
            </w:r>
          </w:p>
        </w:tc>
      </w:tr>
      <w:tr>
        <w:trPr/>
        <w:tc>
          <w:tcPr>
            <w:tcW w:type="dxa" w:w="576"/>
            <w:vAlign w:val="center"/>
          </w:tcPr>
          <w:p>
            <w:pPr>
              <w:spacing w:after="80" w:before="80" w:line="240" w:lineRule="auto"/>
            </w:pPr>
            <w:r>
              <w:rPr>
                <w:rFonts w:ascii="Times New Roman" w:hAnsi="Times New Roman"/>
                <w:sz w:val="22"/>
              </w:rPr>
              <w:t>6</w:t>
            </w:r>
          </w:p>
        </w:tc>
        <w:tc>
          <w:tcPr>
            <w:tcW w:type="dxa" w:w="6480"/>
            <w:vAlign w:val="center"/>
          </w:tcPr>
          <w:p>
            <w:pPr>
              <w:spacing w:after="80" w:before="80" w:line="240" w:lineRule="auto"/>
            </w:pPr>
            <w:r>
              <w:rPr>
                <w:rFonts w:ascii="Times New Roman" w:hAnsi="Times New Roman"/>
                <w:sz w:val="22"/>
              </w:rPr>
              <w:t>Существуют ли иные обстоятельства личной заинтересованности, которые могут повлиять на объективное, беспристрастное и добросовестное исполнение Вами должностных обязанностей?</w:t>
            </w:r>
          </w:p>
        </w:tc>
        <w:tc>
          <w:tcPr>
            <w:tcW w:type="dxa" w:w="2592"/>
            <w:vAlign w:val="center"/>
          </w:tcPr>
          <w:p>
            <w:pPr>
              <w:spacing w:after="80" w:before="80" w:line="240" w:lineRule="auto"/>
            </w:pPr>
            <w:r>
              <w:rPr>
                <w:rFonts w:ascii="Times New Roman" w:hAnsi="Times New Roman"/>
                <w:sz w:val="22"/>
              </w:rPr>
              <w:t>[  ] Да   [  ] Нет</w:t>
              <w:br/>
              <w:br/>
              <w:t>При ответе «Да» пояснить:</w:t>
              <w:br/>
              <w:t>_________________</w:t>
            </w:r>
          </w:p>
        </w:tc>
      </w:tr>
    </w:tbl>
    <w:p>
      <w:pPr>
        <w:spacing w:after="240" w:before="0" w:line="276" w:lineRule="auto"/>
        <w:jc w:val="left"/>
      </w:pPr>
      <w:r>
        <w:rPr>
          <w:b w:val="0"/>
          <w:i w:val="0"/>
        </w:rPr>
      </w:r>
    </w:p>
    <w:p>
      <w:pPr>
        <w:spacing w:after="360" w:before="0" w:line="276" w:lineRule="auto"/>
        <w:jc w:val="both"/>
      </w:pPr>
      <w:r>
        <w:rPr>
          <w:b w:val="0"/>
          <w:i w:val="0"/>
        </w:rPr>
        <w:t>В случае возникновения любых изменений в указанных выше сведениях, обязуюсь незамедлительно подать новое уведомление (декларацию) в письменной форме.</w:t>
      </w:r>
    </w:p>
    <w:p>
      <w:pPr>
        <w:spacing w:after="480" w:before="0" w:line="276" w:lineRule="auto"/>
        <w:jc w:val="left"/>
      </w:pPr>
      <w:r>
        <w:rPr>
          <w:b w:val="0"/>
          <w:i w:val="0"/>
        </w:rPr>
        <w:t>«___» ____________ 202___ г.                    ___________ / _______________________</w:t>
      </w:r>
    </w:p>
    <w:p>
      <w:pPr>
        <w:spacing w:after="360" w:before="0" w:line="276" w:lineRule="auto"/>
        <w:jc w:val="left"/>
      </w:pPr>
      <w:r>
        <w:rPr>
          <w:b w:val="0"/>
          <w:i/>
        </w:rPr>
        <w:t xml:space="preserve">                                                 (подпись)     (расшифровка подписи)</w:t>
      </w:r>
    </w:p>
    <w:p>
      <w:pPr>
        <w:spacing w:after="240" w:before="240" w:line="276" w:lineRule="auto"/>
        <w:jc w:val="center"/>
      </w:pPr>
      <w:r>
        <w:rPr>
          <w:b/>
          <w:i w:val="0"/>
        </w:rPr>
        <w:t>ОТМЕТКА ОТВЕТСТВЕННОГО ЛИЦА ЗА ПРЕДУПРЕЖДЕНИЕ КОРРУПЦИИ</w:t>
      </w:r>
    </w:p>
    <w:p>
      <w:pPr>
        <w:spacing w:after="120" w:before="0" w:line="276" w:lineRule="auto"/>
        <w:jc w:val="both"/>
      </w:pPr>
      <w:r>
        <w:rPr>
          <w:b w:val="0"/>
          <w:i w:val="0"/>
        </w:rPr>
        <w:t>Настоящая декларация изучена и проанализирована. По результатам анализа:</w:t>
      </w:r>
    </w:p>
    <w:p>
      <w:pPr>
        <w:spacing w:after="80" w:before="0" w:line="276" w:lineRule="auto"/>
        <w:jc w:val="left"/>
      </w:pPr>
      <w:r>
        <w:rPr>
          <w:b w:val="0"/>
          <w:i w:val="0"/>
        </w:rPr>
        <w:t>[  ] Признаков личной заинтересованности и конфликта интересов не обнаружено.</w:t>
      </w:r>
    </w:p>
    <w:p>
      <w:pPr>
        <w:spacing w:after="120" w:before="0" w:line="276" w:lineRule="auto"/>
        <w:jc w:val="left"/>
      </w:pPr>
      <w:r>
        <w:rPr>
          <w:b w:val="0"/>
          <w:i w:val="0"/>
        </w:rPr>
        <w:t>[  ] Выявлены признаки личной заинтересованности / потенциального конфликта интересов.</w:t>
      </w:r>
    </w:p>
    <w:p>
      <w:pPr>
        <w:spacing w:after="120" w:before="0" w:line="276" w:lineRule="auto"/>
        <w:jc w:val="both"/>
      </w:pPr>
      <w:r>
        <w:rPr>
          <w:b w:val="0"/>
          <w:i w:val="0"/>
        </w:rPr>
        <w:t>Рекомендуемые меры по минимизации / урегулированию конфликта интересов: __________________________________________________________________________________________</w:t>
      </w:r>
    </w:p>
    <w:p>
      <w:pPr>
        <w:spacing w:after="360" w:before="0" w:line="276" w:lineRule="auto"/>
        <w:jc w:val="both"/>
      </w:pPr>
      <w:r>
        <w:rPr>
          <w:b w:val="0"/>
          <w:i w:val="0"/>
        </w:rPr>
        <w:t>__________________________________________________________________________________________</w:t>
      </w:r>
    </w:p>
    <w:p>
      <w:pPr>
        <w:spacing w:after="120" w:before="0" w:line="276" w:lineRule="auto"/>
        <w:jc w:val="left"/>
      </w:pPr>
      <w:r>
        <w:rPr>
          <w:b w:val="0"/>
          <w:i w:val="0"/>
        </w:rPr>
        <w:t>Ответственный за антикоррупционную работу: ___________ / _______________________</w:t>
      </w:r>
    </w:p>
    <w:p>
      <w:pPr>
        <w:spacing w:after="120" w:before="0" w:line="276" w:lineRule="auto"/>
        <w:jc w:val="left"/>
      </w:pPr>
      <w:r>
        <w:rPr>
          <w:b w:val="0"/>
          <w:i w:val="0"/>
        </w:rPr>
        <w:t>«___» ____________ 202___ г.</w:t>
      </w:r>
    </w:p>
    <w:sectPr w:rsidR="00FC693F" w:rsidRPr="0006063C" w:rsidSect="00034616">
      <w:pgSz w:w="12240" w:h="15840"/>
      <w:pgMar w:top="1152" w:right="864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