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DB4" w:rsidRDefault="00CE2DB4" w:rsidP="00CE2DB4">
      <w:pPr>
        <w:spacing w:after="0" w:line="408" w:lineRule="auto"/>
        <w:ind w:left="-993" w:right="-143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МИНИСТЕРСТВО ПРОСВЕЩЕНИЯ РОССИЙСКОЙ ФЕДЕРАЦИИ</w:t>
      </w:r>
    </w:p>
    <w:p w:rsidR="00CE2DB4" w:rsidRDefault="00CE2DB4" w:rsidP="00CE2DB4">
      <w:pPr>
        <w:spacing w:after="0" w:line="408" w:lineRule="auto"/>
        <w:ind w:left="-993" w:right="-143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‌Министерство образования Ростовской области‌‌ </w:t>
      </w:r>
    </w:p>
    <w:p w:rsidR="00CE2DB4" w:rsidRDefault="00CE2DB4" w:rsidP="00CE2DB4">
      <w:pPr>
        <w:spacing w:after="0" w:line="408" w:lineRule="auto"/>
        <w:ind w:left="-993" w:right="-143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‌Отдел образования Администрации Пролетарского района Ростовской области‌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CE2DB4" w:rsidRDefault="00CE2DB4" w:rsidP="00CE2DB4">
      <w:pPr>
        <w:spacing w:after="0" w:line="408" w:lineRule="auto"/>
        <w:ind w:left="-993" w:right="-143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Нисанова Хаима Давидовича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.П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ролетарска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Пролетарского района Ростовской области</w:t>
      </w:r>
    </w:p>
    <w:p w:rsidR="003337C4" w:rsidRDefault="003337C4">
      <w:pPr>
        <w:rPr>
          <w:lang w:val="ru-RU"/>
        </w:rPr>
      </w:pPr>
    </w:p>
    <w:tbl>
      <w:tblPr>
        <w:tblpPr w:leftFromText="180" w:rightFromText="180" w:vertAnchor="text" w:horzAnchor="margin" w:tblpXSpec="center" w:tblpY="672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25628" w:rsidRPr="00425628" w:rsidTr="00425628">
        <w:tc>
          <w:tcPr>
            <w:tcW w:w="3114" w:type="dxa"/>
          </w:tcPr>
          <w:p w:rsidR="00425628" w:rsidRPr="00425628" w:rsidRDefault="00425628" w:rsidP="0042562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Пермякова Н.Е.</w:t>
            </w:r>
          </w:p>
          <w:p w:rsidR="00425628" w:rsidRPr="00425628" w:rsidRDefault="00CC63C3" w:rsidP="004256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 №2 от «31</w:t>
            </w:r>
            <w:r w:rsidR="00425628"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="00425628"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2026</w:t>
            </w:r>
            <w:r w:rsidR="00425628"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25628" w:rsidRPr="00425628" w:rsidRDefault="00425628" w:rsidP="004256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</w:t>
            </w:r>
          </w:p>
          <w:p w:rsidR="00425628" w:rsidRPr="00425628" w:rsidRDefault="00CC63C3" w:rsidP="004256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</w:t>
            </w:r>
            <w:r w:rsidR="00425628"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«31» август   2026</w:t>
            </w:r>
            <w:r w:rsidR="00425628"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25628" w:rsidRP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25628" w:rsidRPr="00425628" w:rsidRDefault="00425628" w:rsidP="004256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:rsidR="00425628" w:rsidRPr="00425628" w:rsidRDefault="00425628" w:rsidP="004256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r w:rsidR="00CC63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иказ №148 от «31» августа   2026</w:t>
            </w:r>
            <w:r w:rsidRPr="0042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25628" w:rsidRPr="00425628" w:rsidRDefault="00425628" w:rsidP="004256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A5DE6" w:rsidRPr="003934E0" w:rsidRDefault="007A5DE6" w:rsidP="007A5DE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934E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‌‌</w:t>
      </w:r>
      <w:r w:rsidRPr="003934E0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7A5DE6" w:rsidRPr="00AF7F27" w:rsidRDefault="007A5DE6" w:rsidP="007A5DE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A5DE6" w:rsidRPr="003934E0" w:rsidRDefault="007A5DE6" w:rsidP="007A5DE6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3934E0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7A5DE6" w:rsidRPr="003934E0" w:rsidRDefault="007A5DE6" w:rsidP="007A5DE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A5DE6" w:rsidRPr="003934E0" w:rsidRDefault="00CE2DB4" w:rsidP="00CE2DB4">
      <w:pPr>
        <w:spacing w:after="0" w:line="408" w:lineRule="auto"/>
        <w:rPr>
          <w:rFonts w:ascii="Calibri" w:eastAsia="Calibri" w:hAnsi="Calibri" w:cs="Times New Roman"/>
          <w:lang w:val="ru-RU"/>
        </w:rPr>
      </w:pPr>
      <w:r>
        <w:rPr>
          <w:rFonts w:ascii="Calibri" w:eastAsia="Calibri" w:hAnsi="Calibri" w:cs="Times New Roman"/>
          <w:lang w:val="ru-RU"/>
        </w:rPr>
        <w:t xml:space="preserve">                                                            </w:t>
      </w:r>
      <w:r w:rsidR="007A5DE6" w:rsidRPr="003934E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7A5DE6" w:rsidRPr="003934E0" w:rsidRDefault="007A5DE6" w:rsidP="007A5DE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934E0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3934E0">
        <w:rPr>
          <w:rFonts w:ascii="Times New Roman" w:eastAsia="Calibri" w:hAnsi="Times New Roman" w:cs="Times New Roman"/>
          <w:color w:val="000000"/>
          <w:sz w:val="28"/>
        </w:rPr>
        <w:t>ID</w:t>
      </w:r>
      <w:r w:rsidRPr="003934E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371719)</w:t>
      </w:r>
    </w:p>
    <w:p w:rsidR="007A5DE6" w:rsidRPr="003934E0" w:rsidRDefault="007A5DE6" w:rsidP="007A5DE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A5DE6" w:rsidRPr="003934E0" w:rsidRDefault="007A5DE6" w:rsidP="007A5DE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934E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«Иностранный язык (английский)»</w:t>
      </w:r>
    </w:p>
    <w:p w:rsidR="007A5DE6" w:rsidRPr="003934E0" w:rsidRDefault="007A5DE6" w:rsidP="007A5DE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934E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2 – 4 классов </w:t>
      </w:r>
    </w:p>
    <w:p w:rsidR="007A5DE6" w:rsidRPr="003934E0" w:rsidRDefault="007A5DE6" w:rsidP="007A5DE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A5DE6" w:rsidRPr="003934E0" w:rsidRDefault="007A5DE6" w:rsidP="007A5DE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A5DE6" w:rsidRPr="003934E0" w:rsidRDefault="007A5DE6" w:rsidP="007A5DE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A5DE6" w:rsidRPr="003934E0" w:rsidRDefault="007A5DE6" w:rsidP="007A5DE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A5DE6" w:rsidRPr="003934E0" w:rsidRDefault="007A5DE6" w:rsidP="007A5DE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A5DE6" w:rsidRPr="003934E0" w:rsidRDefault="007A5DE6" w:rsidP="007A5DE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CE2DB4" w:rsidRDefault="00CE2DB4" w:rsidP="007A5DE6">
      <w:pPr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0" w:name="cfd04707-3192-4f35-bb6e-9ccc64c40c05"/>
      <w:r>
        <w:rPr>
          <w:rFonts w:ascii="Calibri" w:eastAsia="Calibri" w:hAnsi="Calibri" w:cs="Times New Roman"/>
          <w:lang w:val="ru-RU"/>
        </w:rPr>
        <w:t xml:space="preserve">                                                                 </w:t>
      </w:r>
      <w:r w:rsidR="007A5DE6" w:rsidRPr="003934E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г. Пролетарск</w:t>
      </w:r>
      <w:bookmarkEnd w:id="0"/>
      <w:r w:rsidR="007A5DE6" w:rsidRPr="003934E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</w:p>
    <w:p w:rsidR="007A5DE6" w:rsidRPr="00CE2DB4" w:rsidRDefault="00CE2DB4" w:rsidP="007A5DE6">
      <w:pPr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                                                          </w:t>
      </w:r>
      <w:r w:rsidR="007A5DE6" w:rsidRPr="003934E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bookmarkStart w:id="1" w:name="865fc295-6d74-46ac-8b2f-18f525410f3e"/>
      <w:r w:rsidR="0042562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7A5DE6" w:rsidRPr="003934E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</w:t>
      </w:r>
      <w:bookmarkEnd w:id="1"/>
      <w:r w:rsidR="00CC63C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</w:p>
    <w:p w:rsidR="007A5DE6" w:rsidRPr="00E45356" w:rsidRDefault="007A5DE6" w:rsidP="007A5DE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5DE6" w:rsidRDefault="007A5DE6">
      <w:pPr>
        <w:rPr>
          <w:lang w:val="ru-RU"/>
        </w:rPr>
      </w:pPr>
    </w:p>
    <w:p w:rsidR="00250413" w:rsidRPr="00E45356" w:rsidRDefault="00250413" w:rsidP="00250413">
      <w:pPr>
        <w:rPr>
          <w:rFonts w:ascii="Times New Roman" w:hAnsi="Times New Roman"/>
          <w:b/>
          <w:sz w:val="24"/>
          <w:szCs w:val="24"/>
          <w:lang w:val="ru-RU"/>
        </w:rPr>
      </w:pPr>
      <w:r w:rsidRPr="00E45356">
        <w:rPr>
          <w:rFonts w:ascii="Times New Roman" w:hAnsi="Times New Roman"/>
          <w:b/>
          <w:sz w:val="24"/>
          <w:szCs w:val="24"/>
          <w:lang w:val="ru-RU"/>
        </w:rPr>
        <w:t>Аннотация к рабочей программе    учебного предмета « Английский язык»</w:t>
      </w:r>
    </w:p>
    <w:p w:rsidR="00250413" w:rsidRPr="00E45356" w:rsidRDefault="00250413" w:rsidP="00250413">
      <w:pPr>
        <w:rPr>
          <w:rFonts w:ascii="Times New Roman" w:hAnsi="Times New Roman"/>
          <w:sz w:val="24"/>
          <w:szCs w:val="24"/>
          <w:lang w:val="ru-RU"/>
        </w:rPr>
      </w:pPr>
      <w:r w:rsidRPr="00E45356">
        <w:rPr>
          <w:rFonts w:ascii="Times New Roman" w:hAnsi="Times New Roman"/>
          <w:sz w:val="24"/>
          <w:szCs w:val="24"/>
          <w:lang w:val="ru-RU"/>
        </w:rPr>
        <w:t>Рабочая программа учебного предмета « Английский язык», обязательной предметной области « Иностранный язык» разработана в соответствии с пунктом 31.1 ФГОС НОО и реализуется 3 года со 2 по 4 класс</w:t>
      </w:r>
      <w:proofErr w:type="gramStart"/>
      <w:r w:rsidRPr="00E45356">
        <w:rPr>
          <w:rFonts w:ascii="Times New Roman" w:hAnsi="Times New Roman"/>
          <w:sz w:val="24"/>
          <w:szCs w:val="24"/>
          <w:lang w:val="ru-RU"/>
        </w:rPr>
        <w:t xml:space="preserve"> .</w:t>
      </w:r>
      <w:proofErr w:type="gramEnd"/>
    </w:p>
    <w:p w:rsidR="00250413" w:rsidRPr="00E45356" w:rsidRDefault="00250413" w:rsidP="00E45356">
      <w:pPr>
        <w:rPr>
          <w:rFonts w:ascii="Times New Roman" w:hAnsi="Times New Roman"/>
          <w:sz w:val="24"/>
          <w:szCs w:val="24"/>
          <w:lang w:val="ru-RU"/>
        </w:rPr>
      </w:pPr>
      <w:r w:rsidRPr="00E45356">
        <w:rPr>
          <w:rFonts w:ascii="Times New Roman" w:hAnsi="Times New Roman"/>
          <w:sz w:val="24"/>
          <w:szCs w:val="24"/>
          <w:lang w:val="ru-RU"/>
        </w:rPr>
        <w:t>Рабочая программа разработана группой</w:t>
      </w:r>
      <w:r w:rsidR="0094448F" w:rsidRPr="00E45356">
        <w:rPr>
          <w:rFonts w:ascii="Times New Roman" w:hAnsi="Times New Roman"/>
          <w:sz w:val="24"/>
          <w:szCs w:val="24"/>
          <w:lang w:val="ru-RU"/>
        </w:rPr>
        <w:t xml:space="preserve"> учителей Скок Л.Б. и Кузьминой Л.Г.</w:t>
      </w:r>
      <w:r w:rsidRPr="00E45356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Pr="00E45356">
        <w:rPr>
          <w:rFonts w:ascii="Times New Roman" w:hAnsi="Times New Roman"/>
          <w:sz w:val="24"/>
          <w:szCs w:val="24"/>
          <w:lang w:val="ru-RU"/>
        </w:rPr>
        <w:t>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250413" w:rsidRPr="00E45356" w:rsidRDefault="00250413" w:rsidP="00E45356">
      <w:pPr>
        <w:rPr>
          <w:rFonts w:ascii="Times New Roman" w:hAnsi="Times New Roman"/>
          <w:sz w:val="24"/>
          <w:szCs w:val="24"/>
          <w:lang w:val="ru-RU"/>
        </w:rPr>
      </w:pPr>
      <w:r w:rsidRPr="00E45356">
        <w:rPr>
          <w:rFonts w:ascii="Times New Roman" w:hAnsi="Times New Roman"/>
          <w:sz w:val="24"/>
          <w:szCs w:val="24"/>
          <w:lang w:val="ru-RU"/>
        </w:rPr>
        <w:t>Рабочая программа учебного предмета является частью  ООП НОО, определяющей:</w:t>
      </w:r>
    </w:p>
    <w:p w:rsidR="00250413" w:rsidRPr="00E45356" w:rsidRDefault="00250413" w:rsidP="00250413">
      <w:pPr>
        <w:rPr>
          <w:rFonts w:ascii="Times New Roman" w:hAnsi="Times New Roman"/>
          <w:sz w:val="24"/>
          <w:szCs w:val="24"/>
          <w:lang w:val="ru-RU"/>
        </w:rPr>
      </w:pPr>
      <w:r w:rsidRPr="00E45356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E45356">
        <w:rPr>
          <w:rFonts w:ascii="Times New Roman" w:hAnsi="Times New Roman"/>
          <w:sz w:val="24"/>
          <w:szCs w:val="24"/>
          <w:lang w:val="ru-RU"/>
        </w:rPr>
        <w:t xml:space="preserve">   </w:t>
      </w:r>
      <w:r w:rsidRPr="00E45356">
        <w:rPr>
          <w:rFonts w:ascii="Times New Roman" w:hAnsi="Times New Roman"/>
          <w:sz w:val="24"/>
          <w:szCs w:val="24"/>
          <w:lang w:val="ru-RU"/>
        </w:rPr>
        <w:t xml:space="preserve"> •</w:t>
      </w:r>
      <w:r w:rsidRPr="00E45356">
        <w:rPr>
          <w:rFonts w:ascii="Times New Roman" w:hAnsi="Times New Roman"/>
          <w:sz w:val="24"/>
          <w:szCs w:val="24"/>
          <w:lang w:val="ru-RU"/>
        </w:rPr>
        <w:tab/>
        <w:t>содержание;</w:t>
      </w:r>
    </w:p>
    <w:p w:rsidR="00250413" w:rsidRPr="00E45356" w:rsidRDefault="00E45356" w:rsidP="00E45356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50413" w:rsidRPr="00E45356">
        <w:rPr>
          <w:rFonts w:ascii="Times New Roman" w:hAnsi="Times New Roman"/>
          <w:sz w:val="24"/>
          <w:szCs w:val="24"/>
          <w:lang w:val="ru-RU"/>
        </w:rPr>
        <w:t>•</w:t>
      </w:r>
      <w:r w:rsidR="00250413" w:rsidRPr="00E45356">
        <w:rPr>
          <w:rFonts w:ascii="Times New Roman" w:hAnsi="Times New Roman"/>
          <w:sz w:val="24"/>
          <w:szCs w:val="24"/>
          <w:lang w:val="ru-RU"/>
        </w:rPr>
        <w:tab/>
        <w:t xml:space="preserve">планируемые результаты (личностные, </w:t>
      </w:r>
      <w:proofErr w:type="spellStart"/>
      <w:r w:rsidR="00250413" w:rsidRPr="00E45356">
        <w:rPr>
          <w:rFonts w:ascii="Times New Roman" w:hAnsi="Times New Roman"/>
          <w:sz w:val="24"/>
          <w:szCs w:val="24"/>
          <w:lang w:val="ru-RU"/>
        </w:rPr>
        <w:t>метапредметные</w:t>
      </w:r>
      <w:proofErr w:type="spellEnd"/>
      <w:r w:rsidR="00250413" w:rsidRPr="00E45356">
        <w:rPr>
          <w:rFonts w:ascii="Times New Roman" w:hAnsi="Times New Roman"/>
          <w:sz w:val="24"/>
          <w:szCs w:val="24"/>
          <w:lang w:val="ru-RU"/>
        </w:rPr>
        <w:t xml:space="preserve"> и предметные);</w:t>
      </w:r>
    </w:p>
    <w:p w:rsidR="00250413" w:rsidRPr="00E45356" w:rsidRDefault="00250413" w:rsidP="0025041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45356">
        <w:rPr>
          <w:rFonts w:ascii="Times New Roman" w:hAnsi="Times New Roman"/>
          <w:sz w:val="24"/>
          <w:szCs w:val="24"/>
          <w:lang w:val="ru-RU"/>
        </w:rPr>
        <w:t>•</w:t>
      </w:r>
      <w:r w:rsidRPr="00E45356">
        <w:rPr>
          <w:rFonts w:ascii="Times New Roman" w:hAnsi="Times New Roman"/>
          <w:sz w:val="24"/>
          <w:szCs w:val="24"/>
          <w:lang w:val="ru-RU"/>
        </w:rPr>
        <w:tab/>
        <w:t>тематическое планирование с учётом рабочей программы воспитания и возможностью использования ЭОР/ЦОР.</w:t>
      </w:r>
    </w:p>
    <w:p w:rsidR="00250413" w:rsidRPr="00E45356" w:rsidRDefault="00250413" w:rsidP="0025041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45356">
        <w:rPr>
          <w:rFonts w:ascii="Times New Roman" w:hAnsi="Times New Roman"/>
          <w:sz w:val="24"/>
          <w:szCs w:val="24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250413" w:rsidRPr="00E45356" w:rsidRDefault="00250413" w:rsidP="00250413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50413" w:rsidRPr="00E45356" w:rsidRDefault="00250413" w:rsidP="00250413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50413" w:rsidRPr="00E45356" w:rsidRDefault="00250413" w:rsidP="00250413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50413" w:rsidRPr="00E45356" w:rsidRDefault="00250413" w:rsidP="00250413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50413" w:rsidRPr="00102B25" w:rsidRDefault="000331F5" w:rsidP="00250413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CD69BE">
        <w:rPr>
          <w:rFonts w:ascii="Times New Roman" w:hAnsi="Times New Roman"/>
          <w:color w:val="FF0000"/>
          <w:sz w:val="24"/>
          <w:szCs w:val="24"/>
          <w:lang w:val="ru-RU"/>
        </w:rPr>
        <w:t xml:space="preserve">            </w:t>
      </w:r>
      <w:r w:rsidR="00CC63C3">
        <w:rPr>
          <w:rFonts w:ascii="Times New Roman" w:hAnsi="Times New Roman"/>
          <w:color w:val="000000" w:themeColor="text1"/>
          <w:sz w:val="24"/>
          <w:szCs w:val="24"/>
          <w:lang w:val="ru-RU"/>
        </w:rPr>
        <w:t>Дата 31.08.2026</w:t>
      </w:r>
      <w:r w:rsidR="00250413" w:rsidRPr="00102B2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г.</w:t>
      </w:r>
    </w:p>
    <w:p w:rsidR="00250413" w:rsidRPr="00250413" w:rsidRDefault="00250413" w:rsidP="00250413">
      <w:pPr>
        <w:rPr>
          <w:rFonts w:ascii="Times New Roman" w:hAnsi="Times New Roman"/>
          <w:sz w:val="28"/>
          <w:szCs w:val="28"/>
          <w:lang w:val="ru-RU"/>
        </w:rPr>
      </w:pPr>
    </w:p>
    <w:p w:rsidR="00250413" w:rsidRPr="00250413" w:rsidRDefault="00250413" w:rsidP="00250413">
      <w:pPr>
        <w:rPr>
          <w:rFonts w:ascii="Times New Roman" w:hAnsi="Times New Roman"/>
          <w:sz w:val="28"/>
          <w:szCs w:val="28"/>
          <w:lang w:val="ru-RU"/>
        </w:rPr>
      </w:pPr>
    </w:p>
    <w:p w:rsidR="002C6C3E" w:rsidRDefault="002C6C3E" w:rsidP="002C6C3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45356" w:rsidRDefault="00E45356" w:rsidP="002C6C3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45356" w:rsidRDefault="00E45356" w:rsidP="002C6C3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E2DB4" w:rsidRDefault="00CE2DB4" w:rsidP="002C6C3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E2DB4" w:rsidRDefault="00CE2DB4" w:rsidP="002C6C3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E2DB4" w:rsidRDefault="00CE2DB4" w:rsidP="002C6C3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E2DB4" w:rsidRDefault="00CE2DB4" w:rsidP="002C6C3E">
      <w:pPr>
        <w:jc w:val="center"/>
        <w:rPr>
          <w:rFonts w:ascii="Times New Roman" w:hAnsi="Times New Roman"/>
          <w:sz w:val="28"/>
          <w:szCs w:val="28"/>
          <w:lang w:val="ru-RU"/>
        </w:rPr>
      </w:pPr>
      <w:bookmarkStart w:id="2" w:name="_GoBack"/>
      <w:bookmarkEnd w:id="2"/>
    </w:p>
    <w:p w:rsidR="00E45356" w:rsidRDefault="00E45356" w:rsidP="002C6C3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69BE" w:rsidRDefault="007A5DE6">
      <w:pPr>
        <w:rPr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                                    </w:t>
      </w:r>
      <w:r w:rsidR="00CD69BE" w:rsidRPr="00CD69BE">
        <w:rPr>
          <w:color w:val="FF0000"/>
          <w:sz w:val="28"/>
          <w:szCs w:val="28"/>
          <w:lang w:val="ru-RU"/>
        </w:rPr>
        <w:t xml:space="preserve">   </w:t>
      </w:r>
      <w:r w:rsidR="00CD69BE" w:rsidRPr="00CD69BE">
        <w:rPr>
          <w:b/>
          <w:sz w:val="28"/>
          <w:szCs w:val="28"/>
          <w:lang w:val="ru-RU"/>
        </w:rPr>
        <w:t>Пояснительная записка.</w:t>
      </w:r>
    </w:p>
    <w:p w:rsidR="00CD69BE" w:rsidRDefault="00CD69BE">
      <w:pPr>
        <w:rPr>
          <w:b/>
          <w:sz w:val="28"/>
          <w:szCs w:val="28"/>
          <w:lang w:val="ru-RU"/>
        </w:rPr>
      </w:pP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Программа по иностранному (английскому) языку раскрывает цели образования, развития и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воспитания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обучающихся средствами учебного предмета «Иностранный язык»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 уровне начального общего образования, определяет обязательную 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На уровне начального общего образования закладывается база для всего последующего иноязычного образования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обучающихся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обучения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Цели обучения иностранному (английскому) языку на уровне начального общего образования можно условно разделить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образовательные, развивающие, воспитывающие.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Образовательные цели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программы по иностранному (английскому) языку на уровне начального общего образования включают:</w:t>
      </w:r>
    </w:p>
    <w:p w:rsidR="00CD69BE" w:rsidRPr="00CD69BE" w:rsidRDefault="00CD69BE" w:rsidP="00CD69B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и письменной (чтение и письмо) форме с учётом возрастных возможностей и потребностей обучающегося;</w:t>
      </w:r>
      <w:proofErr w:type="gramEnd"/>
    </w:p>
    <w:p w:rsidR="00CD69BE" w:rsidRPr="00CD69BE" w:rsidRDefault="00CD69BE" w:rsidP="00CD69B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расширение лингвистического кругозора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обучающихся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за счёт овладения новыми языковыми средствами (фонетическими, орфографическими, лексическими, грамматическими) в соответствии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отобранными темами общения;</w:t>
      </w:r>
    </w:p>
    <w:p w:rsidR="00CD69BE" w:rsidRPr="00CD69BE" w:rsidRDefault="00CD69BE" w:rsidP="00CD69B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CD69BE" w:rsidRPr="00CD69BE" w:rsidRDefault="00CD69BE" w:rsidP="00CD69B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использование для решения учебных задач интеллектуальных операций (сравнение, анализ, обобщение);</w:t>
      </w:r>
    </w:p>
    <w:p w:rsidR="00CD69BE" w:rsidRPr="00CD69BE" w:rsidRDefault="00CD69BE" w:rsidP="00CD69B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lastRenderedPageBreak/>
        <w:t>Развивающие цели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программы по иностранному (английскому) языку на уровне начального общего образования включают:</w:t>
      </w:r>
    </w:p>
    <w:p w:rsidR="00CD69BE" w:rsidRPr="00CD69BE" w:rsidRDefault="00CD69BE" w:rsidP="00CD69B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осознание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обучающимися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:rsidR="00CD69BE" w:rsidRPr="00CD69BE" w:rsidRDefault="00CD69BE" w:rsidP="00CD69B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становление коммуникативной культуры обучающихся и их общего речевого развития;</w:t>
      </w:r>
    </w:p>
    <w:p w:rsidR="00CD69BE" w:rsidRPr="00CD69BE" w:rsidRDefault="00CD69BE" w:rsidP="00CD69B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:rsidR="00CD69BE" w:rsidRPr="00CD69BE" w:rsidRDefault="00CD69BE" w:rsidP="00CD69B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:rsidR="00CD69BE" w:rsidRPr="00CD69BE" w:rsidRDefault="00CD69BE" w:rsidP="00CD69B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иностранного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английского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языка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обеспечивает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CD69BE" w:rsidRPr="00CD69BE" w:rsidRDefault="00CD69BE" w:rsidP="00CD69B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адекватно используя имеющиеся речевые и неречевые средства общения;</w:t>
      </w:r>
    </w:p>
    <w:p w:rsidR="00CD69BE" w:rsidRPr="00CD69BE" w:rsidRDefault="00CD69BE" w:rsidP="00CD69B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CD69BE" w:rsidRPr="00CD69BE" w:rsidRDefault="00CD69BE" w:rsidP="00CD69B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воспитание эмоционального и познавательного интереса к художественной культуре других народов;</w:t>
      </w:r>
    </w:p>
    <w:p w:rsidR="00CD69BE" w:rsidRPr="009416B3" w:rsidRDefault="00CD69BE" w:rsidP="00CD69B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формирование положительной мотивации и устойчивого учебно-познавательного интереса к предмету «Иностранный язык».</w:t>
      </w:r>
    </w:p>
    <w:p w:rsidR="00CD69BE" w:rsidRPr="00DE4140" w:rsidRDefault="009416B3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934E0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</w:t>
      </w: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СОДЕРЖАНИЕ ОБУЧЕНИ</w:t>
      </w:r>
      <w:r w:rsidR="00E45E5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Я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2 класс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Тематическое содержание речи</w:t>
      </w:r>
    </w:p>
    <w:p w:rsidR="00DE4140" w:rsidRDefault="00CD69BE" w:rsidP="00DE4140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Мир моего «я»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Приветствие. Знакомство. Моя семья. Мой день рождения. Моя любимая еда.</w:t>
      </w:r>
    </w:p>
    <w:p w:rsidR="00CD69BE" w:rsidRPr="00CD69BE" w:rsidRDefault="00CD69BE" w:rsidP="00DE4140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Мир моих увлечений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Любимый цвет, игрушка. Любимые занятия. Мой питомец. Выходной день.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lastRenderedPageBreak/>
        <w:t>Мир вокруг меня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Моя школа. Мои друзья. Моя малая родина (город, село).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Родная страна и страны изучаемого языка.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Коммуникативные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Говорение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Коммуникативные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ru-RU" w:eastAsia="ru-RU"/>
        </w:rPr>
        <w:t>диалогической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речи.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Коммуникативные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ru-RU" w:eastAsia="ru-RU"/>
        </w:rPr>
        <w:t>монологической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речи.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Аудирование</w:t>
      </w:r>
      <w:proofErr w:type="spell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Понимание на слух речи учителя и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других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обучающихся и вербальная/невербальная реакция на услышанное (при непосредственном общении).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Тексты для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 диалог, высказывания собеседников в ситуациях повседневного общения, рассказ, сказка.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Смысловое чтение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Тексты для чтения вслух: диалог, рассказ, сказка.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Тексты для чтения про себя: диалог, рассказ, сказка, электронное сообщение личного характера.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Письмо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Овладение техникой письма (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полупечатное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написание букв, буквосочетаний, слов).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кв в сл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ово или слов в предложение, дописывание предложений в соответствии с решаемой учебной задачей.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Написание с опорой на образец коротких поздравлений с праздниками (с днём рождения, Новым годом).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Языковые знания и навыки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Фонетическая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Буквы английского алфавита. Корректное называние букв английского алфавита.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«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»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новых слов согласно основным правилам чтения английского языка.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lastRenderedPageBreak/>
        <w:t>Графика, орфография и пунктуация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Графически корректное (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полупечатное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написание букв английского алфавита в буквосочетаниях и словах. Правильное написание изученных слов.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isn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;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doesn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;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), существительных в притяжательном падеже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Ann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Лексическая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в устной и письменной речи интернациональных слов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doctor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film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с помощью языковой догадки.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Грамматическая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Нераспространённые и распространённые простые предложения.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Предложения с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начальным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red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ball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начальным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 + to be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Present Simple Tense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(There is a cat in the room. Is there a cat in the room? – Yes, there is</w:t>
      </w:r>
      <w:proofErr w:type="gram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./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No, there isn’t. There are four pens on the table. Are there four pens on the table? – Yes, there are</w:t>
      </w:r>
      <w:proofErr w:type="gram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./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No, there aren’t. How many pens are there on the table? – There are four pens.).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простым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глагольным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сказуемым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(They live in the country.)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составным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именным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сказуемым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(The box is small.)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составным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глагольным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сказуемым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(I like to play with my cat. She can play the piano.).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глаголом-связкой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 be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Present Simple Tense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(My father is a doctor. Is it a red ball? – Yes, it is</w:t>
      </w:r>
      <w:proofErr w:type="gram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./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No, it isn’t.)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Предложения с краткими глагольными формами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swim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like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porridge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Побудительные предложения в утвердительной форме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Come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please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Глаголы в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Глагольная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конструкция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have got (I’ve got a cat. 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He’s/</w:t>
      </w:r>
      <w:proofErr w:type="gram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She’s</w:t>
      </w:r>
      <w:proofErr w:type="spellEnd"/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got a cat. Have you got a cat? – Yes, I have</w:t>
      </w:r>
      <w:proofErr w:type="gram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./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No, I haven’t. What have you got?)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Модальный глагол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 для выражения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play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tennis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 отсутствия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play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chess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 для получения разрешения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out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?).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 xml:space="preserve">Определённый, неопределённый и нулевой артикли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именами существительными (наиболее распространённые случаи).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Существительные во множественном числе, образованные по правилу и исключения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book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books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;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men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Личные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местоимения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(I, you, he/she/it, we, they).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Притяжательные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местоимения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(my, your, his/her/its, our, their)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Указательные местоимения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this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Количественные числительные (1–12).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Вопросительные слова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what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how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how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many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Предлоги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места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(in, on, near, under).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Союзы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and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but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однородными членами).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Социокультурные знания и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Знание названий родной страны и страны/стран изучаемого языка и их столиц.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Компенсаторные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Использование при чтении и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языковой догадки (умения понять значение незнакомого слова или новое значение знакомого слова по контексту).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bookmarkStart w:id="3" w:name="_Toc140053182"/>
      <w:bookmarkEnd w:id="3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3 КЛАСС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Тематическое содержание речи</w:t>
      </w:r>
    </w:p>
    <w:p w:rsidR="00CD69BE" w:rsidRPr="00CD69BE" w:rsidRDefault="00CD69BE" w:rsidP="00DE414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Мир моего «я»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Моя семья. Мой день рождения. Моя любимая еда. Мой день (распорядок дня).</w:t>
      </w:r>
    </w:p>
    <w:p w:rsidR="00CD69BE" w:rsidRPr="00CD69BE" w:rsidRDefault="00CD69BE" w:rsidP="00DE414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Мир моих увлечений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Любимая игрушка, игра. Мой питомец. Любимые занятия. Любимая сказка. Выходной день. Каникулы.</w:t>
      </w:r>
    </w:p>
    <w:p w:rsidR="00CD69BE" w:rsidRPr="00CD69BE" w:rsidRDefault="00CD69BE" w:rsidP="00DE414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Мир вокруг меня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Родная страна и страны изучаемого языка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. Россия и страна/страны изучаемого языка. Их столицы, достопримечательности и интересные факты. Произведения детского фольклора.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Литературные персонажи детских книг. Праздники родной страны и страны/стран изучаемого языка.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  <w:t>Коммуникативные умения</w:t>
      </w:r>
    </w:p>
    <w:p w:rsidR="00CD69BE" w:rsidRPr="00CD69BE" w:rsidRDefault="00CD69BE" w:rsidP="00DE414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Говорение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Коммуникативные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ru-RU" w:eastAsia="ru-RU"/>
        </w:rPr>
        <w:t>диалогической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речи.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диалога – побуждения к действию: приглашение собеседника к совместной деятельности, вежливое согласие/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 согласие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 предложение собеседника;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Коммуникативные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ru-RU" w:eastAsia="ru-RU"/>
        </w:rPr>
        <w:t>монологической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речи.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DE4140" w:rsidRDefault="00CD69BE" w:rsidP="00DE41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Аудирование</w:t>
      </w:r>
      <w:proofErr w:type="spellEnd"/>
    </w:p>
    <w:p w:rsidR="00CD69BE" w:rsidRPr="00CD69BE" w:rsidRDefault="00CD69BE" w:rsidP="00DE41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Понимание на слух речи учителя и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других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обучающихся и вербальная/невербальная реакция на услышанное (при непосредственном общении).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Тексты для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 диалог, высказывания собеседников в ситуациях повседневного общения, рассказ, сказка.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Смысловое чтение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Тексты для чтения вслух: диалог, рассказ, сказка.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Тексты для чтения: диалог, рассказ, сказка, электронное сообщение личного характера.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Письмо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Создание подписей к картинкам, фотографиям с пояснением, что на них изображено.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  <w:t>Языковые знания и навыки</w:t>
      </w:r>
    </w:p>
    <w:p w:rsidR="00CD69BE" w:rsidRPr="00CD69BE" w:rsidRDefault="00CD69BE" w:rsidP="00DE414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Фонетическая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Буквы английского алфавита. Фонетически корректное озвучивание букв английского алфавита.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«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»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гласных в открытом и закрытом слоге в односложных словах, чтения гласных в третьем типе слога (гласная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+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); согласных, основных звукобуквенных сочетаний, в частности сложных сочетаний букв (например,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tion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ight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в односложных, двусложных и многосложных словах.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Вычленение некоторых звукобуквенных сочетаний при анализе изученных слов.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Чтение новых слов согласно основным правилам чтения с использованием полной или частичной транскрипции.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Графика, орфография и пунктуация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Правильное написание изученных слов.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Правильная расстановка знаков препинания: точки, вопросительного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Лексическая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Распознавание в письменном и звучащем тексте и употребление в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устной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-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teen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ty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 словосложения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sportsman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в устной и письменной речи интернациональных слов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doctor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film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 помощью языковой догадки.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Грамматическая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-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teen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ty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и словосложения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football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snowman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начальным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 + to be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Past Simple Tense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 was an old house near the river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Побудительные предложения в отрицательной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talk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please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форме.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Правильные и неправильные глаголы в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Past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Конструкция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I’d like to ... (I’d like to read this book.)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Конструкции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глаголами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ing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: to like/enjoy doing 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smth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(I like riding my bike.).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Существительные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притяжательном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падеже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(Possessive Case; Ann’s dress, children’s toys, boys’ books)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Слова, выражающие количество с исчисляемыми и неисчисляемыми существительными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much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many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lot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of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Личные местоимения в объектном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you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him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her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us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падеже. Указательные местоимения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this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;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that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those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Неопределённые местоимения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some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any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 повествовательных и вопросительных предложениях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Have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you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any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friends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?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Yes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ve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some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Наречия частотности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usually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often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Количественные числительные (13–100). Порядковые числительные (1–30).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Вопросительные слова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when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whose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Предлоги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места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(next to, in front of, behind),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(to),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времени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(at, in, on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выражениях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at 5 o’clock, in the morning, on Monday).</w:t>
      </w:r>
      <w:proofErr w:type="gramEnd"/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Социокультурные знания и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Знание произведений детского фольклора (рифмовок, стихов, песенок), персонажей детских книг.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Компенсаторные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Использование при чтении и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DE4140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bookmarkStart w:id="4" w:name="_Toc140053183"/>
      <w:bookmarkEnd w:id="4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4 КЛАСС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Тематическое содержание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Мир моего «я».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Моя семья. Мой день рождения, подарки. Моя любимая еда. Мой день (распорядок дня, домашние обязанности).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Мир моих увлечений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Мир вокруг меня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. Моя комната (квартира, дом), предметы мебели и интерьера. Моя школа, любимые учебные предметы. Мои друзья, их внешность и черты характера. Моя малая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родина (город, село). Путешествия. Дикие и домашние животные. Погода. Времена года (месяцы). Покупки.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Родная страна и страны изучаемого языка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Коммуникативные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Говорение</w:t>
      </w:r>
    </w:p>
    <w:p w:rsidR="00DE4140" w:rsidRDefault="00CD69BE" w:rsidP="00DE4140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Коммуникативные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ru-RU" w:eastAsia="ru-RU"/>
        </w:rPr>
        <w:t>диалогической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речи.</w:t>
      </w:r>
    </w:p>
    <w:p w:rsidR="00CD69BE" w:rsidRPr="00CD69BE" w:rsidRDefault="00CD69BE" w:rsidP="00DE4140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Коммуникативные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ru-RU" w:eastAsia="ru-RU"/>
        </w:rPr>
        <w:t>монологической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речи.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Краткое устное изложение результатов выполненного несложного проектного задания.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Аудирование</w:t>
      </w:r>
      <w:proofErr w:type="spell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Коммуникативные умения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Понимание на слух речи учителя и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других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обучающихся и вербальная/невербальная реакция на услышанное (при непосредственном общении).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Тексты для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Смысловое чтение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Тексты для чтения вслух: диалог, рассказ, сказка.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опорой и без опоры на иллюстрации и с использованием языковой догадки, в том числе контекстуальной.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Прогнозирование содержания текста на основе заголовка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не сплошных текстов (таблиц, диаграмм) и понимание представленной в них информации.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Письмо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Выписывание из текста слов, словосочетаний, предложений; вставка пропущенных бу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кв в сл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ово или слов в предложение в соответствии с решаемой коммуникативной/учебной задачей.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Написание электронного сообщения личного характера с опорой на образец.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Языковые знания и навыки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Фонетическая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«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»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Правила чтения: гласных в открытом и закрытом слоге в односложных словах, гласных в третьем типе слога (гласная +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); согласных; основных звукобуквенных сочетаний, в частности сложных сочетаний букв (например,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tion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ight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в односложных, двусложных и многосложных словах.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Вычленение некоторых звукобуквенных сочетаний при анализе изученных слов.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Графика, орфография и пунктуация.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Possessive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Case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Лексическая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er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/-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ist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worker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actor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artist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 конверсии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play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play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).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Использование языковой догадки для распознавания интернациональных слов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pilot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film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Грамматическая сторона речи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Глаголы в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Past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Continuous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Модальные глаголы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must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have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Конструкция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 be going to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и Future Simple Tense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выражения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будущего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действия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 am going to have my birthday party on Saturday. Wait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ll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help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you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Отрицательное местоимение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no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Степени сравнения прилагательных (формы, образованные по правилу и исключения: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good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better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)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best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bad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worse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)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worst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Наречия времени.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Обозначение даты и года. Обозначение времени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5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clock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; 3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2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pm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Социокультурные знания и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Знание произведений детского фольклора (рифмовок, стихов, песенок), персонажей детских книг.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Компенсаторные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Использование при чтении и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языковой догадки (умения понять значение незнакомого слова или новое значение знакомого слова из контекста).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Прогнозирование содержание текста для чтения на основе заголовка.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CD69BE" w:rsidRPr="00DE4140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1"/>
          <w:szCs w:val="21"/>
          <w:lang w:val="ru-RU" w:eastAsia="ru-RU"/>
        </w:rPr>
      </w:pPr>
      <w:r w:rsidRPr="00DE4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ПЛАНИРУЕМЫЕ РЕЗУЛЬТАТЫ ОСВОЕНИЯ ПРОГРАММЫ ПО ИНОСТРАННОМУ (АНГЛИЙСКОМУ) ЯЗЫКУ НА УРОВНЕ НАЧАЛЬНОГО ОБЩЕГО ОБРАЗОВАНИЯ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ЛИЧНОСТНЫЕ РЕЗУЛЬТАТЫ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 результате изучения иностранного (английского) языка на уровне начального общего образования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обучающегося будут сформированы следующие личностные результаты: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1)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гражданско-патриотического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воспитания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становление ценностного отношения к своей Родине – России;</w:t>
      </w:r>
    </w:p>
    <w:p w:rsidR="00CD69BE" w:rsidRPr="00CD69BE" w:rsidRDefault="00CD69BE" w:rsidP="00CD69B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осознание своей этнокультурной и российской гражданской идентичности;</w:t>
      </w:r>
    </w:p>
    <w:p w:rsidR="00CD69BE" w:rsidRPr="00CD69BE" w:rsidRDefault="00CD69BE" w:rsidP="00CD69B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сопричастность к прошлому, настоящему и будущему своей страны и родного края;</w:t>
      </w:r>
    </w:p>
    <w:p w:rsidR="00CD69BE" w:rsidRPr="00CD69BE" w:rsidRDefault="00CD69BE" w:rsidP="00CD69B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уважение к своему и другим народам;</w:t>
      </w:r>
    </w:p>
    <w:p w:rsidR="00CD69BE" w:rsidRPr="00CD69BE" w:rsidRDefault="00CD69BE" w:rsidP="00CD69B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2)  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духовно-нравственного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воспитания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признание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индивидуальности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каждого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человека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CD69BE" w:rsidRPr="00CD69BE" w:rsidRDefault="00CD69BE" w:rsidP="00CD69B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проявление сопереживания, уважения и доброжелательности;</w:t>
      </w:r>
    </w:p>
    <w:p w:rsidR="00CD69BE" w:rsidRPr="00CD69BE" w:rsidRDefault="00CD69BE" w:rsidP="00CD69B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неприятие любых форм поведения, направленных на причинение физического и морального вреда другим людям.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3) </w:t>
      </w:r>
      <w:proofErr w:type="spellStart"/>
      <w:proofErr w:type="gram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эстетического</w:t>
      </w:r>
      <w:proofErr w:type="spellEnd"/>
      <w:proofErr w:type="gram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воспитания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и других народов;</w:t>
      </w:r>
    </w:p>
    <w:p w:rsidR="00CD69BE" w:rsidRPr="00CD69BE" w:rsidRDefault="00CD69BE" w:rsidP="00CD69B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стремление к самовыражению в разных видах художественной деятельности.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4)</w:t>
      </w: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физического воспитания, формирования культуры здоровья и эмоционального благополучия:</w:t>
      </w:r>
    </w:p>
    <w:p w:rsidR="00CD69BE" w:rsidRPr="00CD69BE" w:rsidRDefault="00CD69BE" w:rsidP="00CD69B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CD69BE" w:rsidRPr="00CD69BE" w:rsidRDefault="00CD69BE" w:rsidP="00CD69B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бережное отношение к физическому и психическому здоровью.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5) </w:t>
      </w:r>
      <w:proofErr w:type="spellStart"/>
      <w:proofErr w:type="gram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трудового</w:t>
      </w:r>
      <w:proofErr w:type="spellEnd"/>
      <w:proofErr w:type="gram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воспитания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различным профессия.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6) </w:t>
      </w:r>
      <w:proofErr w:type="spellStart"/>
      <w:proofErr w:type="gram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экологического</w:t>
      </w:r>
      <w:proofErr w:type="spellEnd"/>
      <w:proofErr w:type="gram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воспитания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бережное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отношение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природе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CD69BE" w:rsidRPr="00CD69BE" w:rsidRDefault="00CD69BE" w:rsidP="00CD69BE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неприятие действий, приносящих ей вред.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7) </w:t>
      </w:r>
      <w:proofErr w:type="spellStart"/>
      <w:proofErr w:type="gram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ценности</w:t>
      </w:r>
      <w:proofErr w:type="spellEnd"/>
      <w:proofErr w:type="gram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научного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познания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первоначальные представления о научной картине мира;</w:t>
      </w:r>
    </w:p>
    <w:p w:rsidR="00CD69BE" w:rsidRPr="00CD69BE" w:rsidRDefault="00CD69BE" w:rsidP="00CD69BE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bookmarkStart w:id="5" w:name="_Toc140053186"/>
      <w:bookmarkEnd w:id="5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МЕТАПРЕДМЕТНЫЕ РЕЗУЛЬТАТЫ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Познавательные универсальные учебные действия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Базовые логические действия:</w:t>
      </w:r>
    </w:p>
    <w:p w:rsidR="00CD69BE" w:rsidRPr="00CD69BE" w:rsidRDefault="00CD69BE" w:rsidP="00CD69B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сравнивать объекты, устанавливать основания для сравнения, устанавливать аналогии;</w:t>
      </w:r>
    </w:p>
    <w:p w:rsidR="00CD69BE" w:rsidRPr="00CD69BE" w:rsidRDefault="00CD69BE" w:rsidP="00CD69B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объединять части объекта (объекты) по определённому признаку;</w:t>
      </w:r>
    </w:p>
    <w:p w:rsidR="00CD69BE" w:rsidRPr="00CD69BE" w:rsidRDefault="00CD69BE" w:rsidP="00CD69B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определять существенный признак для классификации, классифицировать предложенные объекты;</w:t>
      </w:r>
    </w:p>
    <w:p w:rsidR="00CD69BE" w:rsidRPr="00CD69BE" w:rsidRDefault="00CD69BE" w:rsidP="00CD69B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CD69BE" w:rsidRPr="00CD69BE" w:rsidRDefault="00CD69BE" w:rsidP="00CD69B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CD69BE" w:rsidRPr="00CD69BE" w:rsidRDefault="00CD69BE" w:rsidP="00CD69BE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исследовательские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действия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CD69BE" w:rsidRPr="00CD69BE" w:rsidRDefault="00CD69BE" w:rsidP="00CD69B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 помощью педагогического работника формулировать цель, планировать изменения объекта, ситуации;</w:t>
      </w:r>
    </w:p>
    <w:p w:rsidR="00CD69BE" w:rsidRPr="00CD69BE" w:rsidRDefault="00CD69BE" w:rsidP="00CD69B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сравнивать несколько вариантов решения задачи, выбирать наиболее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подходящий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(на основе предложенных критериев);</w:t>
      </w:r>
    </w:p>
    <w:p w:rsidR="00CD69BE" w:rsidRPr="00CD69BE" w:rsidRDefault="00CD69BE" w:rsidP="00CD69B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:rsidR="00CD69BE" w:rsidRPr="00CD69BE" w:rsidRDefault="00CD69BE" w:rsidP="00CD69B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CD69BE" w:rsidRPr="00CD69BE" w:rsidRDefault="00CD69BE" w:rsidP="00CD69BE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информацией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CD69BE" w:rsidRPr="00CD69BE" w:rsidRDefault="00CD69BE" w:rsidP="00CD69B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источник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получения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информации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CD69BE" w:rsidRPr="00CD69BE" w:rsidRDefault="00CD69BE" w:rsidP="00CD69B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D69BE" w:rsidRPr="00CD69BE" w:rsidRDefault="00CD69BE" w:rsidP="00CD69B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CD69BE" w:rsidRPr="00CD69BE" w:rsidRDefault="00CD69BE" w:rsidP="00CD69B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CD69BE" w:rsidRPr="00CD69BE" w:rsidRDefault="00CD69BE" w:rsidP="00CD69B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CD69BE" w:rsidRPr="00CD69BE" w:rsidRDefault="00CD69BE" w:rsidP="00CD69BE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самостоятельно создавать схемы, таблицы для представления информации.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Коммуникативные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универсальные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учебные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действия</w:t>
      </w:r>
      <w:proofErr w:type="spellEnd"/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p w:rsidR="00CD69BE" w:rsidRPr="00CD69BE" w:rsidRDefault="00CD69BE" w:rsidP="00CD69BE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D69BE" w:rsidRPr="00CD69BE" w:rsidRDefault="00CD69BE" w:rsidP="00CD69BE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проявлять уважительное отношение к собеседнику, соблюдать правила ведения диалога и дискуссии;</w:t>
      </w:r>
    </w:p>
    <w:p w:rsidR="00CD69BE" w:rsidRPr="00CD69BE" w:rsidRDefault="00CD69BE" w:rsidP="00CD69BE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признавать возможность существования разных точек зрения;</w:t>
      </w:r>
    </w:p>
    <w:p w:rsidR="00CD69BE" w:rsidRPr="00CD69BE" w:rsidRDefault="00CD69BE" w:rsidP="00CD69BE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корректно и аргументированно высказывать своё мнение;</w:t>
      </w:r>
    </w:p>
    <w:p w:rsidR="00CD69BE" w:rsidRPr="00CD69BE" w:rsidRDefault="00CD69BE" w:rsidP="00CD69BE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строить речевое высказывание в соответствии с поставленной задачей;</w:t>
      </w:r>
    </w:p>
    <w:p w:rsidR="00CD69BE" w:rsidRPr="00CD69BE" w:rsidRDefault="00CD69BE" w:rsidP="00CD69BE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создавать устные и письменные тексты (описание, рассуждение, повествование);</w:t>
      </w:r>
    </w:p>
    <w:p w:rsidR="00CD69BE" w:rsidRPr="00CD69BE" w:rsidRDefault="00CD69BE" w:rsidP="00CD69BE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готовить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небольшие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публичные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выступления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CD69BE" w:rsidRPr="00CD69BE" w:rsidRDefault="00CD69BE" w:rsidP="00CD69BE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подбирать иллюстративный материал (рисунки, фото, плакаты) к тексту выступления.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br/>
        <w:t>Регулятивные универсальные учебные действия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Самоорганизация:</w:t>
      </w:r>
    </w:p>
    <w:p w:rsidR="00CD69BE" w:rsidRPr="00CD69BE" w:rsidRDefault="00CD69BE" w:rsidP="00CD69BE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планировать действия по решению учебной задачи для получения результата;</w:t>
      </w:r>
    </w:p>
    <w:p w:rsidR="00CD69BE" w:rsidRPr="00CD69BE" w:rsidRDefault="00CD69BE" w:rsidP="00CD69BE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выстраивать</w:t>
      </w:r>
      <w:proofErr w:type="spellEnd"/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последовательность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выбранных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действий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Совместная</w:t>
      </w:r>
      <w:proofErr w:type="spellEnd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деятельность</w:t>
      </w:r>
      <w:proofErr w:type="spellEnd"/>
    </w:p>
    <w:p w:rsidR="00CD69BE" w:rsidRPr="00CD69BE" w:rsidRDefault="00CD69BE" w:rsidP="00CD69BE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bookmarkStart w:id="6" w:name="_Toc108096413"/>
      <w:bookmarkEnd w:id="6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D69BE" w:rsidRPr="00CD69BE" w:rsidRDefault="00CD69BE" w:rsidP="00CD69BE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D69BE" w:rsidRPr="00CD69BE" w:rsidRDefault="00CD69BE" w:rsidP="00CD69BE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проявлять готовность руководить, выполнять поручения, подчиняться;</w:t>
      </w:r>
    </w:p>
    <w:p w:rsidR="00CD69BE" w:rsidRPr="00CD69BE" w:rsidRDefault="00CD69BE" w:rsidP="00CD69BE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ответственно выполнять свою часть работы;</w:t>
      </w:r>
    </w:p>
    <w:p w:rsidR="00CD69BE" w:rsidRPr="00CD69BE" w:rsidRDefault="00CD69BE" w:rsidP="00CD69BE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оценивать свой вклад в общий результат;</w:t>
      </w:r>
    </w:p>
    <w:p w:rsidR="00CD69BE" w:rsidRPr="00CD69BE" w:rsidRDefault="00CD69BE" w:rsidP="00CD69BE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выполнять совместные проектные задания с опорой на предложенные образцы.</w:t>
      </w:r>
      <w:bookmarkStart w:id="7" w:name="_Toc140053187"/>
      <w:bookmarkStart w:id="8" w:name="_Toc134720971"/>
      <w:bookmarkEnd w:id="7"/>
      <w:bookmarkEnd w:id="8"/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ПРЕДМЕТНЫЕ РЕЗУЛЬТАТЫ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Предметные результаты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 навыков в типичных учебных ситуациях и реальных жизненных условиях, отражать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иноязычной коммуникативной компетенции на элементарном уровне в совокупности её составляющих – речевой, языковой, социокультурной, компенсаторной,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метапредметной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(учебно-познавательной).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 концу обучения во</w:t>
      </w: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/>
        </w:rPr>
        <w:t>2 классе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обучающийся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получит следующие предметные результаты: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Коммуникативные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lastRenderedPageBreak/>
        <w:t>Говорение: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воспринимать на слух и понимать речь учителя и других обучающихся;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– до 40 секунд).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Смысловое чтение: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Письмо: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писать с опорой на образец короткие поздравления с праздниками (с днём рождения, Новым годом).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Языковые знания и навыки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Фонетическая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полупечатное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написание букв, буквосочетаний, слов);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новые слова согласно основным правилам чтения;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Графика, орфография и пунктуация: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правильно писать изученные слова;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заполнять пропуски словами; дописывать предложения;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Лексическая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использовать языковую догадку в распознавании интернациональных слов.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Грамматическая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нераспространённые и распространённые простые предложения;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распознавать и употреблять в устной и письменной речи предложения с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начальным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распознавать и употреблять в устной и письменной речи предложения с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начальным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+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простые предложения с простым глагольным сказуемым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speaks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English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предложения с составным глагольным сказуемым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want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dance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skate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well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предложения с глаголом-связкой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в составе таких фраз, как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Dima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eight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.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fine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.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sorry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.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...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proofErr w:type="gram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it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.?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What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...?;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предложения с краткими глагольными формами;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повелительное наклонение: побудительные предложения в утвердительной форме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Come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please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настоящее простое время (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в повествовательных (утвердительных и отрицательных) и вопросительных (общий и специальный вопрос) предложениях;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глагольную конструкцию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have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ve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...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Have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you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...?);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модальный глагол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gram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с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для выражения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ride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bike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 отсутствия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ride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bike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.);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для получения разрешения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out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?);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множественное число существительных, образованное по правилам и исключения: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pen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–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pens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;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man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men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личные и притяжательные местоимения;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указательные местоимения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this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количественные числительные (1–12);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вопросительные слова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what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how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how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many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предлоги места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near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under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союзы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and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but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(при однородных членах).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Социокультурные знания и умения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знать названия родной страны и страны/стран изучаемого языка и их столиц.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 концу обучения в</w:t>
      </w: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/>
        </w:rPr>
        <w:t>3 классе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обучающийся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получит следующие предметные результаты: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Коммуникативные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Говорение: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 xml:space="preserve">воспринимать на слух и понимать речь учителя и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других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обучающихся вербально/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невербально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реагировать на услышанное;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– до 1 минуты).</w:t>
      </w:r>
      <w:proofErr w:type="gramEnd"/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Смысловое чтение: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  <w:proofErr w:type="gramEnd"/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Письмо: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создавать подписи к иллюстрациям с пояснением, что на них изображено.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Языковые знания и навыки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Фонетическая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применять правила чтения гласных в третьем типе слога (гласная +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применять правила чтения сложных сочетаний букв (например,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tion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ight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в односложных, двусложных и многосложных словах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international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night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новые слова согласно основным правилам чтения;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Графика, орфография и пунктуация: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правильно писать изученные слова;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Лексическая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распознавать и образовывать родственные слова с использованием основных способов словообразования: аффиксации (суффиксы числительных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-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teen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ty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и словосложения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football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snowman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Грамматическая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побудительные предложения в отрицательной форме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talk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please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предложения с начальным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+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Past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was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bridge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across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river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</w:t>
      </w:r>
      <w:proofErr w:type="gram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were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mountains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south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.);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конструкции с глаголами на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ing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: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like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enjoy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doing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something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конструкцию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like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...;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распознавать и употреблять в устной и письменной речи правильные и неправильные глаголы в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Past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существительные в притяжательном падеже (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Possessive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Case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much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many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lot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of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наречия частотности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usually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often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личные местоимения в объектном падеже;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указательные местоимения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that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those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неопределённые местоимения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some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any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 повествовательных и вопросительных предложениях;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вопросительные слова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when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whose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why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количественные числительные (13–100);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порядковые числительные (1–30);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предлог направления движения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went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Moscow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last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year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предлоги места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next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front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of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behind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распознавать и употреблять в устной и письменной речи предлоги времени: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on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 выражениях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4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’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clock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morning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on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Monday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Социокультурные знания и умения: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кратко представлять свою страну и страну/страны изучаемого языка на английском языке.</w:t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</w:p>
    <w:p w:rsidR="00CD69BE" w:rsidRPr="00CD69BE" w:rsidRDefault="00CD69BE" w:rsidP="00CD69B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 концу обучения в</w:t>
      </w: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/>
        </w:rPr>
        <w:t>4 классе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обучающийся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получит следующие предметные результаты: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Коммуникативные умения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Говорение: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создавать устные связные монологические высказывания по образцу; выражать своё отношение к предмету речи;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воспринимать на слух и понимать речь учителя и других обучающихся, вербально/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невербально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реагировать на </w:t>
      </w: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услышанное</w:t>
      </w:r>
      <w:proofErr w:type="gram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 xml:space="preserve">опорой и с использованием языковой, в том числе контекстуальной, догадки (время звучания текста/текстов для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аудирования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– до 1 минуты).</w:t>
      </w:r>
      <w:proofErr w:type="gramEnd"/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Смысловое чтение: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слов;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прогнозировать содержание текста на основе заголовка;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читать про себя </w:t>
      </w:r>
      <w:proofErr w:type="spell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несплошные</w:t>
      </w:r>
      <w:proofErr w:type="spellEnd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тексты (таблицы, диаграммы и другое) и понимать представленную в них информацию.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Письмо: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писать с опорой на образец электронное сообщение личного характера (объём сообщения – до 50 слов).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Языковые знания и навыки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Фонетическая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читать новые слова согласно основным правилам чтения;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Графика, орфография и пунктуация: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правильно писать изученные слова;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Лексическая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образовывать родственные слова с использованием основных способов словообразования: аффиксации (суффиксы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er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/-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, -</w:t>
      </w:r>
      <w:proofErr w:type="spellStart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ist</w:t>
      </w:r>
      <w:proofErr w:type="spellEnd"/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: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teacher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actor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artist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словосложения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blackboard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конверсии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play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a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play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CD69BE" w:rsidRPr="00CD69BE" w:rsidRDefault="00CD69BE" w:rsidP="00CD69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Грамматическая сторона речи: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 xml:space="preserve">распознавать и употреблять в устной и письменной речи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Continuous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конструкцию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going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и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Future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Simple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Tense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для выражения будущего действия;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модальные глаголы долженствования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must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have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to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отрицательное местоимение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no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степени сравнения прилагательных (формы, образованные по правилу и исключения: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good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better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)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best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,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bad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worse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 – (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the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 xml:space="preserve">) 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worst</w:t>
      </w:r>
      <w:r w:rsidRPr="00CD69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ru-RU" w:eastAsia="ru-RU"/>
        </w:rPr>
        <w:t>)</w:t>
      </w: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наречия времени;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обозначение даты и года;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распознавать и употреблять в устной и письменной речи обозначение времени.</w:t>
      </w:r>
    </w:p>
    <w:p w:rsidR="00CD69BE" w:rsidRPr="00CD69BE" w:rsidRDefault="00CD69BE" w:rsidP="00CD69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Социокультурные знания и умения: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proofErr w:type="gramStart"/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  <w:proofErr w:type="gramEnd"/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знать названия родной страны и страны/стран изучаемого языка;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знать некоторых литературных персонажей;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знать небольшие произведения детского фольклора (рифмовки, песни);</w:t>
      </w:r>
    </w:p>
    <w:p w:rsidR="00CD69BE" w:rsidRPr="00CD69BE" w:rsidRDefault="00CD69BE" w:rsidP="00CD69B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CD69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кратко представлять свою страну на иностранном языке в рамках изучаемой тематики.</w:t>
      </w:r>
    </w:p>
    <w:p w:rsidR="00CD69BE" w:rsidRPr="00CD69BE" w:rsidRDefault="00CD69BE">
      <w:pPr>
        <w:rPr>
          <w:b/>
          <w:sz w:val="28"/>
          <w:szCs w:val="28"/>
          <w:lang w:val="ru-RU"/>
        </w:rPr>
        <w:sectPr w:rsidR="00CD69BE" w:rsidRPr="00CD69BE" w:rsidSect="00CE2DB4">
          <w:pgSz w:w="11900" w:h="16840"/>
          <w:pgMar w:top="352" w:right="774" w:bottom="1440" w:left="1276" w:header="720" w:footer="720" w:gutter="0"/>
          <w:cols w:space="720" w:equalWidth="0">
            <w:col w:w="9850" w:space="0"/>
          </w:cols>
          <w:docGrid w:linePitch="360"/>
        </w:sectPr>
      </w:pPr>
    </w:p>
    <w:p w:rsidR="008E7FAC" w:rsidRPr="00C83FC4" w:rsidRDefault="008E7FAC">
      <w:pPr>
        <w:autoSpaceDE w:val="0"/>
        <w:autoSpaceDN w:val="0"/>
        <w:spacing w:after="64" w:line="220" w:lineRule="exact"/>
        <w:rPr>
          <w:lang w:val="ru-RU"/>
        </w:rPr>
      </w:pPr>
    </w:p>
    <w:p w:rsidR="008E7FAC" w:rsidRDefault="00C83FC4">
      <w:pPr>
        <w:autoSpaceDE w:val="0"/>
        <w:autoSpaceDN w:val="0"/>
        <w:spacing w:after="92" w:line="374" w:lineRule="auto"/>
        <w:ind w:right="11952"/>
        <w:rPr>
          <w:rFonts w:ascii="Times New Roman" w:eastAsia="Times New Roman" w:hAnsi="Times New Roman"/>
          <w:b/>
          <w:color w:val="000000"/>
          <w:sz w:val="18"/>
          <w:lang w:val="ru-RU"/>
        </w:rPr>
      </w:pPr>
      <w:r w:rsidRPr="00C83FC4">
        <w:rPr>
          <w:rFonts w:ascii="Times New Roman" w:eastAsia="Times New Roman" w:hAnsi="Times New Roman"/>
          <w:b/>
          <w:color w:val="000000"/>
          <w:w w:val="101"/>
          <w:sz w:val="19"/>
          <w:lang w:val="ru-RU"/>
        </w:rPr>
        <w:t xml:space="preserve">ТЕМАТИЧЕСКОЕ ПЛАНИРОВАНИЕ </w:t>
      </w:r>
      <w:r w:rsidRPr="00C83FC4">
        <w:rPr>
          <w:lang w:val="ru-RU"/>
        </w:rPr>
        <w:br/>
      </w:r>
      <w:r w:rsidRPr="00C83FC4">
        <w:rPr>
          <w:rFonts w:ascii="Times New Roman" w:eastAsia="Times New Roman" w:hAnsi="Times New Roman"/>
          <w:b/>
          <w:color w:val="000000"/>
          <w:sz w:val="18"/>
          <w:lang w:val="ru-RU"/>
        </w:rPr>
        <w:t>2 КЛАСС</w:t>
      </w:r>
    </w:p>
    <w:tbl>
      <w:tblPr>
        <w:tblW w:w="1552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275"/>
        <w:gridCol w:w="1155"/>
        <w:gridCol w:w="1891"/>
        <w:gridCol w:w="8375"/>
      </w:tblGrid>
      <w:tr w:rsidR="00287622" w:rsidRPr="00287622" w:rsidTr="006A682C">
        <w:trPr>
          <w:trHeight w:val="149"/>
          <w:tblCellSpacing w:w="20" w:type="nil"/>
        </w:trPr>
        <w:tc>
          <w:tcPr>
            <w:tcW w:w="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№ п/п </w:t>
            </w:r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2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Наименование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разделов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тем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программы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046" w:type="dxa"/>
            <w:gridSpan w:val="2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rPr>
                <w:rFonts w:ascii="Calibri" w:eastAsia="Calibri" w:hAnsi="Calibri" w:cs="Times New Roman"/>
              </w:rPr>
            </w:pPr>
            <w:r w:rsidRPr="00AD5BE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         </w:t>
            </w: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Количество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83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Электронные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цифровые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образовательные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>ресурсы</w:t>
            </w:r>
            <w:proofErr w:type="spellEnd"/>
            <w:r w:rsidRPr="0028762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A4B94" w:rsidRPr="00287622" w:rsidTr="00287622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7622" w:rsidRPr="00287622" w:rsidRDefault="00287622" w:rsidP="0028762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7622" w:rsidRPr="00287622" w:rsidRDefault="00287622" w:rsidP="0028762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7622" w:rsidRPr="00287622" w:rsidRDefault="00287622" w:rsidP="00287622">
            <w:pPr>
              <w:rPr>
                <w:rFonts w:ascii="Calibri" w:eastAsia="Calibri" w:hAnsi="Calibri" w:cs="Times New Roman"/>
              </w:rPr>
            </w:pPr>
          </w:p>
        </w:tc>
      </w:tr>
      <w:tr w:rsidR="000A4B94" w:rsidRPr="00287622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b/>
              </w:rPr>
            </w:pP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Раздел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1. </w:t>
            </w: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Мир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</w:t>
            </w: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моего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«я»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4D03EF" w:rsidRDefault="004D03EF" w:rsidP="006A682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A4B94" w:rsidRPr="00CE2DB4" w:rsidTr="004D03EF">
        <w:trPr>
          <w:trHeight w:val="575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Приветствие, знакомство.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9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0A4B94" w:rsidRPr="00287622" w:rsidRDefault="000A4B94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0A4B94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D5BED">
              <w:rPr>
                <w:rFonts w:ascii="Calibri" w:eastAsia="Calibri" w:hAnsi="Calibri" w:cs="Times New Roman"/>
              </w:rPr>
              <w:t>Моя</w:t>
            </w:r>
            <w:proofErr w:type="spellEnd"/>
            <w:r w:rsidRPr="00AD5BE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D5BED">
              <w:rPr>
                <w:rFonts w:ascii="Calibri" w:eastAsia="Calibri" w:hAnsi="Calibri" w:cs="Times New Roman"/>
              </w:rPr>
              <w:t>семья</w:t>
            </w:r>
            <w:proofErr w:type="spellEnd"/>
            <w:r w:rsidRPr="00AD5BE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0A4B94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Мой день рождения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0A4B94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Моя любимая еда.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0A4B94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D5BED">
              <w:rPr>
                <w:rFonts w:ascii="Calibri" w:eastAsia="Calibri" w:hAnsi="Calibri" w:cs="Times New Roman"/>
              </w:rPr>
              <w:t>Обобщающий</w:t>
            </w:r>
            <w:proofErr w:type="spellEnd"/>
            <w:r w:rsidRPr="00AD5BE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D5BED">
              <w:rPr>
                <w:rFonts w:ascii="Calibri" w:eastAsia="Calibri" w:hAnsi="Calibri" w:cs="Times New Roman"/>
              </w:rPr>
              <w:t>контроль</w:t>
            </w:r>
            <w:proofErr w:type="spellEnd"/>
            <w:r w:rsidRPr="00AD5BE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E1113E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27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AD5BED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A4B94" w:rsidRPr="00287622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>Раздел 2. Мир моих увлечений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287622" w:rsidRPr="004D03EF" w:rsidRDefault="00CE2DB4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" w:history="1">
              <w:r w:rsidR="004D03EF" w:rsidRPr="00AF18E0">
                <w:rPr>
                  <w:rStyle w:val="affa"/>
                  <w:rFonts w:ascii="Calibri" w:eastAsia="Calibri" w:hAnsi="Calibri" w:cs="Times New Roman"/>
                </w:rPr>
                <w:t>https://uchebnik.mos.ru/catalogue?subject_program_ids=31937263,31937310,31937249</w:t>
              </w:r>
            </w:hyperlink>
          </w:p>
          <w:p w:rsidR="004D03EF" w:rsidRPr="004D03EF" w:rsidRDefault="004D03EF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0A4B94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Мой питомец.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0A4B94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D5BED">
              <w:rPr>
                <w:rFonts w:ascii="Calibri" w:eastAsia="Calibri" w:hAnsi="Calibri" w:cs="Times New Roman"/>
              </w:rPr>
              <w:t>Любимые</w:t>
            </w:r>
            <w:proofErr w:type="spellEnd"/>
            <w:r w:rsidRPr="00AD5BE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AD5BED">
              <w:rPr>
                <w:rFonts w:ascii="Calibri" w:eastAsia="Calibri" w:hAnsi="Calibri" w:cs="Times New Roman"/>
              </w:rPr>
              <w:t>занятия</w:t>
            </w:r>
            <w:proofErr w:type="spellEnd"/>
            <w:r w:rsidRPr="00AD5BE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0A4B94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Любимый цвет, игрушка.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0A4B94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Выходной день.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287622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Обобщающий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E1113E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AD5BED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E1113E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AD5BED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C119AA" w:rsidRPr="00287622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>Раздел 3. Мир вокруг меня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287622" w:rsidRDefault="00C119AA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287622" w:rsidRDefault="00C119AA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4D03EF" w:rsidRDefault="004D03EF" w:rsidP="006A682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C119AA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Моя школа.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E1113E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ED22FB" w:rsidRDefault="00ED22FB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990835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lastRenderedPageBreak/>
              <w:t>3.2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Мои друзья.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E1113E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ED22FB" w:rsidRDefault="00ED22FB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990835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Моя малая родина (город, село).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E1113E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ED22FB" w:rsidRDefault="00ED22FB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990835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Обобщающий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E1113E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AD5BED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287622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E1113E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AD5BED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28762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C119AA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 xml:space="preserve">Раздел 4. Родная страна и страны </w:t>
            </w:r>
            <w:proofErr w:type="gramStart"/>
            <w:r w:rsidRPr="00C119AA">
              <w:rPr>
                <w:rFonts w:ascii="Calibri" w:eastAsia="Calibri" w:hAnsi="Calibri" w:cs="Times New Roman"/>
                <w:b/>
                <w:lang w:val="ru-RU"/>
              </w:rPr>
              <w:t>изучаемого</w:t>
            </w:r>
            <w:proofErr w:type="gramEnd"/>
            <w:r w:rsidRPr="00C119AA">
              <w:rPr>
                <w:rFonts w:ascii="Calibri" w:eastAsia="Calibri" w:hAnsi="Calibri" w:cs="Times New Roman"/>
                <w:b/>
                <w:lang w:val="ru-RU"/>
              </w:rPr>
              <w:t xml:space="preserve"> язык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C119AA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C119AA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C119AA" w:rsidRDefault="004D03EF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 xml:space="preserve">Названия родной страны и страны/стран </w:t>
            </w:r>
            <w:proofErr w:type="spellStart"/>
            <w:r w:rsidRPr="00AD5BED">
              <w:rPr>
                <w:rFonts w:ascii="Calibri" w:eastAsia="Calibri" w:hAnsi="Calibri" w:cs="Times New Roman"/>
                <w:lang w:val="ru-RU"/>
              </w:rPr>
              <w:t>изуча</w:t>
            </w:r>
            <w:proofErr w:type="gramStart"/>
            <w:r w:rsidRPr="00AD5BED">
              <w:rPr>
                <w:rFonts w:ascii="Calibri" w:eastAsia="Calibri" w:hAnsi="Calibri" w:cs="Times New Roman"/>
                <w:lang w:val="ru-RU"/>
              </w:rPr>
              <w:t>е</w:t>
            </w:r>
            <w:proofErr w:type="spellEnd"/>
            <w:r w:rsidRPr="00AD5BED">
              <w:rPr>
                <w:rFonts w:ascii="Calibri" w:eastAsia="Calibri" w:hAnsi="Calibri" w:cs="Times New Roman"/>
                <w:lang w:val="ru-RU"/>
              </w:rPr>
              <w:t>-</w:t>
            </w:r>
            <w:proofErr w:type="gramEnd"/>
            <w:r w:rsidRPr="00AD5BED">
              <w:rPr>
                <w:rFonts w:ascii="Calibri" w:eastAsia="Calibri" w:hAnsi="Calibri" w:cs="Times New Roman"/>
                <w:lang w:val="ru-RU"/>
              </w:rPr>
              <w:t xml:space="preserve"> </w:t>
            </w:r>
            <w:proofErr w:type="spellStart"/>
            <w:r w:rsidRPr="00AD5BED">
              <w:rPr>
                <w:rFonts w:ascii="Calibri" w:eastAsia="Calibri" w:hAnsi="Calibri" w:cs="Times New Roman"/>
                <w:lang w:val="ru-RU"/>
              </w:rPr>
              <w:t>мого</w:t>
            </w:r>
            <w:proofErr w:type="spellEnd"/>
            <w:r w:rsidRPr="00AD5BED">
              <w:rPr>
                <w:rFonts w:ascii="Calibri" w:eastAsia="Calibri" w:hAnsi="Calibri" w:cs="Times New Roman"/>
                <w:lang w:val="ru-RU"/>
              </w:rPr>
              <w:t xml:space="preserve"> языка, их столиц.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F440A6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C119AA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287622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Произведения детского фольклора.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F440A6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C119AA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6A682C">
        <w:trPr>
          <w:trHeight w:val="149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4.3</w:t>
            </w:r>
          </w:p>
        </w:tc>
        <w:tc>
          <w:tcPr>
            <w:tcW w:w="3275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Литературные персонажи детских книг.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F440A6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C119AA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6A682C">
        <w:trPr>
          <w:trHeight w:val="513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4.4</w:t>
            </w:r>
          </w:p>
        </w:tc>
        <w:tc>
          <w:tcPr>
            <w:tcW w:w="3275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Праздники родной страны и страны/стран изучаемого языка (Новый год, Рождество).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F440A6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C119AA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C119AA" w:rsidRPr="00CE2DB4" w:rsidTr="006A682C">
        <w:trPr>
          <w:trHeight w:val="149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C119AA" w:rsidRDefault="00C119AA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4.5</w:t>
            </w:r>
          </w:p>
        </w:tc>
        <w:tc>
          <w:tcPr>
            <w:tcW w:w="3275" w:type="dxa"/>
            <w:tcMar>
              <w:top w:w="50" w:type="dxa"/>
              <w:left w:w="100" w:type="dxa"/>
            </w:tcMar>
            <w:vAlign w:val="center"/>
          </w:tcPr>
          <w:p w:rsidR="00C119AA" w:rsidRPr="00AD5BED" w:rsidRDefault="00AD5BED" w:rsidP="004A4AAE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D5BED">
              <w:rPr>
                <w:rFonts w:ascii="Calibri" w:eastAsia="Calibri" w:hAnsi="Calibri" w:cs="Times New Roman"/>
                <w:lang w:val="ru-RU"/>
              </w:rPr>
              <w:t>Обобщающий контроль.</w:t>
            </w:r>
            <w:r w:rsidR="004A4AAE">
              <w:rPr>
                <w:rFonts w:ascii="Calibri" w:eastAsia="Calibri" w:hAnsi="Calibri" w:cs="Times New Roman"/>
                <w:lang w:val="ru-RU"/>
              </w:rPr>
              <w:t xml:space="preserve">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C119AA" w:rsidRPr="00C119AA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6A682C" w:rsidRPr="006A682C" w:rsidRDefault="00CE2DB4" w:rsidP="006A682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" w:history="1"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6A682C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6A682C" w:rsidRPr="006A682C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C119AA" w:rsidRPr="00C119AA" w:rsidRDefault="00C119AA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119AA" w:rsidTr="006A682C">
        <w:trPr>
          <w:trHeight w:val="149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28762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3275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287622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0A4B94" w:rsidRPr="00287622" w:rsidTr="006A682C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8762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E1113E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68</w:t>
            </w:r>
          </w:p>
        </w:tc>
        <w:tc>
          <w:tcPr>
            <w:tcW w:w="1891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AD5BED" w:rsidP="0028762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287622" w:rsidRPr="00287622" w:rsidRDefault="00287622" w:rsidP="00287622">
            <w:pPr>
              <w:rPr>
                <w:rFonts w:ascii="Calibri" w:eastAsia="Calibri" w:hAnsi="Calibri" w:cs="Times New Roman"/>
                <w:lang w:val="ru-RU"/>
              </w:rPr>
            </w:pPr>
          </w:p>
        </w:tc>
      </w:tr>
    </w:tbl>
    <w:p w:rsidR="00412624" w:rsidRDefault="00412624">
      <w:pPr>
        <w:autoSpaceDE w:val="0"/>
        <w:autoSpaceDN w:val="0"/>
        <w:spacing w:after="92" w:line="374" w:lineRule="auto"/>
        <w:ind w:right="11952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412624" w:rsidRPr="00C83FC4" w:rsidRDefault="00412624">
      <w:pPr>
        <w:autoSpaceDE w:val="0"/>
        <w:autoSpaceDN w:val="0"/>
        <w:spacing w:after="92" w:line="374" w:lineRule="auto"/>
        <w:ind w:right="11952"/>
        <w:rPr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</w:p>
    <w:p w:rsidR="008645AC" w:rsidRDefault="008645AC">
      <w:pPr>
        <w:autoSpaceDE w:val="0"/>
        <w:autoSpaceDN w:val="0"/>
        <w:spacing w:before="188" w:after="94" w:line="230" w:lineRule="auto"/>
        <w:rPr>
          <w:rFonts w:ascii="Times New Roman" w:eastAsia="Times New Roman" w:hAnsi="Times New Roman"/>
          <w:b/>
          <w:color w:val="000000"/>
          <w:sz w:val="18"/>
          <w:lang w:val="ru-RU"/>
        </w:rPr>
      </w:pPr>
      <w:r w:rsidRPr="008645AC">
        <w:rPr>
          <w:rFonts w:ascii="Times New Roman" w:eastAsia="Times New Roman" w:hAnsi="Times New Roman"/>
          <w:b/>
          <w:color w:val="000000"/>
          <w:sz w:val="18"/>
          <w:lang w:val="ru-RU"/>
        </w:rPr>
        <w:t>3 КЛАСС</w:t>
      </w:r>
    </w:p>
    <w:tbl>
      <w:tblPr>
        <w:tblW w:w="1552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289"/>
        <w:gridCol w:w="1146"/>
        <w:gridCol w:w="1889"/>
        <w:gridCol w:w="8375"/>
      </w:tblGrid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5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521" w:type="dxa"/>
            <w:gridSpan w:val="2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        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89" w:rsidRPr="00287622" w:rsidRDefault="006B6F89" w:rsidP="007929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89" w:rsidRPr="00287622" w:rsidRDefault="006B6F89" w:rsidP="007929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28762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89" w:rsidRPr="00287622" w:rsidRDefault="006B6F89" w:rsidP="007929A4">
            <w:pPr>
              <w:rPr>
                <w:rFonts w:ascii="Calibri" w:eastAsia="Calibri" w:hAnsi="Calibri" w:cs="Times New Roman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</w:rPr>
            </w:pP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Раздел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1. </w:t>
            </w: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Мир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</w:t>
            </w: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моего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«я»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4D03EF" w:rsidRDefault="004D03EF" w:rsidP="009017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929A4">
              <w:rPr>
                <w:rFonts w:ascii="Calibri" w:eastAsia="Calibri" w:hAnsi="Calibri" w:cs="Times New Roman"/>
                <w:lang w:val="ru-RU"/>
              </w:rPr>
              <w:t>Моя семья.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929A4">
              <w:rPr>
                <w:rFonts w:ascii="Calibri" w:eastAsia="Calibri" w:hAnsi="Calibri" w:cs="Times New Roman"/>
              </w:rPr>
              <w:t>Мой</w:t>
            </w:r>
            <w:proofErr w:type="spellEnd"/>
            <w:r w:rsidRPr="007929A4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929A4">
              <w:rPr>
                <w:rFonts w:ascii="Calibri" w:eastAsia="Calibri" w:hAnsi="Calibri" w:cs="Times New Roman"/>
              </w:rPr>
              <w:t>день</w:t>
            </w:r>
            <w:proofErr w:type="spellEnd"/>
            <w:r w:rsidRPr="007929A4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929A4">
              <w:rPr>
                <w:rFonts w:ascii="Calibri" w:eastAsia="Calibri" w:hAnsi="Calibri" w:cs="Times New Roman"/>
              </w:rPr>
              <w:t>рождения</w:t>
            </w:r>
            <w:proofErr w:type="spellEnd"/>
            <w:r w:rsidRPr="007929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2C58E8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929A4">
              <w:rPr>
                <w:rFonts w:ascii="Calibri" w:eastAsia="Calibri" w:hAnsi="Calibri" w:cs="Times New Roman"/>
                <w:lang w:val="ru-RU"/>
              </w:rPr>
              <w:t>Моя любимая еда.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929A4">
              <w:rPr>
                <w:rFonts w:ascii="Calibri" w:eastAsia="Calibri" w:hAnsi="Calibri" w:cs="Times New Roman"/>
                <w:lang w:val="ru-RU"/>
              </w:rPr>
              <w:t>Мой день (распорядок дня).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929A4">
              <w:rPr>
                <w:rFonts w:ascii="Calibri" w:eastAsia="Calibri" w:hAnsi="Calibri" w:cs="Times New Roman"/>
              </w:rPr>
              <w:t>Обобщающий</w:t>
            </w:r>
            <w:proofErr w:type="spellEnd"/>
            <w:r w:rsidRPr="007929A4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929A4">
              <w:rPr>
                <w:rFonts w:ascii="Calibri" w:eastAsia="Calibri" w:hAnsi="Calibri" w:cs="Times New Roman"/>
              </w:rPr>
              <w:t>контроль</w:t>
            </w:r>
            <w:proofErr w:type="spellEnd"/>
            <w:r w:rsidRPr="007929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7929A4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>Раздел 2. Мир моих увлечений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4D03EF" w:rsidRDefault="004D03EF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929A4">
              <w:rPr>
                <w:rFonts w:ascii="Calibri" w:eastAsia="Calibri" w:hAnsi="Calibri" w:cs="Times New Roman"/>
                <w:lang w:val="ru-RU"/>
              </w:rPr>
              <w:t>Любимая игрушка, игра</w:t>
            </w:r>
            <w:r>
              <w:rPr>
                <w:rFonts w:ascii="Calibri" w:eastAsia="Calibri" w:hAnsi="Calibri" w:cs="Times New Roman"/>
                <w:lang w:val="ru-RU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929A4">
              <w:rPr>
                <w:rFonts w:ascii="Calibri" w:eastAsia="Calibri" w:hAnsi="Calibri" w:cs="Times New Roman"/>
              </w:rPr>
              <w:t>Любимые</w:t>
            </w:r>
            <w:proofErr w:type="spellEnd"/>
            <w:r w:rsidRPr="007929A4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929A4">
              <w:rPr>
                <w:rFonts w:ascii="Calibri" w:eastAsia="Calibri" w:hAnsi="Calibri" w:cs="Times New Roman"/>
              </w:rPr>
              <w:t>занятия</w:t>
            </w:r>
            <w:proofErr w:type="spellEnd"/>
            <w:r w:rsidRPr="007929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929A4">
              <w:rPr>
                <w:rFonts w:ascii="Calibri" w:eastAsia="Calibri" w:hAnsi="Calibri" w:cs="Times New Roman"/>
                <w:lang w:val="ru-RU"/>
              </w:rPr>
              <w:t>Выходной день.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Каникулы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5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929A4">
              <w:rPr>
                <w:rFonts w:ascii="Calibri" w:eastAsia="Calibri" w:hAnsi="Calibri" w:cs="Times New Roman"/>
                <w:lang w:val="ru-RU"/>
              </w:rPr>
              <w:t>Любимая сказка.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7929A4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6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7929A4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7929A4" w:rsidRDefault="00647321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2.6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7929A4" w:rsidRPr="007929A4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Мой питомец.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929A4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929A4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7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7929A4" w:rsidRPr="00990835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7929A4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7929A4" w:rsidRDefault="00647321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lastRenderedPageBreak/>
              <w:t>2.7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7929A4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929A4">
              <w:rPr>
                <w:rFonts w:ascii="Calibri" w:eastAsia="Calibri" w:hAnsi="Calibri" w:cs="Times New Roman"/>
                <w:lang w:val="ru-RU"/>
              </w:rPr>
              <w:t>Обобщающий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929A4" w:rsidRPr="007929A4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929A4" w:rsidRPr="007929A4" w:rsidRDefault="007929A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8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7929A4" w:rsidRPr="002C58E8" w:rsidRDefault="007929A4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>Раздел 3. Мир вокруг меня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4D03EF" w:rsidRDefault="004D03EF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321">
              <w:rPr>
                <w:rFonts w:ascii="Calibri" w:eastAsia="Calibri" w:hAnsi="Calibri" w:cs="Times New Roman"/>
                <w:lang w:val="ru-RU"/>
              </w:rPr>
              <w:t>Моя школа.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9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321">
              <w:rPr>
                <w:rFonts w:ascii="Calibri" w:eastAsia="Calibri" w:hAnsi="Calibri" w:cs="Times New Roman"/>
                <w:lang w:val="ru-RU"/>
              </w:rPr>
              <w:t>Мои друзья.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0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321">
              <w:rPr>
                <w:rFonts w:ascii="Calibri" w:eastAsia="Calibri" w:hAnsi="Calibri" w:cs="Times New Roman"/>
                <w:lang w:val="ru-RU"/>
              </w:rPr>
              <w:t>Моя комната (</w:t>
            </w:r>
            <w:proofErr w:type="spellStart"/>
            <w:r w:rsidRPr="00647321">
              <w:rPr>
                <w:rFonts w:ascii="Calibri" w:eastAsia="Calibri" w:hAnsi="Calibri" w:cs="Times New Roman"/>
                <w:lang w:val="ru-RU"/>
              </w:rPr>
              <w:t>квартира</w:t>
            </w:r>
            <w:proofErr w:type="gramStart"/>
            <w:r w:rsidRPr="00647321">
              <w:rPr>
                <w:rFonts w:ascii="Calibri" w:eastAsia="Calibri" w:hAnsi="Calibri" w:cs="Times New Roman"/>
                <w:lang w:val="ru-RU"/>
              </w:rPr>
              <w:t>,д</w:t>
            </w:r>
            <w:proofErr w:type="gramEnd"/>
            <w:r w:rsidRPr="00647321">
              <w:rPr>
                <w:rFonts w:ascii="Calibri" w:eastAsia="Calibri" w:hAnsi="Calibri" w:cs="Times New Roman"/>
                <w:lang w:val="ru-RU"/>
              </w:rPr>
              <w:t>ом</w:t>
            </w:r>
            <w:proofErr w:type="spellEnd"/>
            <w:r w:rsidRPr="00647321">
              <w:rPr>
                <w:rFonts w:ascii="Calibri" w:eastAsia="Calibri" w:hAnsi="Calibri" w:cs="Times New Roman"/>
                <w:lang w:val="ru-RU"/>
              </w:rPr>
              <w:t>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1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47321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47321" w:rsidRDefault="00647321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47321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321">
              <w:rPr>
                <w:rFonts w:ascii="Calibri" w:eastAsia="Calibri" w:hAnsi="Calibri" w:cs="Times New Roman"/>
                <w:lang w:val="ru-RU"/>
              </w:rPr>
              <w:t>Моя малая родина (</w:t>
            </w:r>
            <w:proofErr w:type="spellStart"/>
            <w:r w:rsidRPr="00647321">
              <w:rPr>
                <w:rFonts w:ascii="Calibri" w:eastAsia="Calibri" w:hAnsi="Calibri" w:cs="Times New Roman"/>
                <w:lang w:val="ru-RU"/>
              </w:rPr>
              <w:t>город</w:t>
            </w:r>
            <w:proofErr w:type="gramStart"/>
            <w:r w:rsidRPr="00647321">
              <w:rPr>
                <w:rFonts w:ascii="Calibri" w:eastAsia="Calibri" w:hAnsi="Calibri" w:cs="Times New Roman"/>
                <w:lang w:val="ru-RU"/>
              </w:rPr>
              <w:t>,с</w:t>
            </w:r>
            <w:proofErr w:type="gramEnd"/>
            <w:r w:rsidRPr="00647321">
              <w:rPr>
                <w:rFonts w:ascii="Calibri" w:eastAsia="Calibri" w:hAnsi="Calibri" w:cs="Times New Roman"/>
                <w:lang w:val="ru-RU"/>
              </w:rPr>
              <w:t>ело</w:t>
            </w:r>
            <w:proofErr w:type="spellEnd"/>
            <w:r w:rsidRPr="00647321">
              <w:rPr>
                <w:rFonts w:ascii="Calibri" w:eastAsia="Calibri" w:hAnsi="Calibri" w:cs="Times New Roman"/>
                <w:lang w:val="ru-RU"/>
              </w:rPr>
              <w:t>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47321" w:rsidRPr="00647321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2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47321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47321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321">
              <w:rPr>
                <w:rFonts w:ascii="Calibri" w:eastAsia="Calibri" w:hAnsi="Calibri" w:cs="Times New Roman"/>
                <w:lang w:val="ru-RU"/>
              </w:rPr>
              <w:t>Дикие и домашние животные.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3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47321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47321" w:rsidRDefault="00647321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3.6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47321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321">
              <w:rPr>
                <w:rFonts w:ascii="Calibri" w:eastAsia="Calibri" w:hAnsi="Calibri" w:cs="Times New Roman"/>
                <w:lang w:val="ru-RU"/>
              </w:rPr>
              <w:t>Погода.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47321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4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47321" w:rsidRPr="00990835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47321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47321" w:rsidRDefault="00647321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3.7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47321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321">
              <w:rPr>
                <w:rFonts w:ascii="Calibri" w:eastAsia="Calibri" w:hAnsi="Calibri" w:cs="Times New Roman"/>
                <w:lang w:val="ru-RU"/>
              </w:rPr>
              <w:t>Времена год</w:t>
            </w:r>
            <w:proofErr w:type="gramStart"/>
            <w:r w:rsidRPr="00647321">
              <w:rPr>
                <w:rFonts w:ascii="Calibri" w:eastAsia="Calibri" w:hAnsi="Calibri" w:cs="Times New Roman"/>
                <w:lang w:val="ru-RU"/>
              </w:rPr>
              <w:t>а(</w:t>
            </w:r>
            <w:proofErr w:type="gramEnd"/>
            <w:r w:rsidRPr="00647321">
              <w:rPr>
                <w:rFonts w:ascii="Calibri" w:eastAsia="Calibri" w:hAnsi="Calibri" w:cs="Times New Roman"/>
                <w:lang w:val="ru-RU"/>
              </w:rPr>
              <w:t>месяцы)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47321" w:rsidRPr="00F440A6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5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47321" w:rsidRPr="00990835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EF6257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EF6257" w:rsidRDefault="00EF6257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EF6257" w:rsidRPr="00647321" w:rsidRDefault="00EF6257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EF6257" w:rsidRDefault="00EF6257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EF6257" w:rsidRDefault="00EF6257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EF6257" w:rsidRPr="00990835" w:rsidRDefault="00EF6257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47321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47321" w:rsidRDefault="00647321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3.8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47321" w:rsidRPr="00647321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647321">
              <w:rPr>
                <w:rFonts w:ascii="Calibri" w:eastAsia="Calibri" w:hAnsi="Calibri" w:cs="Times New Roman"/>
                <w:lang w:val="ru-RU"/>
              </w:rPr>
              <w:t>Обобщающий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47321" w:rsidRPr="00647321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6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47321" w:rsidRPr="002C58E8" w:rsidRDefault="00647321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647321" w:rsidRDefault="00647321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 xml:space="preserve">Раздел 4. Родная страна и страны </w:t>
            </w:r>
            <w:proofErr w:type="gramStart"/>
            <w:r w:rsidRPr="00C119AA">
              <w:rPr>
                <w:rFonts w:ascii="Calibri" w:eastAsia="Calibri" w:hAnsi="Calibri" w:cs="Times New Roman"/>
                <w:b/>
                <w:lang w:val="ru-RU"/>
              </w:rPr>
              <w:t>изучаемого</w:t>
            </w:r>
            <w:proofErr w:type="gramEnd"/>
            <w:r w:rsidRPr="00C119AA">
              <w:rPr>
                <w:rFonts w:ascii="Calibri" w:eastAsia="Calibri" w:hAnsi="Calibri" w:cs="Times New Roman"/>
                <w:b/>
                <w:lang w:val="ru-RU"/>
              </w:rPr>
              <w:t xml:space="preserve"> язык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C119AA" w:rsidRDefault="004D03E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C58E8" w:rsidRDefault="002C58E8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C58E8">
              <w:rPr>
                <w:rFonts w:ascii="Calibri" w:eastAsia="Calibri" w:hAnsi="Calibri" w:cs="Times New Roman"/>
                <w:lang w:val="ru-RU"/>
              </w:rPr>
              <w:t xml:space="preserve">Россия и страна/страны изучаемого языка. Их столицы, </w:t>
            </w:r>
            <w:proofErr w:type="spellStart"/>
            <w:r w:rsidRPr="002C58E8">
              <w:rPr>
                <w:rFonts w:ascii="Calibri" w:eastAsia="Calibri" w:hAnsi="Calibri" w:cs="Times New Roman"/>
                <w:lang w:val="ru-RU"/>
              </w:rPr>
              <w:t>достопримеч</w:t>
            </w:r>
            <w:proofErr w:type="gramStart"/>
            <w:r w:rsidRPr="002C58E8">
              <w:rPr>
                <w:rFonts w:ascii="Calibri" w:eastAsia="Calibri" w:hAnsi="Calibri" w:cs="Times New Roman"/>
                <w:lang w:val="ru-RU"/>
              </w:rPr>
              <w:t>а</w:t>
            </w:r>
            <w:proofErr w:type="spellEnd"/>
            <w:r w:rsidRPr="002C58E8">
              <w:rPr>
                <w:rFonts w:ascii="Calibri" w:eastAsia="Calibri" w:hAnsi="Calibri" w:cs="Times New Roman"/>
                <w:lang w:val="ru-RU"/>
              </w:rPr>
              <w:t>-</w:t>
            </w:r>
            <w:proofErr w:type="gramEnd"/>
            <w:r w:rsidRPr="002C58E8">
              <w:rPr>
                <w:rFonts w:ascii="Calibri" w:eastAsia="Calibri" w:hAnsi="Calibri" w:cs="Times New Roman"/>
                <w:lang w:val="ru-RU"/>
              </w:rPr>
              <w:t xml:space="preserve"> </w:t>
            </w:r>
            <w:proofErr w:type="spellStart"/>
            <w:r w:rsidRPr="002C58E8">
              <w:rPr>
                <w:rFonts w:ascii="Calibri" w:eastAsia="Calibri" w:hAnsi="Calibri" w:cs="Times New Roman"/>
                <w:lang w:val="ru-RU"/>
              </w:rPr>
              <w:t>тельности</w:t>
            </w:r>
            <w:proofErr w:type="spellEnd"/>
            <w:r w:rsidRPr="002C58E8">
              <w:rPr>
                <w:rFonts w:ascii="Calibri" w:eastAsia="Calibri" w:hAnsi="Calibri" w:cs="Times New Roman"/>
                <w:lang w:val="ru-RU"/>
              </w:rPr>
              <w:t xml:space="preserve"> и интересные факты.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C58E8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7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2C58E8" w:rsidRPr="002C58E8" w:rsidRDefault="002C58E8" w:rsidP="002C58E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C58E8">
              <w:rPr>
                <w:rFonts w:ascii="Calibri" w:eastAsia="Calibri" w:hAnsi="Calibri" w:cs="Times New Roman"/>
                <w:lang w:val="ru-RU"/>
              </w:rPr>
              <w:t>Произведения детского фольклора.</w:t>
            </w:r>
          </w:p>
          <w:p w:rsidR="006B6F89" w:rsidRPr="002C58E8" w:rsidRDefault="002C58E8" w:rsidP="002C58E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C58E8">
              <w:rPr>
                <w:rFonts w:ascii="Calibri" w:eastAsia="Calibri" w:hAnsi="Calibri" w:cs="Times New Roman"/>
                <w:lang w:val="ru-RU"/>
              </w:rPr>
              <w:t>Литературные персонажи детских книг.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C58E8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8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C58E8" w:rsidRDefault="002C58E8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C58E8">
              <w:rPr>
                <w:rFonts w:ascii="Calibri" w:eastAsia="Calibri" w:hAnsi="Calibri" w:cs="Times New Roman"/>
                <w:lang w:val="ru-RU"/>
              </w:rPr>
              <w:t xml:space="preserve">Праздники родной страны и страны/стран изучаемого </w:t>
            </w:r>
            <w:r w:rsidRPr="002C58E8">
              <w:rPr>
                <w:rFonts w:ascii="Calibri" w:eastAsia="Calibri" w:hAnsi="Calibri" w:cs="Times New Roman"/>
                <w:lang w:val="ru-RU"/>
              </w:rPr>
              <w:lastRenderedPageBreak/>
              <w:t>языка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C58E8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lastRenderedPageBreak/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F440A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9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lastRenderedPageBreak/>
              <w:t>4.4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C58E8" w:rsidRDefault="002C58E8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C58E8">
              <w:rPr>
                <w:rFonts w:ascii="Calibri" w:eastAsia="Calibri" w:hAnsi="Calibri" w:cs="Times New Roman"/>
                <w:lang w:val="ru-RU"/>
              </w:rPr>
              <w:t>Обобщающий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C58E8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C58E8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0" w:history="1"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119AA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C58E8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8762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2C58E8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68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2C58E8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rPr>
                <w:rFonts w:ascii="Calibri" w:eastAsia="Calibri" w:hAnsi="Calibri" w:cs="Times New Roman"/>
                <w:lang w:val="ru-RU"/>
              </w:rPr>
            </w:pPr>
          </w:p>
        </w:tc>
      </w:tr>
    </w:tbl>
    <w:p w:rsidR="00496159" w:rsidRPr="00496159" w:rsidRDefault="00496159">
      <w:pPr>
        <w:rPr>
          <w:b/>
          <w:sz w:val="28"/>
          <w:szCs w:val="28"/>
          <w:lang w:val="ru-RU"/>
        </w:rPr>
      </w:pPr>
      <w:r w:rsidRPr="00496159">
        <w:rPr>
          <w:b/>
          <w:sz w:val="28"/>
          <w:szCs w:val="28"/>
          <w:lang w:val="ru-RU"/>
        </w:rPr>
        <w:t>4 класс</w:t>
      </w:r>
    </w:p>
    <w:tbl>
      <w:tblPr>
        <w:tblW w:w="1552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3472"/>
        <w:gridCol w:w="1089"/>
        <w:gridCol w:w="1789"/>
        <w:gridCol w:w="8375"/>
      </w:tblGrid>
      <w:tr w:rsidR="006B6F89" w:rsidRPr="00287622" w:rsidTr="00901741">
        <w:trPr>
          <w:trHeight w:val="149"/>
          <w:tblCellSpacing w:w="20" w:type="nil"/>
        </w:trPr>
        <w:tc>
          <w:tcPr>
            <w:tcW w:w="7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№ п/п </w:t>
            </w:r>
          </w:p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Наименование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разделов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тем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программы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878" w:type="dxa"/>
            <w:gridSpan w:val="2"/>
            <w:tcMar>
              <w:top w:w="50" w:type="dxa"/>
              <w:left w:w="100" w:type="dxa"/>
            </w:tcMar>
            <w:vAlign w:val="center"/>
          </w:tcPr>
          <w:p w:rsidR="006B6F89" w:rsidRPr="006223C4" w:rsidRDefault="006B6F89" w:rsidP="007929A4">
            <w:pPr>
              <w:spacing w:after="0"/>
              <w:rPr>
                <w:rFonts w:ascii="Calibri" w:eastAsia="Calibri" w:hAnsi="Calibri" w:cs="Times New Roman"/>
              </w:rPr>
            </w:pPr>
            <w:r w:rsidRPr="006223C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         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Количество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83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Электронные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цифровые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образовательные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ресурсы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89" w:rsidRPr="00287622" w:rsidRDefault="006B6F89" w:rsidP="007929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89" w:rsidRPr="00287622" w:rsidRDefault="006B6F89" w:rsidP="007929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Всего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Контрольные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>работы</w:t>
            </w:r>
            <w:proofErr w:type="spellEnd"/>
            <w:r w:rsidRPr="006223C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F89" w:rsidRPr="00287622" w:rsidRDefault="006B6F89" w:rsidP="007929A4">
            <w:pPr>
              <w:rPr>
                <w:rFonts w:ascii="Calibri" w:eastAsia="Calibri" w:hAnsi="Calibri" w:cs="Times New Roman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</w:rPr>
            </w:pP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Раздел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1. </w:t>
            </w: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Мир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</w:t>
            </w:r>
            <w:proofErr w:type="spellStart"/>
            <w:r w:rsidRPr="00C119AA">
              <w:rPr>
                <w:rFonts w:ascii="Calibri" w:eastAsia="Calibri" w:hAnsi="Calibri" w:cs="Times New Roman"/>
                <w:b/>
              </w:rPr>
              <w:t>моего</w:t>
            </w:r>
            <w:proofErr w:type="spellEnd"/>
            <w:r w:rsidRPr="00C119AA">
              <w:rPr>
                <w:rFonts w:ascii="Calibri" w:eastAsia="Calibri" w:hAnsi="Calibri" w:cs="Times New Roman"/>
                <w:b/>
              </w:rPr>
              <w:t xml:space="preserve"> «я»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4D03EF" w:rsidRDefault="004D03EF" w:rsidP="0090174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Моя семья.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E67DB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1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Мой день рождения.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2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Моя любимая еда.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3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>Мой день (распорядок дня, домашние обязанности).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4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Обобщение и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5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6223C4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6A682C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>Раздел 2. Мир моих увлечений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4D03EF" w:rsidRDefault="004D03E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>Любимая игрушка, игра.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6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1621DF">
              <w:rPr>
                <w:rFonts w:ascii="Calibri" w:eastAsia="Calibri" w:hAnsi="Calibri" w:cs="Times New Roman"/>
              </w:rPr>
              <w:t>Мой</w:t>
            </w:r>
            <w:proofErr w:type="spellEnd"/>
            <w:r w:rsidRPr="001621DF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1621DF">
              <w:rPr>
                <w:rFonts w:ascii="Calibri" w:eastAsia="Calibri" w:hAnsi="Calibri" w:cs="Times New Roman"/>
              </w:rPr>
              <w:t>питомец</w:t>
            </w:r>
            <w:proofErr w:type="spellEnd"/>
            <w:r w:rsidRPr="001621DF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7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>Любимые занятия. Занятия спортом.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8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>Выходной день.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9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 xml:space="preserve">Любимая </w:t>
            </w:r>
            <w:r w:rsidRPr="001621DF">
              <w:rPr>
                <w:rFonts w:ascii="Calibri" w:eastAsia="Calibri" w:hAnsi="Calibri" w:cs="Times New Roman"/>
                <w:lang w:val="ru-RU"/>
              </w:rPr>
              <w:lastRenderedPageBreak/>
              <w:t>сказка/история/рассказ.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lastRenderedPageBreak/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0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621DF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1621DF" w:rsidRDefault="001621DF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lastRenderedPageBreak/>
              <w:t>2.6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1621DF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Каникулы.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1621DF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621DF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1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1621DF" w:rsidRPr="00990835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621DF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1621DF" w:rsidRDefault="001621DF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2.7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1621DF" w:rsidRPr="00287622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>Обобщение и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1621DF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621DF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2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1621DF" w:rsidRPr="006223C4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287622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>Раздел 3. Мир вокруг меня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4D03EF" w:rsidRPr="004D03EF" w:rsidRDefault="004D03EF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>Дикие и домашние животные.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3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8B4D9A" w:rsidRDefault="008B4D9A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B4D9A">
              <w:rPr>
                <w:rFonts w:ascii="Calibri" w:eastAsia="Calibri" w:hAnsi="Calibri" w:cs="Times New Roman"/>
                <w:lang w:val="ru-RU"/>
              </w:rPr>
              <w:t>Моя комната (квартира, дом), предметы мебели и интерьера.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8B4D9A" w:rsidRDefault="008B4D9A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4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8B4D9A" w:rsidRDefault="008B4D9A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B4D9A">
              <w:rPr>
                <w:rFonts w:ascii="Calibri" w:eastAsia="Calibri" w:hAnsi="Calibri" w:cs="Times New Roman"/>
                <w:lang w:val="ru-RU"/>
              </w:rPr>
              <w:t>Моя школа, любимые учебные предметы.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8B4D9A" w:rsidRDefault="008B4D9A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8B4D9A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5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8B4D9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6B6F89" w:rsidRPr="008B4D9A" w:rsidRDefault="008B4D9A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B4D9A">
              <w:rPr>
                <w:rFonts w:ascii="Calibri" w:eastAsia="Calibri" w:hAnsi="Calibri" w:cs="Times New Roman"/>
                <w:lang w:val="ru-RU"/>
              </w:rPr>
              <w:t>Мои друзья, их внешность и черты характера.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6B6F89" w:rsidRPr="008B4D9A" w:rsidRDefault="008B4D9A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6B6F89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6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990835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621DF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1621DF" w:rsidRDefault="001621DF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1621DF" w:rsidRPr="009D44FE" w:rsidRDefault="009D44FE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9D44FE">
              <w:rPr>
                <w:rFonts w:ascii="Calibri" w:eastAsia="Calibri" w:hAnsi="Calibri" w:cs="Times New Roman"/>
                <w:lang w:val="ru-RU"/>
              </w:rPr>
              <w:t>Моя малая родина (город, село).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1621DF" w:rsidRPr="008B4D9A" w:rsidRDefault="008B4D9A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621DF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7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1621DF" w:rsidRPr="00990835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621DF" w:rsidRPr="00CE2DB4" w:rsidTr="007929A4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1621DF" w:rsidRDefault="001621DF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3.6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:rsidR="001621DF" w:rsidRPr="009D44FE" w:rsidRDefault="009D44FE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9D44FE">
              <w:rPr>
                <w:rFonts w:ascii="Calibri" w:eastAsia="Calibri" w:hAnsi="Calibri" w:cs="Times New Roman"/>
                <w:lang w:val="ru-RU"/>
              </w:rPr>
              <w:t>Путешествия.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1621DF" w:rsidRPr="009D44FE" w:rsidRDefault="009D44FE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621DF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8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1621DF" w:rsidRPr="00990835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621DF" w:rsidRPr="00CE2DB4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1621DF" w:rsidRDefault="001621DF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621DF" w:rsidRPr="00D90204" w:rsidRDefault="00455000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90204">
              <w:rPr>
                <w:rFonts w:ascii="Calibri" w:eastAsia="Calibri" w:hAnsi="Calibri" w:cs="Times New Roman"/>
                <w:lang w:val="ru-RU"/>
              </w:rPr>
              <w:t>Погода. Времена года (месяцы).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1621DF" w:rsidRPr="00455000" w:rsidRDefault="00455000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621DF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9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1621DF" w:rsidRPr="00990835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621DF" w:rsidRPr="00CE2DB4" w:rsidTr="00901741">
        <w:trPr>
          <w:trHeight w:val="15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1621DF" w:rsidRDefault="001621DF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3.8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621DF" w:rsidRPr="00D90204" w:rsidRDefault="00455000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90204">
              <w:rPr>
                <w:rFonts w:ascii="Calibri" w:eastAsia="Calibri" w:hAnsi="Calibri" w:cs="Times New Roman"/>
                <w:lang w:val="ru-RU"/>
              </w:rPr>
              <w:t>Покупки.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1621DF" w:rsidRPr="00455000" w:rsidRDefault="00455000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621DF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0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1621DF" w:rsidRPr="00990835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621DF" w:rsidRPr="00CE2DB4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1621DF" w:rsidRDefault="001621DF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621DF" w:rsidRPr="001621DF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>Обобщение и контроль.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1621DF" w:rsidRPr="00455000" w:rsidRDefault="00455000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621DF" w:rsidRPr="00EB3596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1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1621DF" w:rsidRPr="006223C4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6B6F89" w:rsidRPr="00D90204" w:rsidRDefault="00D9020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6B6F89" w:rsidRPr="00D90204" w:rsidRDefault="00D90204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B6F89" w:rsidRPr="00CE2DB4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C119AA">
              <w:rPr>
                <w:rFonts w:ascii="Calibri" w:eastAsia="Calibri" w:hAnsi="Calibri" w:cs="Times New Roman"/>
                <w:b/>
                <w:lang w:val="ru-RU"/>
              </w:rPr>
              <w:t xml:space="preserve">Раздел 4. Родная страна и страны </w:t>
            </w:r>
            <w:proofErr w:type="gramStart"/>
            <w:r w:rsidRPr="00C119AA">
              <w:rPr>
                <w:rFonts w:ascii="Calibri" w:eastAsia="Calibri" w:hAnsi="Calibri" w:cs="Times New Roman"/>
                <w:b/>
                <w:lang w:val="ru-RU"/>
              </w:rPr>
              <w:t>изучаемого</w:t>
            </w:r>
            <w:proofErr w:type="gramEnd"/>
            <w:r w:rsidRPr="00C119AA">
              <w:rPr>
                <w:rFonts w:ascii="Calibri" w:eastAsia="Calibri" w:hAnsi="Calibri" w:cs="Times New Roman"/>
                <w:b/>
                <w:lang w:val="ru-RU"/>
              </w:rPr>
              <w:t xml:space="preserve"> язык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6B6F89" w:rsidRPr="002E67DB" w:rsidRDefault="002E67DB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E67DB">
              <w:rPr>
                <w:rFonts w:ascii="Calibri" w:eastAsia="Calibri" w:hAnsi="Calibri" w:cs="Times New Roman"/>
                <w:lang w:val="ru-RU"/>
              </w:rPr>
              <w:t>Россия и страна/страны изучаемого языка, основные достопримечательности и интересные факты.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2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6B6F89" w:rsidRPr="002E67DB" w:rsidRDefault="002E67DB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E67DB">
              <w:rPr>
                <w:rFonts w:ascii="Calibri" w:eastAsia="Calibri" w:hAnsi="Calibri" w:cs="Times New Roman"/>
                <w:lang w:val="ru-RU"/>
              </w:rPr>
              <w:t xml:space="preserve">Произведения детского фольклора. Литературные </w:t>
            </w:r>
            <w:r w:rsidRPr="002E67DB">
              <w:rPr>
                <w:rFonts w:ascii="Calibri" w:eastAsia="Calibri" w:hAnsi="Calibri" w:cs="Times New Roman"/>
                <w:lang w:val="ru-RU"/>
              </w:rPr>
              <w:lastRenderedPageBreak/>
              <w:t>персонажи детских книг.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lastRenderedPageBreak/>
              <w:t>5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3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lastRenderedPageBreak/>
              <w:t>4.3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6B6F89" w:rsidRPr="002E67DB" w:rsidRDefault="002E67DB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E67DB">
              <w:rPr>
                <w:rFonts w:ascii="Calibri" w:eastAsia="Calibri" w:hAnsi="Calibri" w:cs="Times New Roman"/>
                <w:lang w:val="ru-RU"/>
              </w:rPr>
              <w:t>Праздники родной страны и страны/стран изучаемого языка.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EB3596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4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E2DB4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6B6F89" w:rsidRPr="001621DF" w:rsidRDefault="001621DF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21DF">
              <w:rPr>
                <w:rFonts w:ascii="Calibri" w:eastAsia="Calibri" w:hAnsi="Calibri" w:cs="Times New Roman"/>
                <w:lang w:val="ru-RU"/>
              </w:rPr>
              <w:t>Обобщение и контроль.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901741" w:rsidRPr="00901741" w:rsidRDefault="00CE2DB4" w:rsidP="00901741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5" w:history="1"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https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://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uchebnik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mos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.</w:t>
              </w:r>
              <w:proofErr w:type="spellStart"/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ru</w:t>
              </w:r>
              <w:proofErr w:type="spellEnd"/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/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catalogue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?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subject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program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_</w:t>
              </w:r>
              <w:r w:rsidR="00901741" w:rsidRPr="00AF18E0">
                <w:rPr>
                  <w:rStyle w:val="affa"/>
                  <w:rFonts w:ascii="Calibri" w:eastAsia="Calibri" w:hAnsi="Calibri" w:cs="Times New Roman"/>
                </w:rPr>
                <w:t>ids</w:t>
              </w:r>
              <w:r w:rsidR="00901741" w:rsidRPr="00901741">
                <w:rPr>
                  <w:rStyle w:val="affa"/>
                  <w:rFonts w:ascii="Calibri" w:eastAsia="Calibri" w:hAnsi="Calibri" w:cs="Times New Roman"/>
                  <w:lang w:val="ru-RU"/>
                </w:rPr>
                <w:t>=31937263,31937310,31937249</w:t>
              </w:r>
            </w:hyperlink>
          </w:p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C119AA" w:rsidTr="00901741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:rsidR="006B6F89" w:rsidRDefault="006B6F89" w:rsidP="007929A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итого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6B6F89" w:rsidRPr="00C119AA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6B6F89" w:rsidRPr="00287622" w:rsidTr="00901741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28762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68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2E67DB" w:rsidP="007929A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:rsidR="006B6F89" w:rsidRPr="00287622" w:rsidRDefault="006B6F89" w:rsidP="007929A4">
            <w:pPr>
              <w:rPr>
                <w:rFonts w:ascii="Calibri" w:eastAsia="Calibri" w:hAnsi="Calibri" w:cs="Times New Roman"/>
                <w:lang w:val="ru-RU"/>
              </w:rPr>
            </w:pPr>
          </w:p>
        </w:tc>
      </w:tr>
    </w:tbl>
    <w:p w:rsidR="00247A9E" w:rsidRDefault="00247A9E">
      <w:pPr>
        <w:rPr>
          <w:lang w:val="ru-RU"/>
        </w:rPr>
      </w:pPr>
    </w:p>
    <w:p w:rsidR="006B6F89" w:rsidRDefault="006B6F89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Default="00575418">
      <w:pPr>
        <w:rPr>
          <w:lang w:val="ru-RU"/>
        </w:rPr>
      </w:pPr>
    </w:p>
    <w:p w:rsidR="00575418" w:rsidRPr="00792432" w:rsidRDefault="00575418" w:rsidP="00575418">
      <w:pPr>
        <w:shd w:val="clear" w:color="auto" w:fill="FFFFFF"/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val="ru-RU" w:eastAsia="ru-RU"/>
        </w:rPr>
      </w:pPr>
      <w:r w:rsidRPr="0079243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ru-RU" w:eastAsia="ru-RU"/>
        </w:rPr>
        <w:t xml:space="preserve">ПРОВЕРЯЕМЫЕ ТРЕБОВАНИЯ К РЕЗУЛЬТАТАМ ОСВОЕНИЯ </w:t>
      </w:r>
      <w:proofErr w:type="gramStart"/>
      <w:r w:rsidRPr="0079243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ru-RU" w:eastAsia="ru-RU"/>
        </w:rPr>
        <w:t>ОСНОВНОЙ</w:t>
      </w:r>
      <w:proofErr w:type="gramEnd"/>
    </w:p>
    <w:p w:rsidR="00575418" w:rsidRPr="00792432" w:rsidRDefault="00575418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ru-RU"/>
        </w:rPr>
      </w:pPr>
      <w:r w:rsidRPr="0079243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ОБРАЗОВАТЕЛЬНОЙ ПРОГРАММЫ</w:t>
      </w:r>
    </w:p>
    <w:p w:rsidR="00575418" w:rsidRDefault="00575418" w:rsidP="00F00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F000D3"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  <w:br/>
      </w:r>
      <w:r w:rsidRPr="00F00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2 КЛАСС</w:t>
      </w:r>
    </w:p>
    <w:p w:rsidR="00F000D3" w:rsidRPr="00F000D3" w:rsidRDefault="00F000D3" w:rsidP="00F000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tbl>
      <w:tblPr>
        <w:tblW w:w="13467" w:type="dxa"/>
        <w:tblInd w:w="12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11675"/>
      </w:tblGrid>
      <w:tr w:rsidR="00575418" w:rsidRPr="00CE2DB4" w:rsidTr="00792432">
        <w:trPr>
          <w:trHeight w:val="175"/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75418" w:rsidRPr="00792432" w:rsidRDefault="00575418" w:rsidP="00DE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​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Код проверяемого результата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​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1167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75418" w:rsidRPr="00792432" w:rsidRDefault="00575418" w:rsidP="00DE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​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​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br/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Говорение</w:t>
            </w:r>
            <w:proofErr w:type="spellEnd"/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 этикетного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стандарт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ных ситуациях неофициального общения, используя вербальные и (или) зрительные опоры, с соблюдени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диалог-расспрос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стандартных ситуациях неофициального общения, используя вербальные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(или) зрительные опоры, с соблюдени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Создавать устные монологические высказы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речь учителя и других обучающихся, вербально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невербально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реагировать на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услышанное</w:t>
            </w:r>
            <w:proofErr w:type="gram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основное содержание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текстов, построенных на изу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ченном языковом материале, используя зрительные опоры и языковую догадку (время звучания текста (текстов) для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– до 40 секунд)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запраши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ваемую информацию фактического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текстах, построенных на изученном языковом материале, используя зрительные опоры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языковую догадку (время звучания текста (текстов) для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– до 40 секунд)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Смысловое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вслух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учебные тексты объёмом до 60 слов, построенные на изученном языковом материале, с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соблюдением правил чтения и соответствующей интонацией, демонстрируя понимание прочитанного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про себя и понимать основное содержа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текстов, построенных на изученном языковом материале, используя зрительные опоры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языковую догадку (объём текста для чтения – до 80 слов)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про себя и понимать запрашиваемую ин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формацию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учебных текстах, построенных на изученном языковом материале, используя зритель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ные опоры и языковую догадку (объём текста для чтения – до 80 слов)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Письмо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Заполнять простые формуляры, сообщая о себе основные сведения, в соответствии с нормами, при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нятыми в стране (странах) изучаемого языка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ru-RU" w:eastAsia="ru-RU"/>
              </w:rPr>
              <w:t>Писать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ru-RU" w:eastAsia="ru-RU"/>
              </w:rPr>
              <w:t>с использованием образца короткие поздравления с праздниками (с днём рождения, Новым годом)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</w:t>
            </w:r>
            <w:proofErr w:type="spellEnd"/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Фонетическая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Знать буквы алфавита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английского языка в пра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вильной последовательности и фонетически кор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ректно их озвучивать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Применять правила чтения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гласных в открытом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закрытом слоге в односложных словах, вычленять некоторые </w:t>
            </w:r>
            <w:proofErr w:type="spellStart"/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звуко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-буквенные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сочетания при анализе знакомых слов; озвучивать транскрипционные зна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ки, отличать их от букв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новые слова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согласно основным правилам чтения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Различать на слух и правильно произносить сло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 фразы (предложения) с соблюдением их рит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мико-интонационных особенностей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Графика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орфография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пунктуация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 корректно воспроизводить буквы ан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глийского алфавита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полупечатное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написание букв, буквосочетаний, слов)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Заполнять пропуски словами; дописывать пред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ложения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Правильно расставлять знаки препинания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(точ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ка, вопросительный и восклицательный знаки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конце предложения) и использовать знак апо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строфа в сокращённых формах глагола-связки, вспомогательного и модального глаголов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Лексическая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правильно употреблять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устной и письменной речи не менее 200 лексических единиц (слов, словосочетаний, речевых клише), обслуживающих ситуации общения в рамках тема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тики, предусмотренной на первом году обучения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Использовать языковую догадку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распознавании интернациональных слов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Грамматическая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основные коммуникативные типы предложе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ний: повествовательные (утвердительные, отрица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тельные), вопросительные (общий, специальный вопросы), побудительные (в утвердительной форме)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Распознавать и употреблять в устной и письменной речи предложения с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начальным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It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Распознавать и употреблять в устной и письменной речи предложения с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начальным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+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Present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Simple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предложения с простым глагольным сказу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емым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speaks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English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2.4.6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предложения с составным глагольным сказу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емым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want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dance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She can skate well.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2.4.7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предложения с глаголом-связкой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Present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Simple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составе таких фраз, как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Dima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eight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I’ fine. I’m sorry. It’s … Is it? What’s …?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2.4.8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ru-RU" w:eastAsia="ru-RU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2.4.9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Come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please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2.4.10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настоящее простое время (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Present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Simple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повествовательных (утвердительных и отрица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тельных) и вопросительных (общий и специальный вопросы) предложениях</w:t>
            </w:r>
          </w:p>
        </w:tc>
      </w:tr>
      <w:tr w:rsidR="00575418" w:rsidRPr="00792432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глагольную конструкцию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have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ve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…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Have you got…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модальный глагол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/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для выражения умения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 ride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bike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и отсутствия умения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 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 ride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bike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);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can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для получения разрешения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out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?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Распознавать и употреблять в устной и письменной речи определённый, неопределённый и нулевой артикли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pen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pens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men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2.4.15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личные и притяжательные местоимения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2.4.16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указательные местоимения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this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these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2.4.17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2.4.18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вопросительные слова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what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how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where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how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many</w:t>
            </w:r>
          </w:p>
        </w:tc>
      </w:tr>
      <w:tr w:rsidR="00575418" w:rsidRPr="00CE2DB4" w:rsidTr="00792432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2.4.19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предлоги места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near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under</w:t>
            </w:r>
          </w:p>
        </w:tc>
      </w:tr>
      <w:tr w:rsidR="00575418" w:rsidRPr="00CE2DB4" w:rsidTr="00792432">
        <w:trPr>
          <w:trHeight w:val="373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2.4.20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союзы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and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but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 однородных членах</w:t>
            </w:r>
          </w:p>
        </w:tc>
      </w:tr>
      <w:tr w:rsidR="00575418" w:rsidRPr="00792432" w:rsidTr="00792432">
        <w:trPr>
          <w:trHeight w:val="350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Социокультурные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575418" w:rsidRPr="00CE2DB4" w:rsidTr="00792432">
        <w:trPr>
          <w:trHeight w:val="1073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Владеть отдельными социокультурными элемен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тами речевого поведенческого этикета, приня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575418" w:rsidRPr="00CE2DB4" w:rsidTr="00792432">
        <w:trPr>
          <w:trHeight w:val="350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Знать названия родной страны и страны (стран) изучаемого языка и их столиц</w:t>
            </w:r>
          </w:p>
        </w:tc>
      </w:tr>
    </w:tbl>
    <w:p w:rsidR="00F000D3" w:rsidRPr="00792432" w:rsidRDefault="00575418" w:rsidP="005754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924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</w:t>
      </w:r>
    </w:p>
    <w:p w:rsidR="00575418" w:rsidRPr="00DE4140" w:rsidRDefault="00575418" w:rsidP="005754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41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00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                      </w:t>
      </w:r>
      <w:r w:rsidR="00F000D3" w:rsidRPr="00F000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 КЛАСС</w:t>
      </w:r>
    </w:p>
    <w:tbl>
      <w:tblPr>
        <w:tblpPr w:leftFromText="180" w:rightFromText="180" w:vertAnchor="text" w:horzAnchor="page" w:tblpX="1364" w:tblpY="707"/>
        <w:tblW w:w="139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12145"/>
      </w:tblGrid>
      <w:tr w:rsidR="00DE4140" w:rsidRPr="00CE2DB4" w:rsidTr="00DE414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E4140" w:rsidRPr="00DE4140" w:rsidRDefault="00DE4140" w:rsidP="00DE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proofErr w:type="spellStart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  <w:proofErr w:type="spellEnd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проверяемого</w:t>
            </w:r>
            <w:proofErr w:type="spellEnd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результата</w:t>
            </w:r>
            <w:proofErr w:type="spellEnd"/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1214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E4140" w:rsidRPr="00DE4140" w:rsidRDefault="00DE4140" w:rsidP="00DE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​</w:t>
            </w:r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​</w:t>
            </w: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br/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Говорение</w:t>
            </w:r>
            <w:proofErr w:type="spellEnd"/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 этикетного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стандарт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ных ситуациях неофициального общения с вербаль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диалог-расспрос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стандартных ситуациях неофициального общения с вербальными и (или) зрительными опорами с соблюдением правил рече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вого этикета, принятых в стране (странах) изучаемого языка в рамках изучаемой тематики (не менее 4 ре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плик со стороны каждого собеседника)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диалог-побуждение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 основе вербальных и (или) зрительных опор с соблюдением правил рече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вого этикета, принятых в стране (странах) изучаемого языка (не менее 4 реплик со стороны каждого собе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седника)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Создавать устное связное монологическое вы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сказывание-описание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вербальными и (или) зри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тельными опорами в рамках изучаемой тематики (объёмом не менее 4 фраз)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Создавать устное связное монологическое высказывание-повествование (рассказ)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вербаль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ными и (или) зрительными опорами в рамках изуча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емой тематики (объёмом не менее 4 фраз)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1.1.2.3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Передавать основное содержание прочитанного текста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вербальными и (или) зрительными опорами (объём монологического высказывания – не менее 4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фраз)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речь учителя и других обучающихся, вербально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невербально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реагировать на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услышанное</w:t>
            </w:r>
            <w:proofErr w:type="gram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основное содержание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текстов, построенных на изу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ченном языковом материале, со зрительной опорой и с использованием языковой, в том числе контек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стуальной, догадки (время звучания текста (текстов) для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– до 1 минуты)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запраши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ваемую информацию фактического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текстах, построенных на изученном языковом материале, со зрительной опорой и с использованием языковой, в том числе контексту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альной, догадки (время звучания текста (текстов) для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– до 1 минуты)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Смысловое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вслух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про себя и понимать запрашиваемую информацию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учебных текстах, содержащих от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дельные незнакомые слова, со зрительной опорой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без опоры, а также с использованием языковой,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том числе контекстуальной, догадки (объём текста (текстов) для чтения – до 130 слов)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Письмо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Заполнять анкеты и формуляры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указанием лич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ной информации: имя, фамилия, возраст, страна проживания, любимые занятия и другое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Писать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образца поздрав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ления с праздниками (с днём рождения, Новым годом, Рождеством) с выражением пожеланий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Создавать подписи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 иллюстрациям с пояснением, что на них изображено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</w:t>
            </w:r>
            <w:proofErr w:type="spellEnd"/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Фонетическая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Применять правила чтения гласных в третьем типе слога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(гласная +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Применять правила чтения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сложных сочетаний букв (например, 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tion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ight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в односложных, дву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сложных и многосложных словах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international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night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новые слова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согласно основным правилам чтения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Различать на слух и правильно произносить сло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 фразы (предложения) с соблюдением их рит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мико-интонационных особенностей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Графика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орфография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пунктуация</w:t>
            </w:r>
            <w:proofErr w:type="spellEnd"/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Правильно расставлять знаки препинания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(точку, вопросительный и восклицательный знаки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конце предложения, апостроф)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Лексическая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устной и пись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образовывать родственные сло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ва, образованные с использованием одного из основных способов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словообразования – аффиксации (суффиксы числительных -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teen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ty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2.3.3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образовывать родственные сло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ва, образованные с использованием одного из 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новных способов словообразования – словосложе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football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snowman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Грамматическая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Don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talk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please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употреблять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устной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+ to be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Past Simple Tense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was a bridge across the river. There were mountains in the south.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Распознавать и употреблять в устной и письменной речи правильные и неправильные глаголы в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Simple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повествовательных (утвердительных и отрицательных)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и вопросительных (общий и спе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циальный вопросы) предложениях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конструкцию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I’d like to...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конструкции с глаголами на 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ing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like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/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enjoy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doing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smth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2.4.6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существительные в притяжательном падеже (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Possessive Case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2.4.7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слова, выражающие количество с исчисля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емыми и неисчисляемыми существительными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much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/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many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/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lot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of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2.4.8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наречия частотности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usually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often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2.4.9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личные местоимения в объектном падеже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2.4.10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указательные местоимения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that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those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неопределённые местоимения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some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/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в по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вествовательных и вопросительных предложениях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количественные числительные (13 – 100) и по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рядковые числительные (1 – 30)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вопросительные слова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when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whose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why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предлог направления движения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went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Moscow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last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year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2.4.15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предлоги места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next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front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of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behind</w:t>
            </w:r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2.4.16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предлоги времени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выражениях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4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clock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morning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Monday</w:t>
            </w:r>
          </w:p>
        </w:tc>
      </w:tr>
      <w:tr w:rsidR="00DE4140" w:rsidRPr="00DE4140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Социокультурные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DE4140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ствие, прощание, знакомство, просьба, выражение благодарности, извинение, поздравление с днём рождения, Новым годом, Рождеством)</w:t>
            </w:r>
            <w:proofErr w:type="gramEnd"/>
          </w:p>
        </w:tc>
      </w:tr>
      <w:tr w:rsidR="00DE4140" w:rsidRPr="00CE2DB4" w:rsidTr="00F000D3"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21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4140" w:rsidRPr="00792432" w:rsidRDefault="00DE4140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  <w:tr w:rsidR="00F000D3" w:rsidRPr="00CE2DB4" w:rsidTr="00DE414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0D3" w:rsidRPr="00F000D3" w:rsidRDefault="00F000D3" w:rsidP="00F000D3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0D3" w:rsidRPr="00DE4140" w:rsidRDefault="00F000D3" w:rsidP="00DE4140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345DA6" w:rsidRDefault="00575418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DE41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 </w:t>
      </w: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345DA6" w:rsidRDefault="00345DA6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:rsidR="00575418" w:rsidRPr="00DE4140" w:rsidRDefault="00575418" w:rsidP="005754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41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​</w:t>
      </w:r>
      <w:r w:rsidRPr="00DE41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75418" w:rsidRPr="00DE4140" w:rsidRDefault="00575418" w:rsidP="00575418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E41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4 КЛАСС</w:t>
      </w:r>
    </w:p>
    <w:tbl>
      <w:tblPr>
        <w:tblW w:w="14560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12701"/>
      </w:tblGrid>
      <w:tr w:rsidR="00575418" w:rsidRPr="00CE2DB4" w:rsidTr="00DE414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75418" w:rsidRPr="00DE4140" w:rsidRDefault="00575418" w:rsidP="00DE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proofErr w:type="spellStart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  <w:proofErr w:type="spellEnd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проверяемого</w:t>
            </w:r>
            <w:proofErr w:type="spellEnd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результата</w:t>
            </w:r>
            <w:proofErr w:type="spellEnd"/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1270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75418" w:rsidRPr="00DE4140" w:rsidRDefault="00575418" w:rsidP="00DE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​</w:t>
            </w:r>
            <w:r w:rsidRPr="00DE4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​</w:t>
            </w:r>
            <w:r w:rsidRPr="00D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br/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Говорение</w:t>
            </w:r>
            <w:proofErr w:type="spellEnd"/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 этикетного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 основе вер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бальных и (или) зрительных опор с соблюдением правил речевого этикета, принятых в стране (странах) изучаемого языка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(не менее 4 – 5 реплик со стороны каждого собеседника)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диалог-расспрос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 основе вербальных и (или) зрительных опор с соблюдением правил рече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диалог-побуждение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 основе вербальных и (или) зрительных опор с соблюдением правил рече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вого этикета, принятых в стране (странах) изучаемого языка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(не менее 4 – 5 реплик со стороны каждого собеседника)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Вести диалог – разговор по телефону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картинки, фотографии и (или) ключевых слов в стан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дартных ситуациях неофициального общения с со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блюдением норм речевого этикета в объёме не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мен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ее 4 – 5 реплик со стороны каждого собеседника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Создавать устные связные монологические вы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сказывания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(описание, рассуждение; повествова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ние (сообщение) с вербальными и (или) зрительными опорами в рамках тематического содержания речи для 4 класса (объём монологического высказыва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 не менее 4 – 5 фраз)</w:t>
            </w:r>
            <w:proofErr w:type="gram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Создавать устные связные монологические вы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сказывания по образцу; выражать своё отно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шение к предмету речи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Передавать основное содержание прочитанного текста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вербальными и (или) зрительными опорами в объёме не менее 4 – 5 фраз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Представлять результаты выполненной проект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ной работы, в том числе подбирая иллюстративный материал (рисунки, фото) к тексту выступления,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объёме не менее 4 – 5 фраз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речь учителя и других обучающихся, вербально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невербально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реагировать на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услышанное</w:t>
            </w:r>
            <w:proofErr w:type="gram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основное со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держание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и адаптированных аутентичных текстов, построенных на изученном языковом мате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риале, со зрительной опорой и с использованием языковой, в том числе контекстуальной, догадки (время звучания текста (текстов) для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– до 1 минуты)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Воспринимать на слух и понимать запра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шиваемую информацию фактического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учебных и адаптированных аутентичных текстах, построенных на изученном языковом материале, со зрительной опорой и с использованием языковой,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том числе контекстуальной, догадки (время звуча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ния текста (текстов) для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– до 1 минуты)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Смысловое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вслух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учебные тексты объёмом до 80 слов, построенные на изученном языковом материале, 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соблюдением правил чтения и соответствующей интонацией, демонстрируя понимание прочитанного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про себя и понимать основное содер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жание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текстов, содержащих отдельные незнакомые слова, со зрительной опорой и без опоры, с исполь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зованием языковой, в том числе контекстуальной, догадки (объём текста (текстов) для чтения – до 160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слов)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про себя и понимать запрашиваемую информацию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текстах, содержащих отдельные не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знакомые слова, со зрительной опорой и без опоры, с использованием языковой, в том числе контек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стуальной, догадки (объём текста (текстов) для чте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ния – до 160 слов)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Прогнозировать содержание текста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 основе заголовка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1.3.5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Читать про себя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несплошные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тексты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(таблицы)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понимать представленную в них информацию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Письмо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Заполнять анкеты и формуляры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указанием лич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ной информации: имя, фамилия, возраст, место жи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тельства (страна проживания, город), любимые занятия и другие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Писать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образца поздравления с днём рождения, Новым годом, Рождеством с выражением пожеланий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Писать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образца электронное сооб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щение личного характера (объём сообщения – до 50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слов)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</w:t>
            </w:r>
            <w:proofErr w:type="spellEnd"/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Фонетическая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Читать новые слова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согласно основным правилам чтения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Различать на слух и правильно произносить сло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 фразы (предложения) с соблюдением их рит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мико-интонационных особенностей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Графика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орфография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пунктуация</w:t>
            </w:r>
            <w:proofErr w:type="spellEnd"/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Правильно расставлять знаки препинания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(точка, вопросительный и восклицательный знаки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конце предложения,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апостроф,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запятая при перечислении)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Лексическая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устной и пись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менной речи не менее 500 лексических единиц (слов, словосочетаний, речевых клише), включая 350 лексических единиц, освоенных в предшест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вующие годы обучения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образовывать родственные сло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ва, образованные с использованием одного из 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новных способов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словообразования – аффиксации (суффиксы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er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/-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ist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teacher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actor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artist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2.3.3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образовывать родственные сло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ва, образованные с использованием одного из 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новных способов словообразования – словосложе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blackboard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образовывать родственные сло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ва, образованные с использованием одного из 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новных способов словообразования –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конвер</w:t>
            </w:r>
            <w:proofErr w:type="spellEnd"/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spellStart"/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play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play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Грамматическая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глаголы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Present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Past Simple Tense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Present Continuous Tense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повествовательных (утверди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тельных и отрицательных) и вопросительных (об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щий и специальный вопросы) предложениях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конструкцию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going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Future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Simple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для выражения будущего действия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модальные глаголы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must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have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отрицательное местоимение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no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степени сравнения прилагательных (формы, образованные по правилу и исключения: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good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better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bad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worse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worst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2.4.6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наречия времени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2.4.7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2.4.8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Распознавать и употреблять в устной и письменной речи обозначение времени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Социокультурные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ствие, прощание, знакомство, выражение благодар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ности, извинение, поздравление с днём рождения, Новым годом, Рождеством)</w:t>
            </w:r>
            <w:proofErr w:type="gram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Знать названия родной страны и страны (стран) изу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чаемого языка</w:t>
            </w:r>
          </w:p>
        </w:tc>
      </w:tr>
      <w:tr w:rsidR="00575418" w:rsidRPr="00792432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некоторых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персонажей</w:t>
            </w:r>
            <w:proofErr w:type="spellEnd"/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Знать небольшие произведения детского фольклора (рифмовки, песни)</w:t>
            </w:r>
          </w:p>
        </w:tc>
      </w:tr>
      <w:tr w:rsidR="00575418" w:rsidRPr="00CE2DB4" w:rsidTr="00DE414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5418" w:rsidRPr="00792432" w:rsidRDefault="00575418" w:rsidP="00DE41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:rsidR="00575418" w:rsidRPr="00792432" w:rsidRDefault="00575418">
      <w:pPr>
        <w:rPr>
          <w:sz w:val="24"/>
          <w:szCs w:val="24"/>
          <w:lang w:val="ru-RU"/>
        </w:rPr>
      </w:pPr>
    </w:p>
    <w:p w:rsidR="00DE4140" w:rsidRPr="00792432" w:rsidRDefault="00DE4140">
      <w:pPr>
        <w:rPr>
          <w:sz w:val="24"/>
          <w:szCs w:val="24"/>
          <w:lang w:val="ru-RU"/>
        </w:rPr>
      </w:pPr>
    </w:p>
    <w:p w:rsidR="00DE4140" w:rsidRPr="00792432" w:rsidRDefault="00DE4140">
      <w:pPr>
        <w:rPr>
          <w:sz w:val="24"/>
          <w:szCs w:val="24"/>
          <w:lang w:val="ru-RU"/>
        </w:rPr>
      </w:pPr>
    </w:p>
    <w:p w:rsidR="00DE4140" w:rsidRPr="00792432" w:rsidRDefault="00DE4140">
      <w:pPr>
        <w:rPr>
          <w:sz w:val="24"/>
          <w:szCs w:val="24"/>
          <w:lang w:val="ru-RU"/>
        </w:rPr>
      </w:pPr>
    </w:p>
    <w:p w:rsidR="00DE4140" w:rsidRDefault="00DE4140">
      <w:pPr>
        <w:rPr>
          <w:sz w:val="24"/>
          <w:szCs w:val="24"/>
          <w:lang w:val="ru-RU"/>
        </w:rPr>
      </w:pPr>
    </w:p>
    <w:p w:rsidR="00DE4140" w:rsidRDefault="00DE4140">
      <w:pPr>
        <w:rPr>
          <w:sz w:val="24"/>
          <w:szCs w:val="24"/>
          <w:lang w:val="ru-RU"/>
        </w:rPr>
      </w:pPr>
    </w:p>
    <w:p w:rsidR="00792432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sz w:val="24"/>
          <w:szCs w:val="24"/>
          <w:lang w:val="ru-RU"/>
        </w:rPr>
      </w:pPr>
    </w:p>
    <w:p w:rsidR="009A2040" w:rsidRPr="00792432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ru-RU"/>
        </w:rPr>
      </w:pPr>
      <w:r w:rsidRPr="0079243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ru-RU" w:eastAsia="ru-RU"/>
        </w:rPr>
        <w:t xml:space="preserve">                                                                                                          </w:t>
      </w:r>
      <w:r w:rsidR="009A2040" w:rsidRPr="0079243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ПРОВЕРЯЕМЫЕ ЭЛЕМЕНТЫ СОДЕРЖАНИЯ</w:t>
      </w:r>
    </w:p>
    <w:p w:rsidR="009A2040" w:rsidRPr="000E0BD8" w:rsidRDefault="009A2040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ru-RU"/>
        </w:rPr>
      </w:pPr>
      <w:r w:rsidRPr="000E0BD8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​</w:t>
      </w:r>
      <w:r w:rsidR="0079243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val="ru-RU" w:eastAsia="ru-RU"/>
        </w:rPr>
        <w:t xml:space="preserve">                                                                                                                                      </w:t>
      </w:r>
      <w:r w:rsidRPr="000E0BD8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2 КЛАСС</w:t>
      </w:r>
      <w:r w:rsidRPr="000E0BD8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br/>
      </w:r>
    </w:p>
    <w:tbl>
      <w:tblPr>
        <w:tblW w:w="13324" w:type="dxa"/>
        <w:tblInd w:w="10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2531"/>
      </w:tblGrid>
      <w:tr w:rsidR="009A2040" w:rsidRPr="000E0BD8" w:rsidTr="00792432">
        <w:trPr>
          <w:trHeight w:val="140"/>
          <w:tblHeader/>
        </w:trPr>
        <w:tc>
          <w:tcPr>
            <w:tcW w:w="793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A2040" w:rsidRPr="000E0BD8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​</w:t>
            </w:r>
            <w:proofErr w:type="spellStart"/>
            <w:r w:rsidRPr="000E0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Код</w:t>
            </w:r>
            <w:proofErr w:type="spellEnd"/>
            <w:r w:rsidRPr="000E0BD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​</w:t>
            </w:r>
            <w:r w:rsidRPr="000E0BD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</w:r>
          </w:p>
        </w:tc>
        <w:tc>
          <w:tcPr>
            <w:tcW w:w="1253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A2040" w:rsidRPr="00792432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Проверяемый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элемент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</w:p>
          <w:p w:rsidR="009A2040" w:rsidRPr="00792432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 класс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Говорение</w:t>
            </w:r>
            <w:proofErr w:type="spellEnd"/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1.1.1.1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 этикетного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комство с собеседником; поздравление с праздником; выражение благодарности за поздравление; извинение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1.1.1.2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Диалог-расспрос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информации, сообщение фактической информации, ответы на вопросы собеседника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1.1.2.1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Описание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1.1.2.2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Рассказ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 себе, члене семьи, друге с использованием речевых ситуаций, ключевых слов и (или) иллюстраций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Понимание на слух речи учителя и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других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обучающихся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 вербальная (невербальная) реакция на услышанное (при непосредственном общении)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 пониманием основного содержания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текстов, постро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енных на изученном языковом материале: определение основной темы и глав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ных фактов (событий) в воспринимаемом на слух тексте с использованием иллюстра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ций и языковой догадки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 пониманием запрашиваемой информации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учебных текстах, построенных на изученном языковом материале: выделение из восприни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маемого на слух текста и понимание информации фактического характера (например, имя, возраст, любимое занятие, цвет) с использованием иллюстра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ций и языковой догадки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Смысловое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1.3.1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вслух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текстов, построенных на изученном языковом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материале, с соблюдением правил чтения и соответствующей интонацией; понимание прочитанного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1.3.2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про себя и понимание основного содержания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учебных текстов, построенных на изученном языковом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материале: определение основной темы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главных фактов (событий) в прочитанном тексте с использованием иллюстра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ций и языковой догадки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1.3.3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про себя и понимание запрашиваемой информации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учебных тек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стах, построенных на изученном языковом материале: нахождение в прочитан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ном тексте и понимание запрашиваемой информации фактического характера 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использованием иллюстра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ций и языковой догадки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Письмо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1.4.1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Овладение техникой письма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полупечатное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написание букв, буквосочетаний, слов)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1.4.2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 в сл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ово или слов в предложение, дописывание предложений в соответствии с решаемой учебной задачей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1.4.3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Заполнение простых формуляров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указанием личной информации (имя, фамилия, возраст, страна проживания) в соответствии с нормами, принятыми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стране (странах) изучаемого языка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1.4.4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Написание с использованием образца коротких поздравлений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праздниками (с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днём рождения, Новым годом)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</w:t>
            </w:r>
            <w:proofErr w:type="spellEnd"/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Фонетическая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2.1.1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2.1.2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Связующее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«r»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is / there are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2.1.3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Правила чтения гласных в открытом и закрытом слоге в односложных словах; согласных; основных </w:t>
            </w:r>
            <w:proofErr w:type="spellStart"/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звуко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-буквенных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сочетаний. Выделение из слова не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которых </w:t>
            </w:r>
            <w:proofErr w:type="spellStart"/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звуко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-буквенных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сочетаний при анализе изученных слов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2.1.4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новых слов согласно основным правилам чтения английского языка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2.1.5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Знаки английской транскрипции; отличие их от букв английского алфавита.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Фонетически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озвучивание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знаков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транскрипции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2.1.6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Графика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орфография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пунктуация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2.2.1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 корректное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полупечатное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написание букв английского алфавита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буквосочетаниях и словах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2.2.2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2.2.3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Правильная расстановка знаков препинания: точки, вопросительного и воскли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цательного знаков в конце предложения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2.2.4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Правильное использование апострофа в изученных сокращённых формах глагола-связки, вспомогательного и модального глаголов (например,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isn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don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doesn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), существительных в притяжательном падеже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0E0BD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Лексическая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2.3.1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и употребление в устной и письменной речи не менее 200 лек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сических единиц (слов, словосочетаний, речевых клише), обслуживающих си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туации общения в рамках тематического содержания речи для 2 класса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2.3.2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в устной и письменной речи интернациональных слов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doctor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film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с помощью языковой догадки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Грамматическая сторона речи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в письменном и звучащем тексте и употребление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устной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письменной речи изученных морфологических форм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 синтаксических кон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струкций английского языка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вопрос), побудительные (в утвердительной форме)</w:t>
            </w:r>
            <w:proofErr w:type="gramEnd"/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Нераспространённые и распространённые простые предложения</w:t>
            </w:r>
          </w:p>
        </w:tc>
      </w:tr>
      <w:tr w:rsidR="009A2040" w:rsidRPr="00CE2DB4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Предложения с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начальным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red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ball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4C2568" w:rsidTr="00792432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+ to be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 Present Simple Tense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is a cat in the room. Is there a cat in the room? – Yes, there is. / No, there isn’t. There are four pens on the table. Are there four pens on the table? – Yes, there are. / No, there aren’t. How many pens are there on the table? – There are four pens.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861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2.4.5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глагольным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сказуемым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They live in the country.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именным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сказуемым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 box is small.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глагольным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сказуемым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 like to play with my cat. She can play the piano.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4C2568" w:rsidTr="00792432">
        <w:trPr>
          <w:trHeight w:val="56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2.4.6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глаголом-связкой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 be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 Present Simple Tense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My father is a doctor. Is it a red ball? – Yes, it is. / No, it isn’t.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2.4.7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Предложения с краткими глагольными формами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She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swim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 don’t like porridge.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CE2DB4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2.4.8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Побудительные предложения в утвердительной форме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Come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please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CE2DB4" w:rsidTr="00792432">
        <w:trPr>
          <w:trHeight w:val="583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2.4.9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Глаголы в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Present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Simple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повествовательных (утвердительных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и отри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цательных) и вопросительных (общий и специальный вопросы) предложениях</w:t>
            </w:r>
          </w:p>
        </w:tc>
      </w:tr>
      <w:tr w:rsidR="009A2040" w:rsidRPr="004C2568" w:rsidTr="00792432">
        <w:trPr>
          <w:trHeight w:val="56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2.4.10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Глагольная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have got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I’ve got a cat.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He’s/She’s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got a cat. Have you got a cat? – Yes, I have. / No, I haven’t. What have you got?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CE2DB4" w:rsidTr="00792432">
        <w:trPr>
          <w:trHeight w:val="583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Модальный глагол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для выражения умения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play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tennis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и отсутствия умения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play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chess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); для получения разрешения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out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?)</w:t>
            </w:r>
          </w:p>
        </w:tc>
      </w:tr>
      <w:tr w:rsidR="009A2040" w:rsidRPr="00CE2DB4" w:rsidTr="00792432">
        <w:trPr>
          <w:trHeight w:val="56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Определённый, неопределённый и нулевой артикли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именами существи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тельными (наиболее распространённые случаи)</w:t>
            </w:r>
          </w:p>
        </w:tc>
      </w:tr>
      <w:tr w:rsidR="009A2040" w:rsidRPr="00CE2DB4" w:rsidTr="00792432">
        <w:trPr>
          <w:trHeight w:val="583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Существительные во множественном числе, образованные по правилу и исклю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чения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book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books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man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men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4C2568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you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he/she/it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4C2568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2.4.15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Притяжательные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your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his/her/its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our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their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2.4.16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Указательные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this – these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277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2.4.17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Количественные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числительные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 – 12)</w:t>
            </w:r>
          </w:p>
        </w:tc>
      </w:tr>
      <w:tr w:rsidR="009A2040" w:rsidRPr="004C2568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2.4.18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Вопросительные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what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how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where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how many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4C2568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2.4.19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Предлоги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near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under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CE2DB4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2.4.20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Союзы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and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but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однородными членами)</w:t>
            </w:r>
          </w:p>
        </w:tc>
      </w:tr>
      <w:tr w:rsidR="009A2040" w:rsidRPr="000E0BD8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Социокультурные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CE2DB4" w:rsidTr="00792432">
        <w:trPr>
          <w:trHeight w:val="115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торых ситуациях общения: приветствие, прощание, знакомство, выражение благодарности, извинение, поздравление (с днём рождения, Новым годом, Рождеством)</w:t>
            </w:r>
            <w:proofErr w:type="gramEnd"/>
          </w:p>
        </w:tc>
      </w:tr>
      <w:tr w:rsidR="009A2040" w:rsidRPr="00CE2DB4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Знание названий родной страны и страны (стран) изучаемого языка и их столиц</w:t>
            </w:r>
          </w:p>
        </w:tc>
      </w:tr>
      <w:tr w:rsidR="009A2040" w:rsidRPr="00CE2DB4" w:rsidTr="00792432">
        <w:trPr>
          <w:trHeight w:val="5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Знание небольших произведений 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9A2040" w:rsidRPr="000E0BD8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Компенсаторные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CE2DB4" w:rsidTr="00792432">
        <w:trPr>
          <w:trHeight w:val="525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Использование при чтении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9A2040" w:rsidRPr="00CE2DB4" w:rsidTr="00792432">
        <w:trPr>
          <w:trHeight w:val="5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9A2040" w:rsidRPr="000E0BD8" w:rsidTr="00792432">
        <w:trPr>
          <w:trHeight w:val="292"/>
        </w:trPr>
        <w:tc>
          <w:tcPr>
            <w:tcW w:w="133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CE2DB4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моего «я».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Приветствие, знакомство, Моя семья. Мой день рождения. Моя любимая еда</w:t>
            </w:r>
          </w:p>
        </w:tc>
      </w:tr>
      <w:tr w:rsidR="009A2040" w:rsidRPr="00CE2DB4" w:rsidTr="00792432">
        <w:trPr>
          <w:trHeight w:val="5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моих увлечений.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Любимый цвет, игрушка. Любимые занятия. Мой пито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мец. Выходной день</w:t>
            </w:r>
          </w:p>
        </w:tc>
      </w:tr>
      <w:tr w:rsidR="009A2040" w:rsidRPr="00CE2DB4" w:rsidTr="00792432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вокруг меня.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Моя школа. Мои друзья. Моя малая родина (город, село)</w:t>
            </w:r>
          </w:p>
        </w:tc>
      </w:tr>
      <w:tr w:rsidR="009A2040" w:rsidRPr="00CE2DB4" w:rsidTr="00792432">
        <w:trPr>
          <w:trHeight w:val="80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0E0BD8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B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Родная страна и страны изучаемого языка.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Названия родной страны и 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 (стран) изучаемого языка; их столиц. Произведения детского фольклора. Ли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tbl>
      <w:tblPr>
        <w:tblpPr w:leftFromText="180" w:rightFromText="180" w:vertAnchor="page" w:horzAnchor="page" w:tblpX="1816" w:tblpY="552"/>
        <w:tblW w:w="132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11306"/>
      </w:tblGrid>
      <w:tr w:rsidR="009A2040" w:rsidRPr="000E0BD8" w:rsidTr="00792432">
        <w:trPr>
          <w:trHeight w:val="120"/>
          <w:tblHeader/>
        </w:trPr>
        <w:tc>
          <w:tcPr>
            <w:tcW w:w="1973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A2040" w:rsidRPr="00792432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​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1130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A2040" w:rsidRPr="00792432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Проверяемый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элемент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</w:p>
          <w:p w:rsidR="009A2040" w:rsidRPr="00792432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 класс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0E0BD8" w:rsidTr="00792432">
        <w:trPr>
          <w:trHeight w:val="6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Говорение</w:t>
            </w:r>
            <w:proofErr w:type="spellEnd"/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9A2040" w:rsidRPr="00CE2DB4" w:rsidTr="00792432">
        <w:trPr>
          <w:trHeight w:val="269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 этикетного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комство с собеседником; поздравление с праздником; выражение благодарности за поздравление, извинение</w:t>
            </w:r>
          </w:p>
        </w:tc>
      </w:tr>
      <w:tr w:rsidR="009A2040" w:rsidRPr="00CE2DB4" w:rsidTr="00792432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Диалог-расспрос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 на вопросы собеседника</w:t>
            </w:r>
          </w:p>
        </w:tc>
      </w:tr>
      <w:tr w:rsidR="009A2040" w:rsidRPr="00CE2DB4" w:rsidTr="00792432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 – побуждение к действию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 с соблюдением норм речевого этикета, принятых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стране (странах) изучаемого языка: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9A2040" w:rsidRPr="00CE2DB4" w:rsidTr="00792432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Описание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предмета, реального человека или литературного персонажа 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использованием речевых ситуаций, ключевых слов и (или) иллюстраций</w:t>
            </w:r>
          </w:p>
        </w:tc>
      </w:tr>
      <w:tr w:rsidR="009A2040" w:rsidRPr="00CE2DB4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Рассказ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 себе, члене семьи, друге с использованием речевых ситуаций, ключевых слов и (или) иллюстраций</w:t>
            </w:r>
          </w:p>
        </w:tc>
      </w:tr>
      <w:tr w:rsidR="009A2040" w:rsidRPr="00CE2DB4" w:rsidTr="00792432">
        <w:trPr>
          <w:trHeight w:val="1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Пересказ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 основного содержания прочитанного текста</w:t>
            </w:r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9A2040" w:rsidRPr="00CE2DB4" w:rsidTr="00792432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Понимание на слух речи учителя и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других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обучающихся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 вербальная (невербальная) реакция на услышанное (при непосредственном общении)</w:t>
            </w:r>
          </w:p>
        </w:tc>
      </w:tr>
      <w:tr w:rsidR="009A2040" w:rsidRPr="00CE2DB4" w:rsidTr="00792432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 пониманием основного содержания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текстов, построенных на изученном языковом материале: определение основной темы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главных фактов (событий) в воспринимаемом на слух тексте с использованием иллюстра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ций и языковой догадки</w:t>
            </w:r>
          </w:p>
        </w:tc>
      </w:tr>
      <w:tr w:rsidR="009A2040" w:rsidRPr="00CE2DB4" w:rsidTr="00792432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 пониманием запрашиваемой информации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учебных текстах, построенных на изученном языковом материале: выделение из воспри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нимаемого на слух текста и понимание информации фактического характера (например, имя, возраст, любимое занятие, цвет) 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использованием иллюстра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ций и языковой догадки</w:t>
            </w:r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Смысловое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</w:tr>
      <w:tr w:rsidR="009A2040" w:rsidRPr="00CE2DB4" w:rsidTr="00792432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вслух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текстов, построенных на изученном языковом мате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риале, с соблюдением правил чтения и соответствующей интонацией, понимание прочитанного</w:t>
            </w:r>
          </w:p>
        </w:tc>
      </w:tr>
      <w:tr w:rsidR="009A2040" w:rsidRPr="00CE2DB4" w:rsidTr="00792432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про себя и понимание основного содержания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текстов, построенных на изученном языковом материале: определение основной темы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главных фактов (событий) в прочитанном тексте с использованием иллюстра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ций и языковой, в том числе контекстуальной, догадки</w:t>
            </w:r>
          </w:p>
        </w:tc>
      </w:tr>
      <w:tr w:rsidR="009A2040" w:rsidRPr="00CE2DB4" w:rsidTr="00792432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про себя и понимание запрашиваемой информации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учебных тек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стах, построенных на изученном языковом материале: нахождение в про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читанном тексте и понимание запрашиваемой информации фактического характера с использованием иллюстра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ций и языковой, в том числе контекстуальной, догадки</w:t>
            </w:r>
          </w:p>
        </w:tc>
      </w:tr>
      <w:tr w:rsidR="009A2040" w:rsidRPr="000E0BD8" w:rsidTr="00792432">
        <w:trPr>
          <w:trHeight w:val="6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Письмо</w:t>
            </w:r>
            <w:proofErr w:type="spellEnd"/>
          </w:p>
        </w:tc>
      </w:tr>
      <w:tr w:rsidR="009A2040" w:rsidRPr="00CE2DB4" w:rsidTr="00792432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Списывание текста, выписывание из текста слов, словосочетаний, предло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9A2040" w:rsidRPr="00CE2DB4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Создание подписей к картинкам, фотографиям с пояснением, что на них изображено</w:t>
            </w:r>
          </w:p>
        </w:tc>
      </w:tr>
      <w:tr w:rsidR="009A2040" w:rsidRPr="00CE2DB4" w:rsidTr="00792432">
        <w:trPr>
          <w:trHeight w:val="1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Заполнение простых формуляров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указанием личной информации (имя, фамилия, возраст, страна проживания, любимые занятия) в соответствии с нор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мами, принятыми в стране (странах) изучаемого языка</w:t>
            </w:r>
          </w:p>
        </w:tc>
      </w:tr>
      <w:tr w:rsidR="009A2040" w:rsidRPr="00CE2DB4" w:rsidTr="00792432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Написание с использованием образца поздравлений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праздниками (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днём рож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дения, Новым годом, Рождеством) с выражением пожеланий</w:t>
            </w:r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</w:t>
            </w:r>
            <w:proofErr w:type="spellEnd"/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Фонетическая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CE2DB4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Буквы английского алфавита. Фонетически корректное озвучивание букв английского алфавита</w:t>
            </w:r>
          </w:p>
        </w:tc>
      </w:tr>
      <w:tr w:rsidR="009A2040" w:rsidRPr="000E0BD8" w:rsidTr="00792432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Связующее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«r»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is / there are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269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гласных в открытом и закрытом слоге в односложных словах, чтения гласных в третьем типе слога (гласная +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); согласных, основных звукобук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венных сочетаний, в частности сложных сочетаний букв (например,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tion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ight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односложных, двусложных и многосложных словах.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некоторых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звукобуквенных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сочетаний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</w:t>
            </w:r>
            <w:proofErr w:type="spellEnd"/>
          </w:p>
        </w:tc>
      </w:tr>
      <w:tr w:rsidR="009A2040" w:rsidRPr="00CE2DB4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9A2040" w:rsidRPr="000E0BD8" w:rsidTr="00792432">
        <w:trPr>
          <w:trHeight w:val="1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Знаки английской транскрипции; отличие их от букв английского алфавита.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Фонетически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озвучивание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знаков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транскрипции</w:t>
            </w:r>
            <w:proofErr w:type="spellEnd"/>
          </w:p>
        </w:tc>
      </w:tr>
      <w:tr w:rsidR="009A2040" w:rsidRPr="00CE2DB4" w:rsidTr="00792432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2.1.6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9A2040" w:rsidRPr="00CE2DB4" w:rsidTr="00792432">
        <w:trPr>
          <w:trHeight w:val="1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2.1.7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Ритмико-интонационные особенности повествовательного, побудительного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вопросительного (общий и специальный вопрос) предложений</w:t>
            </w:r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Графика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орфография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пунктуация</w:t>
            </w:r>
            <w:proofErr w:type="spellEnd"/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</w:t>
            </w:r>
            <w:proofErr w:type="spellEnd"/>
          </w:p>
        </w:tc>
      </w:tr>
      <w:tr w:rsidR="009A2040" w:rsidRPr="00CE2DB4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Правильная расстановка знаков препинания: точки, вопросительного и вос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клицательного знаков в конце предложения</w:t>
            </w:r>
          </w:p>
        </w:tc>
      </w:tr>
      <w:tr w:rsidR="009A2040" w:rsidRPr="00CE2DB4" w:rsidTr="00792432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тельном падеже</w:t>
            </w:r>
          </w:p>
        </w:tc>
      </w:tr>
      <w:tr w:rsidR="009A2040" w:rsidRPr="000E0BD8" w:rsidTr="00792432">
        <w:trPr>
          <w:trHeight w:val="6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Лексическая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CE2DB4" w:rsidTr="00792432">
        <w:trPr>
          <w:trHeight w:val="20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в письменном и звучащем тексте и употребление в устной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</w:t>
            </w:r>
          </w:p>
        </w:tc>
      </w:tr>
      <w:tr w:rsidR="009A2040" w:rsidRPr="00CE2DB4" w:rsidTr="00792432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словообразования: аффиксации (образо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вание числительных с помощью суффиксов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-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teen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ty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и словосложения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sportsman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CE2DB4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в устной и письменной речи интернациональных слов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doctor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film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с помощью языковой догадки</w:t>
            </w:r>
          </w:p>
        </w:tc>
      </w:tr>
      <w:tr w:rsidR="009A2040" w:rsidRPr="000E0BD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Грамматическая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4C256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+ to be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 Past Simple Tense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was an old house near the river.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CE2DB4" w:rsidTr="00792432">
        <w:trPr>
          <w:trHeight w:val="6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Побудительные предложения в отрицательной форме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Don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talk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please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CE2DB4" w:rsidTr="00792432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Правильные и неправильные глаголы в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Simple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9A2040" w:rsidRPr="004C256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I’d like to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I’d like to read this book.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4C2568" w:rsidTr="00792432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глаголами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ing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to like/enjoy doing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smth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 like riding my bike.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4C256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2.4.6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Существительные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притяжательном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падеже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(Possessive Case: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Ann’s dress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children’s toys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boys’ books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2.4.7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Слова, выражающие количество, с исчисляемыми и неисчисляемыми сущест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вительными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much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/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many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/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lot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of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2.4.8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объектном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падеже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you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him/her/it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us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them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2.4.9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Указательные местоимения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this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these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;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that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those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2.4.10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Неопределённые местоимения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some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/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в повествовательных и вопроси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тельных предложениях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Have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you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any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friends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?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Yes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ve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some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Наречия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частотности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usually, often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Количественные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числительные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(13 – 100).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Порядковые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числительные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(1 – 30)</w:t>
            </w:r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Вопросительные слова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when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whose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4C256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Предлоги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next to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 front 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behind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 направления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 времени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on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 выражениях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at 5 o’clock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in the morning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on Monday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Социокультурные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Знание и использование некоторых социокультурных элементов речевого по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веденческого этикета, принятого в стране (странах) изучаемого языка в не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Знание произведений детского фольклора (рифмовок, стихов, песенок), пер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сонажей детских книг</w:t>
            </w:r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Краткое представление своей страны и страны (стран) изучаемого языка (назва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ния родной страны и страны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Компенсаторные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Использование при чтении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языковой, в том числе контекстуальной, догадки</w:t>
            </w:r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9A2040" w:rsidRPr="00CE2DB4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дения в тексте запрашиваемой информации</w:t>
            </w:r>
          </w:p>
        </w:tc>
      </w:tr>
      <w:tr w:rsidR="009A2040" w:rsidRPr="000E0BD8" w:rsidTr="00792432">
        <w:trPr>
          <w:trHeight w:val="33"/>
        </w:trPr>
        <w:tc>
          <w:tcPr>
            <w:tcW w:w="132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моего «я».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Моя семья. Мой день рождения. Моя любимая еда.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распорядок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моих увлечений.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Любимая игрушка, игра. Мой питомец. Любимые занятия. Любимая сказка.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Выходной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Каникулы</w:t>
            </w:r>
            <w:proofErr w:type="spellEnd"/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вокруг меня.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Моя комната (квартира, дом). Моя школа. Мои друзья. Моя малая родина (город, село).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месяцы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Родная страна и страны изучаемого языка.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Россия и страна (страны) изучаемого языка. Их столицы, достопримечательности и интересные факты. Про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изведения детского фольклора. Литературные персонажи детских книг.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страны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страны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изучаемого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языка</w:t>
            </w:r>
            <w:proofErr w:type="spellEnd"/>
          </w:p>
        </w:tc>
      </w:tr>
    </w:tbl>
    <w:p w:rsidR="009A2040" w:rsidRDefault="009A2040" w:rsidP="009A20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9A2040" w:rsidRDefault="009A2040" w:rsidP="009A20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9A2040" w:rsidRPr="000E0BD8" w:rsidRDefault="009A2040" w:rsidP="009A20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E0BD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Pr="000E0BD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</w:p>
    <w:p w:rsidR="009A2040" w:rsidRDefault="009A2040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9A2040" w:rsidRDefault="009A2040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9A2040" w:rsidRDefault="009A2040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9A2040" w:rsidRDefault="009A2040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792432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val="ru-RU" w:eastAsia="ru-RU"/>
        </w:rPr>
        <w:t xml:space="preserve">                                                </w:t>
      </w:r>
    </w:p>
    <w:p w:rsidR="00792432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val="ru-RU" w:eastAsia="ru-RU"/>
        </w:rPr>
      </w:pPr>
    </w:p>
    <w:p w:rsidR="00792432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val="ru-RU" w:eastAsia="ru-RU"/>
        </w:rPr>
      </w:pPr>
    </w:p>
    <w:p w:rsidR="00792432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val="ru-RU" w:eastAsia="ru-RU"/>
        </w:rPr>
      </w:pPr>
    </w:p>
    <w:p w:rsidR="00792432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val="ru-RU" w:eastAsia="ru-RU"/>
        </w:rPr>
      </w:pPr>
    </w:p>
    <w:p w:rsidR="00792432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val="ru-RU" w:eastAsia="ru-RU"/>
        </w:rPr>
      </w:pPr>
    </w:p>
    <w:p w:rsidR="009A2040" w:rsidRPr="000E0BD8" w:rsidRDefault="00792432" w:rsidP="009A2040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val="ru-RU" w:eastAsia="ru-RU"/>
        </w:rPr>
        <w:t xml:space="preserve">                                                    </w:t>
      </w:r>
      <w:r w:rsidR="009A2040" w:rsidRPr="000E0BD8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4 КЛАСС</w:t>
      </w:r>
    </w:p>
    <w:tbl>
      <w:tblPr>
        <w:tblW w:w="13279" w:type="dxa"/>
        <w:tblInd w:w="12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40"/>
        <w:gridCol w:w="8844"/>
      </w:tblGrid>
      <w:tr w:rsidR="009A2040" w:rsidRPr="000E0BD8" w:rsidTr="00792432">
        <w:trPr>
          <w:trHeight w:val="24"/>
          <w:tblHeader/>
        </w:trPr>
        <w:tc>
          <w:tcPr>
            <w:tcW w:w="4435" w:type="dxa"/>
            <w:gridSpan w:val="2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A2040" w:rsidRPr="00792432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884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A2040" w:rsidRPr="00792432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Проверяемый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элемент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​</w:t>
            </w:r>
          </w:p>
          <w:p w:rsidR="009A2040" w:rsidRPr="00792432" w:rsidRDefault="009A2040" w:rsidP="009A2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 класс</w:t>
            </w:r>
            <w:r w:rsidRPr="007924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Говорение</w:t>
            </w:r>
            <w:proofErr w:type="spellEnd"/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 этикетного характера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 с собеседником; поздравление с праздником; выражение благодарности за поздравление; выражение извинения</w:t>
            </w:r>
            <w:proofErr w:type="gram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Диалог-расспрос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фактической информации, ответы на вопросы собеседника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1.1.1.3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 – побуждение к действию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 с соблюдением норм речевого этикета, принятых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Описание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Рассказ (сообщение, повествование)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использованием речевых ситуаций, ключевых слов и (или) иллюстраций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Создание устных монологических высказываний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рамках тематического содержания речи по образцу (с выражением своего отношения к предмету речи)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Пересказ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основного содержания прочитанного текста с использованием речевых ситуаций, ключевых слов и (или) иллюстраций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1.1.2.5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Краткое устное изложение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результатов выполненного несложного проектного задания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Понимание на слух речи учителя и 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других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обучающихся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 вербальная (невербальная) реакция на услы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шанное (при непосредственном общении)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 пониманием основного содержания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и адаптированных аутентичных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 пониманием запрашиваемой информации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и адаптированных аутентичных текстах, постро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енных на изученном языковом материале: выделение запрашиваемой инфор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Смысловое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вслух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учебных текстов с соблюдением правил чтения и соответствующей интонацией, понимание прочитанного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Чтение про себя и понимание основного содержания (тема, главная мысль, главные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факты (события) учебных и адаптированных аутентичных текстов, построенных на изученном языковом материале, содержащих отдельные не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знакомые слова, с использованием иллюстраций и языковой, в том числе контекстуальной, догадки</w:t>
            </w:r>
            <w:proofErr w:type="gram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про себя и понимание запрашиваемой информации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учебных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адаптированных аутентичных текстах, построенных на изученном языковом материале, содержащих отдельные незнакомые слова: нахождение в прочи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танном тексте и понимание запрашиваемой информации фактического харак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тера с использованием иллюстраций и языковой, в том числе контекстуальной, догадки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Прогнозирование содержания текста по заголовку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1.3.5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Чтение про себя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несплошных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текстов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(таблиц, диаграмм) и понимание пред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ставленной в них информации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Письмо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Выписывание из текста слов, словосочетаний, предложений; вставка пропущенных бу</w:t>
            </w: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 в сл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ово или слов в предложение в соответствии с решаемой коммуникативной (учебной) задачей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Заполнение простых анкет и формуляров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указанием личной информации (имя, фамилия, возраст, местожительство (страна проживания, населенный пункт), люби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мые занятия) в соответствии с нормами, принятыми в стране (странах) изучаемого языка</w:t>
            </w:r>
            <w:proofErr w:type="gram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Написание с использованием образца поздравления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праздниками (с днём рождения, Новым годом, Рождеством) с выражением пожеланий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Написание электронного сообщения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личного характера с использованием образца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</w:t>
            </w:r>
            <w:proofErr w:type="spellEnd"/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Фонетическая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Связующее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«r» 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there is / there are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Правила чтения: гласных в открытом и закрытом слоге в односложных словах, гласных в третьем типе слога (гласная +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); согласных; основных </w:t>
            </w:r>
            <w:proofErr w:type="spellStart"/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звуко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-буквен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ных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сочетаний, в частности сложных сочетаний букв (например,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tion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ight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односложных, двусложных и многосложных словах. Выделение из слова некоторых </w:t>
            </w:r>
            <w:proofErr w:type="spellStart"/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звуко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-буквенных</w:t>
            </w:r>
            <w:proofErr w:type="gram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сочетаний при анализе изученных слов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новых слов согласно основным правилам чтения английского языка 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использованием полной или частичной транскрипции, по аналогии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Знаки английской транскрипции; отличие их от букв английского алфавита.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Фонетически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озвучивание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знаков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транскрипции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2.1.6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Ритмико-интонационные особенности повествовательного, побудительного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вопросительного (общий и специальный вопрос) предложений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Графика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орфография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пунктуация</w:t>
            </w:r>
            <w:proofErr w:type="spellEnd"/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изученных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Правильная расстановка знаков препинания: точки, вопросительного и вос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клицательного знаков в конце предложения, запятой при обращении и пере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числении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жательном падеже (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Possessive Case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Лексическая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сторона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в письменном и звучащем тексте и употребление в устной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года обучения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аффиксации (образо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вание существительных с помощью суффиксов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er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/-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ist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worker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actor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artist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play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play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языковой догадки для распознавания интернациональных слов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pilot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film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Грамматическая сторона речи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Распознавание в письменном и звучащем тексте и употребление в устной 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Глаголы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Present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Past Simple Tense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Present Continuous Tense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повествовательных (утвердительных и отрицательных) и вопросительных (общий и спе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циальный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вопросы) предложениях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Модальные глаголы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must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have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 be going to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и Future Simple Tense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будущего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 am going to have my birthday party on Saturday. Wait, I’ll help you.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Отрицательное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no</w:t>
            </w:r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2.4.5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Степени сравнения прилагательных (формы, образованные по правилу, и исклю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чения: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good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better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best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bad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worse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–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the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worst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2.4.6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Наречия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времени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2.4.7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Обозначение даты и года. Обозначение времени (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5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’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clock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3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am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2 </w:t>
            </w:r>
            <w:r w:rsidRPr="007924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pm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9A2040" w:rsidRPr="000E0BD8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Социокультурные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CE2DB4" w:rsidTr="00792432">
        <w:trPr>
          <w:trHeight w:val="24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языка, в неко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  <w:proofErr w:type="gramEnd"/>
          </w:p>
        </w:tc>
      </w:tr>
      <w:tr w:rsidR="009A2040" w:rsidRPr="00CE2DB4" w:rsidTr="00792432">
        <w:trPr>
          <w:trHeight w:val="48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9A2040" w:rsidRPr="00CE2DB4" w:rsidTr="00792432">
        <w:trPr>
          <w:trHeight w:val="93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9A2040" w:rsidRPr="000E0BD8" w:rsidTr="00792432">
        <w:trPr>
          <w:trHeight w:val="48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Компенсаторные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spellEnd"/>
          </w:p>
        </w:tc>
      </w:tr>
      <w:tr w:rsidR="009A2040" w:rsidRPr="00CE2DB4" w:rsidTr="00792432">
        <w:trPr>
          <w:trHeight w:val="93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Использование при чтении и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аудировании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9A2040" w:rsidRPr="00CE2DB4" w:rsidTr="00792432">
        <w:trPr>
          <w:trHeight w:val="90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в качестве опоры при формулировании собственных высказываний ключевых слов, вопросов, картинок, фотографий</w:t>
            </w:r>
          </w:p>
        </w:tc>
      </w:tr>
      <w:tr w:rsidR="009A2040" w:rsidRPr="00CE2DB4" w:rsidTr="00792432">
        <w:trPr>
          <w:trHeight w:val="48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Прогнозирование содержание текста для чтения на основе заголовка</w:t>
            </w:r>
          </w:p>
        </w:tc>
      </w:tr>
      <w:tr w:rsidR="009A2040" w:rsidRPr="00CE2DB4" w:rsidTr="00792432">
        <w:trPr>
          <w:trHeight w:val="93"/>
        </w:trPr>
        <w:tc>
          <w:tcPr>
            <w:tcW w:w="44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Игнорирование информации, не являющейся необходимой для понимания ос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новного содержания прочитанного (прослушанного) текста или для нахождения в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тексте запрашиваемой информации</w:t>
            </w:r>
          </w:p>
        </w:tc>
      </w:tr>
      <w:tr w:rsidR="009A2040" w:rsidRPr="000E0BD8" w:rsidTr="00792432">
        <w:trPr>
          <w:trHeight w:val="48"/>
        </w:trPr>
        <w:tc>
          <w:tcPr>
            <w:tcW w:w="132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792432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                                                                                            </w:t>
            </w:r>
            <w:proofErr w:type="spellStart"/>
            <w:r w:rsidR="009A2040"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Тематическое</w:t>
            </w:r>
            <w:proofErr w:type="spellEnd"/>
            <w:r w:rsidR="009A2040"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A2040"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proofErr w:type="spellEnd"/>
            <w:r w:rsidR="009A2040"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A2040"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</w:tr>
      <w:tr w:rsidR="009A2040" w:rsidRPr="000E0BD8" w:rsidTr="00792432">
        <w:trPr>
          <w:trHeight w:val="10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8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моего «я».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Моя семья. Мой день рождения, подарки. Моя любимая еда.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распорядок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домашние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A2040" w:rsidRPr="000E0BD8" w:rsidTr="00792432">
        <w:trPr>
          <w:trHeight w:val="10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8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моих увлечений.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Любимая игрушка, игра. Мой питомец. Любимые занятия. Занятия спортом.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Любимая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Выходной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Каникулы</w:t>
            </w:r>
            <w:proofErr w:type="spellEnd"/>
          </w:p>
        </w:tc>
      </w:tr>
      <w:tr w:rsidR="009A2040" w:rsidRPr="000E0BD8" w:rsidTr="00792432">
        <w:trPr>
          <w:trHeight w:val="148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8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Мир вокруг меня.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Моя комната (квартира, дом), предметы мебели и интерьера. Моя 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школа, любимые учебные предметы. Мои друзья, их внешность и черты характера. Моя малая родина (город, село и другие). Путешествия. Дикие и домашние животные.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месяцы</w:t>
            </w:r>
            <w:proofErr w:type="spellEnd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Покупки</w:t>
            </w:r>
            <w:proofErr w:type="spellEnd"/>
          </w:p>
        </w:tc>
      </w:tr>
      <w:tr w:rsidR="009A2040" w:rsidRPr="00CE2DB4" w:rsidTr="00792432">
        <w:trPr>
          <w:trHeight w:val="148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</w:t>
            </w:r>
          </w:p>
        </w:tc>
        <w:tc>
          <w:tcPr>
            <w:tcW w:w="88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2040" w:rsidRPr="00792432" w:rsidRDefault="009A2040" w:rsidP="009A2040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Родная страна и страны изучаемого языка.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Россия и страна (страны) изучаемого языка. Их столицы, основные достопримечательности и некоторые инте</w:t>
            </w:r>
            <w:r w:rsidRPr="00792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9A2040" w:rsidRPr="00104FB1" w:rsidRDefault="009A2040" w:rsidP="009A20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104FB1"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  <w:t>​​</w:t>
      </w:r>
    </w:p>
    <w:p w:rsidR="009A2040" w:rsidRPr="00104FB1" w:rsidRDefault="009A2040" w:rsidP="009A2040">
      <w:pPr>
        <w:rPr>
          <w:b/>
          <w:sz w:val="28"/>
          <w:szCs w:val="28"/>
          <w:lang w:val="ru-RU"/>
        </w:rPr>
      </w:pPr>
    </w:p>
    <w:p w:rsidR="001D1497" w:rsidRPr="001D1497" w:rsidRDefault="001D1497" w:rsidP="001D1497">
      <w:pPr>
        <w:rPr>
          <w:b/>
          <w:lang w:val="ru-RU"/>
        </w:rPr>
      </w:pPr>
      <w:r w:rsidRPr="001D1497">
        <w:rPr>
          <w:b/>
          <w:lang w:val="ru-RU"/>
        </w:rPr>
        <w:t xml:space="preserve">УЧЕБНО-МЕТОДИЧЕСКОЕ ОБЕСПЕЧЕНИЕ ОБРАЗОВАТЕЛЬНОГО ПРОЦЕССА </w:t>
      </w:r>
    </w:p>
    <w:p w:rsidR="001D1497" w:rsidRPr="001D1497" w:rsidRDefault="001D1497" w:rsidP="001D1497">
      <w:pPr>
        <w:rPr>
          <w:b/>
          <w:lang w:val="ru-RU"/>
        </w:rPr>
      </w:pPr>
      <w:r w:rsidRPr="001D1497">
        <w:rPr>
          <w:b/>
          <w:lang w:val="ru-RU"/>
        </w:rPr>
        <w:t xml:space="preserve">ОБЯЗАТЕЛЬНЫЕ УЧЕБНЫЕ МАТЕРИАЛЫ ДЛЯ УЧЕНИКА </w:t>
      </w:r>
    </w:p>
    <w:p w:rsidR="001D1497" w:rsidRPr="001D1497" w:rsidRDefault="001D1497" w:rsidP="001D1497">
      <w:pPr>
        <w:rPr>
          <w:b/>
          <w:lang w:val="ru-RU"/>
        </w:rPr>
      </w:pPr>
      <w:r w:rsidRPr="001D1497">
        <w:rPr>
          <w:b/>
          <w:lang w:val="ru-RU"/>
        </w:rPr>
        <w:t xml:space="preserve">2 КЛАСС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Английский язык (в 2 частях), 2 класс/Быкова Н.И., Дули Д., Поспелова М.Д. и другие, Акционерное общество «Издательство «Просвещение»;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</w:p>
    <w:p w:rsidR="001D1497" w:rsidRPr="001D1497" w:rsidRDefault="001D1497" w:rsidP="001D1497">
      <w:pPr>
        <w:rPr>
          <w:b/>
          <w:lang w:val="ru-RU"/>
        </w:rPr>
      </w:pPr>
      <w:r w:rsidRPr="001D1497">
        <w:rPr>
          <w:b/>
          <w:lang w:val="ru-RU"/>
        </w:rPr>
        <w:t xml:space="preserve">3 КЛАСС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>Английский язык (в 2 частях), 3 класс/Быкова Н.И., Дули Д., Поспелова М.Д. и другие, Акционерное общество «Издательство «Просвещение»</w:t>
      </w:r>
      <w:proofErr w:type="gramStart"/>
      <w:r w:rsidRPr="00104FB1">
        <w:rPr>
          <w:sz w:val="24"/>
          <w:szCs w:val="24"/>
          <w:lang w:val="ru-RU"/>
        </w:rPr>
        <w:t xml:space="preserve"> ;</w:t>
      </w:r>
      <w:proofErr w:type="gramEnd"/>
      <w:r w:rsidRPr="00104FB1">
        <w:rPr>
          <w:sz w:val="24"/>
          <w:szCs w:val="24"/>
          <w:lang w:val="ru-RU"/>
        </w:rPr>
        <w:t xml:space="preserve">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Введите свой вариант: </w:t>
      </w:r>
    </w:p>
    <w:p w:rsidR="001D1497" w:rsidRPr="001D1497" w:rsidRDefault="001D1497" w:rsidP="001D1497">
      <w:pPr>
        <w:rPr>
          <w:b/>
          <w:lang w:val="ru-RU"/>
        </w:rPr>
      </w:pPr>
      <w:r w:rsidRPr="001D1497">
        <w:rPr>
          <w:b/>
          <w:lang w:val="ru-RU"/>
        </w:rPr>
        <w:t xml:space="preserve">4 КЛАСС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>Английский язык (в 2 частях), 4 класс/Быкова Н.И., Дули Д., Поспелова М.Д. и другие, Акционерное общество «Издательство «Просвещение»</w:t>
      </w:r>
      <w:proofErr w:type="gramStart"/>
      <w:r w:rsidRPr="00104FB1">
        <w:rPr>
          <w:sz w:val="24"/>
          <w:szCs w:val="24"/>
          <w:lang w:val="ru-RU"/>
        </w:rPr>
        <w:t xml:space="preserve"> ;</w:t>
      </w:r>
      <w:proofErr w:type="gramEnd"/>
      <w:r w:rsidRPr="00104FB1">
        <w:rPr>
          <w:sz w:val="24"/>
          <w:szCs w:val="24"/>
          <w:lang w:val="ru-RU"/>
        </w:rPr>
        <w:t xml:space="preserve"> 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 xml:space="preserve">МЕТОДИЧЕСКИЕ МАТЕРИАЛЫ ДЛЯ УЧИТЕЛЯ 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 xml:space="preserve">2 КЛАСС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https://prosv.ru/audio/section/spotlight.html 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 xml:space="preserve">3 КЛАСС </w:t>
      </w:r>
    </w:p>
    <w:p w:rsidR="001D1497" w:rsidRPr="001D1497" w:rsidRDefault="001D1497" w:rsidP="001D1497">
      <w:pPr>
        <w:rPr>
          <w:lang w:val="ru-RU"/>
        </w:rPr>
      </w:pPr>
      <w:r w:rsidRPr="001D1497">
        <w:rPr>
          <w:lang w:val="ru-RU"/>
        </w:rPr>
        <w:t xml:space="preserve">https://prosv.ru/audio/section/spotlight.html 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lastRenderedPageBreak/>
        <w:t xml:space="preserve">4 КЛАСС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https://prosv.ru/audio/section/spotlight.html 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 xml:space="preserve">ЦИФРОВЫЕ ОБРАЗОВАТЕЛЬНЫЕ РЕСУРСЫ И РЕСУРСЫ СЕТИ ИНТЕРНЕТ 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 xml:space="preserve">2 КЛАСС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https://prosv.ru/audio/section/spotlight.html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https://www.youtube.com/playlist?list=PLHPQGjs1zwx_aKfHgSU03fniX62_jZ5U3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https://wordwall.net/ru/community 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 xml:space="preserve">3 КЛАСС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https://prosv.ru/audio/section/spotlight.html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https://www.youtube.com/watch?v=5DOy7Kk_G7E&amp;t=13s </w:t>
      </w:r>
    </w:p>
    <w:p w:rsidR="001D1497" w:rsidRPr="001D1497" w:rsidRDefault="001D1497" w:rsidP="001D1497">
      <w:pPr>
        <w:rPr>
          <w:lang w:val="ru-RU"/>
        </w:rPr>
      </w:pPr>
      <w:r w:rsidRPr="00104FB1">
        <w:rPr>
          <w:sz w:val="24"/>
          <w:szCs w:val="24"/>
          <w:lang w:val="ru-RU"/>
        </w:rPr>
        <w:t>https://wordwall.net/ru/community</w:t>
      </w:r>
      <w:r w:rsidRPr="001D1497">
        <w:rPr>
          <w:lang w:val="ru-RU"/>
        </w:rPr>
        <w:t xml:space="preserve"> 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 xml:space="preserve">4 КЛАСС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https://prosv.ru/audio/section/spotlight.html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 xml:space="preserve">https://www.youtube.com/watch?v=0RuPdnqDGAQ&amp;t=1s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>https://wordwall.net/ru/community</w:t>
      </w:r>
    </w:p>
    <w:p w:rsidR="001D1497" w:rsidRPr="001D1497" w:rsidRDefault="001D1497" w:rsidP="001D1497">
      <w:pPr>
        <w:rPr>
          <w:lang w:val="ru-RU"/>
        </w:rPr>
      </w:pPr>
      <w:r w:rsidRPr="001D1497">
        <w:rPr>
          <w:lang w:val="ru-RU"/>
        </w:rPr>
        <w:t xml:space="preserve"> </w:t>
      </w:r>
    </w:p>
    <w:p w:rsidR="001D1497" w:rsidRPr="001D1497" w:rsidRDefault="001D1497" w:rsidP="001D1497">
      <w:pPr>
        <w:rPr>
          <w:lang w:val="ru-RU"/>
        </w:rPr>
      </w:pP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>МАТЕРИАЛЬНО-ТЕХНИЧЕСКОЕ ОБЕСПЕЧЕНИЕ ОБРАЗОВАТЕЛЬНОГО ПРОЦЕССА</w:t>
      </w:r>
    </w:p>
    <w:p w:rsidR="001D1497" w:rsidRPr="0055295C" w:rsidRDefault="001D1497" w:rsidP="001D1497">
      <w:pPr>
        <w:rPr>
          <w:b/>
          <w:lang w:val="ru-RU"/>
        </w:rPr>
      </w:pPr>
      <w:r w:rsidRPr="0055295C">
        <w:rPr>
          <w:b/>
          <w:lang w:val="ru-RU"/>
        </w:rPr>
        <w:t xml:space="preserve">УЧЕБНОЕ ОБОРУДОВАНИЕ </w:t>
      </w:r>
    </w:p>
    <w:p w:rsidR="001D1497" w:rsidRPr="00104FB1" w:rsidRDefault="001D1497" w:rsidP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>Интерактивная доска, принтер, документ-камера, проектор, компьютер или ноутбук.</w:t>
      </w:r>
    </w:p>
    <w:p w:rsidR="004D03EF" w:rsidRPr="00104FB1" w:rsidRDefault="001D1497">
      <w:pPr>
        <w:rPr>
          <w:sz w:val="24"/>
          <w:szCs w:val="24"/>
          <w:lang w:val="ru-RU"/>
        </w:rPr>
      </w:pPr>
      <w:r w:rsidRPr="00104FB1">
        <w:rPr>
          <w:sz w:val="24"/>
          <w:szCs w:val="24"/>
          <w:lang w:val="ru-RU"/>
        </w:rPr>
        <w:t>ОБОРУДОВАНИЕ ДЛЯ ПРОВЕДЕНИЯ ПРАКТИЧЕСКИХ РАБОТ Отдельно оборудования для проведения практических работ не требуется.</w:t>
      </w:r>
    </w:p>
    <w:p w:rsidR="004D03EF" w:rsidRDefault="004D03EF">
      <w:pPr>
        <w:rPr>
          <w:lang w:val="ru-RU"/>
        </w:rPr>
      </w:pPr>
    </w:p>
    <w:p w:rsidR="006B6F89" w:rsidRDefault="006B6F89">
      <w:pPr>
        <w:rPr>
          <w:lang w:val="ru-RU"/>
        </w:rPr>
      </w:pPr>
    </w:p>
    <w:p w:rsidR="006B6F89" w:rsidRDefault="006B6F89">
      <w:pPr>
        <w:rPr>
          <w:lang w:val="ru-RU"/>
        </w:rPr>
      </w:pPr>
    </w:p>
    <w:p w:rsidR="004D03EF" w:rsidRDefault="004D03EF">
      <w:pPr>
        <w:rPr>
          <w:lang w:val="ru-RU"/>
        </w:rPr>
      </w:pPr>
    </w:p>
    <w:p w:rsidR="004D03EF" w:rsidRDefault="004D03EF">
      <w:pPr>
        <w:rPr>
          <w:lang w:val="ru-RU"/>
        </w:rPr>
      </w:pPr>
    </w:p>
    <w:p w:rsidR="004D03EF" w:rsidRDefault="004D03EF">
      <w:pPr>
        <w:rPr>
          <w:lang w:val="ru-RU"/>
        </w:rPr>
      </w:pPr>
    </w:p>
    <w:p w:rsidR="004D03EF" w:rsidRDefault="004D03EF">
      <w:pPr>
        <w:rPr>
          <w:lang w:val="ru-RU"/>
        </w:rPr>
      </w:pPr>
    </w:p>
    <w:p w:rsidR="004D03EF" w:rsidRDefault="004D03EF">
      <w:pPr>
        <w:rPr>
          <w:lang w:val="ru-RU"/>
        </w:rPr>
      </w:pPr>
    </w:p>
    <w:p w:rsidR="004D03EF" w:rsidRDefault="004D03EF">
      <w:pPr>
        <w:rPr>
          <w:lang w:val="ru-RU"/>
        </w:rPr>
      </w:pPr>
    </w:p>
    <w:p w:rsidR="004D03EF" w:rsidRDefault="004D03EF">
      <w:pPr>
        <w:rPr>
          <w:lang w:val="ru-RU"/>
        </w:rPr>
      </w:pPr>
    </w:p>
    <w:p w:rsidR="006B6F89" w:rsidRDefault="006B6F89">
      <w:pPr>
        <w:rPr>
          <w:lang w:val="ru-RU"/>
        </w:rPr>
      </w:pPr>
    </w:p>
    <w:p w:rsidR="00863BFF" w:rsidRDefault="00863BFF">
      <w:pPr>
        <w:rPr>
          <w:lang w:val="ru-RU"/>
        </w:rPr>
      </w:pPr>
    </w:p>
    <w:p w:rsidR="00247A9E" w:rsidRPr="006F1617" w:rsidRDefault="00247A9E">
      <w:pPr>
        <w:rPr>
          <w:lang w:val="ru-RU"/>
        </w:rPr>
        <w:sectPr w:rsidR="00247A9E" w:rsidRPr="006F1617" w:rsidSect="00B62BE5">
          <w:pgSz w:w="16840" w:h="11900" w:orient="landscape"/>
          <w:pgMar w:top="28" w:right="666" w:bottom="282" w:left="640" w:header="720" w:footer="720" w:gutter="0"/>
          <w:cols w:space="720" w:equalWidth="0">
            <w:col w:w="15892" w:space="0"/>
          </w:cols>
          <w:docGrid w:linePitch="360"/>
        </w:sectPr>
      </w:pPr>
    </w:p>
    <w:p w:rsidR="00C83FC4" w:rsidRPr="00C83FC4" w:rsidRDefault="00C83FC4" w:rsidP="00CD2511">
      <w:pPr>
        <w:autoSpaceDE w:val="0"/>
        <w:autoSpaceDN w:val="0"/>
        <w:spacing w:before="322" w:after="0" w:line="262" w:lineRule="auto"/>
        <w:ind w:right="144"/>
        <w:rPr>
          <w:lang w:val="ru-RU"/>
        </w:rPr>
      </w:pPr>
    </w:p>
    <w:sectPr w:rsidR="00C83FC4" w:rsidRPr="00C83FC4" w:rsidSect="00CD2511">
      <w:pgSz w:w="16840" w:h="11900" w:orient="landscape"/>
      <w:pgMar w:top="340" w:right="666" w:bottom="0" w:left="640" w:header="720" w:footer="720" w:gutter="0"/>
      <w:cols w:space="720" w:equalWidth="0">
        <w:col w:w="1617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C1F238D"/>
    <w:multiLevelType w:val="multilevel"/>
    <w:tmpl w:val="1576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0FF55741"/>
    <w:multiLevelType w:val="multilevel"/>
    <w:tmpl w:val="302A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7C43ACA"/>
    <w:multiLevelType w:val="multilevel"/>
    <w:tmpl w:val="10E0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B830CB8"/>
    <w:multiLevelType w:val="multilevel"/>
    <w:tmpl w:val="4682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2F814F0"/>
    <w:multiLevelType w:val="multilevel"/>
    <w:tmpl w:val="C082B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FA72291"/>
    <w:multiLevelType w:val="multilevel"/>
    <w:tmpl w:val="96A8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2A02B1E"/>
    <w:multiLevelType w:val="multilevel"/>
    <w:tmpl w:val="D44E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5034635"/>
    <w:multiLevelType w:val="multilevel"/>
    <w:tmpl w:val="4D98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58D3E3D"/>
    <w:multiLevelType w:val="multilevel"/>
    <w:tmpl w:val="CD3A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4446356"/>
    <w:multiLevelType w:val="multilevel"/>
    <w:tmpl w:val="700A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5720EB3"/>
    <w:multiLevelType w:val="multilevel"/>
    <w:tmpl w:val="3F9C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FAE3966"/>
    <w:multiLevelType w:val="multilevel"/>
    <w:tmpl w:val="942A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1341CF2"/>
    <w:multiLevelType w:val="multilevel"/>
    <w:tmpl w:val="5C8E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4B77089"/>
    <w:multiLevelType w:val="multilevel"/>
    <w:tmpl w:val="1388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9AA4B64"/>
    <w:multiLevelType w:val="multilevel"/>
    <w:tmpl w:val="09C2B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F510EC7"/>
    <w:multiLevelType w:val="multilevel"/>
    <w:tmpl w:val="2DBE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0"/>
  </w:num>
  <w:num w:numId="11">
    <w:abstractNumId w:val="9"/>
  </w:num>
  <w:num w:numId="12">
    <w:abstractNumId w:val="19"/>
  </w:num>
  <w:num w:numId="13">
    <w:abstractNumId w:val="15"/>
  </w:num>
  <w:num w:numId="14">
    <w:abstractNumId w:val="10"/>
  </w:num>
  <w:num w:numId="15">
    <w:abstractNumId w:val="23"/>
  </w:num>
  <w:num w:numId="16">
    <w:abstractNumId w:val="11"/>
  </w:num>
  <w:num w:numId="17">
    <w:abstractNumId w:val="22"/>
  </w:num>
  <w:num w:numId="18">
    <w:abstractNumId w:val="13"/>
  </w:num>
  <w:num w:numId="19">
    <w:abstractNumId w:val="21"/>
  </w:num>
  <w:num w:numId="20">
    <w:abstractNumId w:val="18"/>
  </w:num>
  <w:num w:numId="21">
    <w:abstractNumId w:val="24"/>
  </w:num>
  <w:num w:numId="22">
    <w:abstractNumId w:val="12"/>
  </w:num>
  <w:num w:numId="23">
    <w:abstractNumId w:val="14"/>
  </w:num>
  <w:num w:numId="24">
    <w:abstractNumId w:val="17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003FB"/>
    <w:rsid w:val="00011383"/>
    <w:rsid w:val="00012A17"/>
    <w:rsid w:val="0001612A"/>
    <w:rsid w:val="0002758C"/>
    <w:rsid w:val="000331F5"/>
    <w:rsid w:val="00034616"/>
    <w:rsid w:val="00035234"/>
    <w:rsid w:val="0006063C"/>
    <w:rsid w:val="0006064C"/>
    <w:rsid w:val="000658A4"/>
    <w:rsid w:val="000A4B94"/>
    <w:rsid w:val="000D485A"/>
    <w:rsid w:val="000D5D6D"/>
    <w:rsid w:val="000E166E"/>
    <w:rsid w:val="000E55BF"/>
    <w:rsid w:val="000F7B2A"/>
    <w:rsid w:val="00102B25"/>
    <w:rsid w:val="00104FB1"/>
    <w:rsid w:val="00116CA6"/>
    <w:rsid w:val="001311B4"/>
    <w:rsid w:val="0014111A"/>
    <w:rsid w:val="0015074B"/>
    <w:rsid w:val="001519BA"/>
    <w:rsid w:val="00154661"/>
    <w:rsid w:val="001616B2"/>
    <w:rsid w:val="001621DF"/>
    <w:rsid w:val="0016353E"/>
    <w:rsid w:val="00165F2A"/>
    <w:rsid w:val="0017085B"/>
    <w:rsid w:val="001972F9"/>
    <w:rsid w:val="001A1AC2"/>
    <w:rsid w:val="001A63D1"/>
    <w:rsid w:val="001D1497"/>
    <w:rsid w:val="001D20F2"/>
    <w:rsid w:val="001E32A6"/>
    <w:rsid w:val="001E3E59"/>
    <w:rsid w:val="001F374F"/>
    <w:rsid w:val="002049A2"/>
    <w:rsid w:val="00226E15"/>
    <w:rsid w:val="002439CD"/>
    <w:rsid w:val="00246603"/>
    <w:rsid w:val="00247A9E"/>
    <w:rsid w:val="00250413"/>
    <w:rsid w:val="002513C8"/>
    <w:rsid w:val="002622ED"/>
    <w:rsid w:val="00267A93"/>
    <w:rsid w:val="002712A0"/>
    <w:rsid w:val="00281D8B"/>
    <w:rsid w:val="00287622"/>
    <w:rsid w:val="00295FA1"/>
    <w:rsid w:val="0029639D"/>
    <w:rsid w:val="0029719F"/>
    <w:rsid w:val="002A786C"/>
    <w:rsid w:val="002B38FF"/>
    <w:rsid w:val="002B3BFF"/>
    <w:rsid w:val="002B5E95"/>
    <w:rsid w:val="002C58E8"/>
    <w:rsid w:val="002C6C3E"/>
    <w:rsid w:val="002E15B8"/>
    <w:rsid w:val="002E67DB"/>
    <w:rsid w:val="002F1786"/>
    <w:rsid w:val="002F6EB5"/>
    <w:rsid w:val="002F79E5"/>
    <w:rsid w:val="003068B0"/>
    <w:rsid w:val="00321D00"/>
    <w:rsid w:val="00326F90"/>
    <w:rsid w:val="00333040"/>
    <w:rsid w:val="003337C4"/>
    <w:rsid w:val="0033552D"/>
    <w:rsid w:val="00345D44"/>
    <w:rsid w:val="00345DA6"/>
    <w:rsid w:val="00367F58"/>
    <w:rsid w:val="003A369D"/>
    <w:rsid w:val="003B50BF"/>
    <w:rsid w:val="003D2CF4"/>
    <w:rsid w:val="0041176A"/>
    <w:rsid w:val="00412624"/>
    <w:rsid w:val="00412D97"/>
    <w:rsid w:val="00413322"/>
    <w:rsid w:val="004150B9"/>
    <w:rsid w:val="00425628"/>
    <w:rsid w:val="004356B8"/>
    <w:rsid w:val="004532AE"/>
    <w:rsid w:val="00455000"/>
    <w:rsid w:val="004560C3"/>
    <w:rsid w:val="004656E9"/>
    <w:rsid w:val="0048437F"/>
    <w:rsid w:val="00496159"/>
    <w:rsid w:val="004963D2"/>
    <w:rsid w:val="004A28A5"/>
    <w:rsid w:val="004A4AAE"/>
    <w:rsid w:val="004B2A95"/>
    <w:rsid w:val="004B2FD4"/>
    <w:rsid w:val="004D03EF"/>
    <w:rsid w:val="004D2C1E"/>
    <w:rsid w:val="004D4004"/>
    <w:rsid w:val="004E16D2"/>
    <w:rsid w:val="004F2DA7"/>
    <w:rsid w:val="00506F47"/>
    <w:rsid w:val="00511DD3"/>
    <w:rsid w:val="00515501"/>
    <w:rsid w:val="00525854"/>
    <w:rsid w:val="00530F66"/>
    <w:rsid w:val="0053588E"/>
    <w:rsid w:val="00537DF3"/>
    <w:rsid w:val="0055295C"/>
    <w:rsid w:val="00575418"/>
    <w:rsid w:val="00592DDF"/>
    <w:rsid w:val="005A3782"/>
    <w:rsid w:val="005D10D9"/>
    <w:rsid w:val="005D3DDA"/>
    <w:rsid w:val="005E2D66"/>
    <w:rsid w:val="005E709E"/>
    <w:rsid w:val="00611A68"/>
    <w:rsid w:val="00614CF9"/>
    <w:rsid w:val="006223C4"/>
    <w:rsid w:val="00626D73"/>
    <w:rsid w:val="00635289"/>
    <w:rsid w:val="00647321"/>
    <w:rsid w:val="0066143F"/>
    <w:rsid w:val="00663274"/>
    <w:rsid w:val="00664C9B"/>
    <w:rsid w:val="00664E3E"/>
    <w:rsid w:val="006739C9"/>
    <w:rsid w:val="006A682C"/>
    <w:rsid w:val="006B6F89"/>
    <w:rsid w:val="006F1617"/>
    <w:rsid w:val="00722A41"/>
    <w:rsid w:val="007255E3"/>
    <w:rsid w:val="007313FF"/>
    <w:rsid w:val="00737E26"/>
    <w:rsid w:val="0075258D"/>
    <w:rsid w:val="00755193"/>
    <w:rsid w:val="00792432"/>
    <w:rsid w:val="007929A4"/>
    <w:rsid w:val="00793B6E"/>
    <w:rsid w:val="007A023A"/>
    <w:rsid w:val="007A5DE6"/>
    <w:rsid w:val="007A7A7B"/>
    <w:rsid w:val="007B360A"/>
    <w:rsid w:val="007B5427"/>
    <w:rsid w:val="007C1411"/>
    <w:rsid w:val="007D3E6E"/>
    <w:rsid w:val="007E252A"/>
    <w:rsid w:val="007F195B"/>
    <w:rsid w:val="00804F97"/>
    <w:rsid w:val="00816E9B"/>
    <w:rsid w:val="00830C34"/>
    <w:rsid w:val="0083115A"/>
    <w:rsid w:val="00840BD1"/>
    <w:rsid w:val="00863BFF"/>
    <w:rsid w:val="008645AC"/>
    <w:rsid w:val="00866EE8"/>
    <w:rsid w:val="0089184F"/>
    <w:rsid w:val="00892966"/>
    <w:rsid w:val="00897723"/>
    <w:rsid w:val="008B1805"/>
    <w:rsid w:val="008B4D9A"/>
    <w:rsid w:val="008D6F62"/>
    <w:rsid w:val="008E7FAC"/>
    <w:rsid w:val="0090069A"/>
    <w:rsid w:val="00901741"/>
    <w:rsid w:val="009326AA"/>
    <w:rsid w:val="00932F0D"/>
    <w:rsid w:val="00937069"/>
    <w:rsid w:val="009416B3"/>
    <w:rsid w:val="0094448F"/>
    <w:rsid w:val="00950346"/>
    <w:rsid w:val="00990835"/>
    <w:rsid w:val="009A2040"/>
    <w:rsid w:val="009A75DF"/>
    <w:rsid w:val="009B457E"/>
    <w:rsid w:val="009B5D2B"/>
    <w:rsid w:val="009B7C19"/>
    <w:rsid w:val="009D128A"/>
    <w:rsid w:val="009D44FE"/>
    <w:rsid w:val="00A00812"/>
    <w:rsid w:val="00A026E2"/>
    <w:rsid w:val="00A04FB0"/>
    <w:rsid w:val="00A27842"/>
    <w:rsid w:val="00A71996"/>
    <w:rsid w:val="00A77479"/>
    <w:rsid w:val="00AA1D8D"/>
    <w:rsid w:val="00AA5E21"/>
    <w:rsid w:val="00AB2B5B"/>
    <w:rsid w:val="00AB6F51"/>
    <w:rsid w:val="00AD5BED"/>
    <w:rsid w:val="00AE1746"/>
    <w:rsid w:val="00AE57D1"/>
    <w:rsid w:val="00AF7F27"/>
    <w:rsid w:val="00B06192"/>
    <w:rsid w:val="00B12C3C"/>
    <w:rsid w:val="00B20065"/>
    <w:rsid w:val="00B20BE0"/>
    <w:rsid w:val="00B27F96"/>
    <w:rsid w:val="00B30B07"/>
    <w:rsid w:val="00B31457"/>
    <w:rsid w:val="00B44860"/>
    <w:rsid w:val="00B45462"/>
    <w:rsid w:val="00B47730"/>
    <w:rsid w:val="00B61FF8"/>
    <w:rsid w:val="00B62BE5"/>
    <w:rsid w:val="00B65BA5"/>
    <w:rsid w:val="00B70B89"/>
    <w:rsid w:val="00B72F79"/>
    <w:rsid w:val="00B8266C"/>
    <w:rsid w:val="00BA1BAA"/>
    <w:rsid w:val="00BB3F95"/>
    <w:rsid w:val="00BB7641"/>
    <w:rsid w:val="00BE186A"/>
    <w:rsid w:val="00BF0DF3"/>
    <w:rsid w:val="00BF7BCF"/>
    <w:rsid w:val="00C119AA"/>
    <w:rsid w:val="00C20472"/>
    <w:rsid w:val="00C424C7"/>
    <w:rsid w:val="00C450CD"/>
    <w:rsid w:val="00C4513F"/>
    <w:rsid w:val="00C62BC8"/>
    <w:rsid w:val="00C73654"/>
    <w:rsid w:val="00C83FC4"/>
    <w:rsid w:val="00CB0664"/>
    <w:rsid w:val="00CB27E6"/>
    <w:rsid w:val="00CC63C3"/>
    <w:rsid w:val="00CC71BB"/>
    <w:rsid w:val="00CD2511"/>
    <w:rsid w:val="00CD42EC"/>
    <w:rsid w:val="00CD69BE"/>
    <w:rsid w:val="00CE2DB4"/>
    <w:rsid w:val="00CE5ADA"/>
    <w:rsid w:val="00CF4AF4"/>
    <w:rsid w:val="00D14CD1"/>
    <w:rsid w:val="00D20F1C"/>
    <w:rsid w:val="00D218E8"/>
    <w:rsid w:val="00D2620E"/>
    <w:rsid w:val="00D3747A"/>
    <w:rsid w:val="00D40B53"/>
    <w:rsid w:val="00D4710D"/>
    <w:rsid w:val="00D471BD"/>
    <w:rsid w:val="00D52114"/>
    <w:rsid w:val="00D61EA8"/>
    <w:rsid w:val="00D66779"/>
    <w:rsid w:val="00D705C6"/>
    <w:rsid w:val="00D90204"/>
    <w:rsid w:val="00DC1154"/>
    <w:rsid w:val="00DC48F7"/>
    <w:rsid w:val="00DC529B"/>
    <w:rsid w:val="00DD2A91"/>
    <w:rsid w:val="00DE4140"/>
    <w:rsid w:val="00E01967"/>
    <w:rsid w:val="00E02EFE"/>
    <w:rsid w:val="00E10A7A"/>
    <w:rsid w:val="00E1113E"/>
    <w:rsid w:val="00E17DDF"/>
    <w:rsid w:val="00E45356"/>
    <w:rsid w:val="00E45E5B"/>
    <w:rsid w:val="00E843F8"/>
    <w:rsid w:val="00E86B3E"/>
    <w:rsid w:val="00EB3596"/>
    <w:rsid w:val="00ED22FB"/>
    <w:rsid w:val="00EE6344"/>
    <w:rsid w:val="00EF1392"/>
    <w:rsid w:val="00EF6257"/>
    <w:rsid w:val="00EF76A1"/>
    <w:rsid w:val="00F000D3"/>
    <w:rsid w:val="00F01A07"/>
    <w:rsid w:val="00F07250"/>
    <w:rsid w:val="00F16101"/>
    <w:rsid w:val="00F1661D"/>
    <w:rsid w:val="00F17202"/>
    <w:rsid w:val="00F17B2A"/>
    <w:rsid w:val="00F22A93"/>
    <w:rsid w:val="00F440A6"/>
    <w:rsid w:val="00F46FC8"/>
    <w:rsid w:val="00F516CA"/>
    <w:rsid w:val="00F523A6"/>
    <w:rsid w:val="00F67E28"/>
    <w:rsid w:val="00F70E75"/>
    <w:rsid w:val="00F8627E"/>
    <w:rsid w:val="00F94FF3"/>
    <w:rsid w:val="00FA718A"/>
    <w:rsid w:val="00FB71DB"/>
    <w:rsid w:val="00FC693F"/>
    <w:rsid w:val="00FD447A"/>
    <w:rsid w:val="00FE4BEE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2758C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14">
    <w:name w:val="c14"/>
    <w:basedOn w:val="a2"/>
    <w:rsid w:val="000E166E"/>
  </w:style>
  <w:style w:type="paragraph" w:styleId="aff8">
    <w:name w:val="Balloon Text"/>
    <w:basedOn w:val="a1"/>
    <w:link w:val="aff9"/>
    <w:uiPriority w:val="99"/>
    <w:semiHidden/>
    <w:unhideWhenUsed/>
    <w:rsid w:val="00B62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62BE5"/>
    <w:rPr>
      <w:rFonts w:ascii="Tahoma" w:hAnsi="Tahoma" w:cs="Tahoma"/>
      <w:sz w:val="16"/>
      <w:szCs w:val="16"/>
    </w:rPr>
  </w:style>
  <w:style w:type="character" w:styleId="affa">
    <w:name w:val="Hyperlink"/>
    <w:basedOn w:val="a2"/>
    <w:uiPriority w:val="99"/>
    <w:unhideWhenUsed/>
    <w:rsid w:val="004E1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3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19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1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83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72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60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75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42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92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72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97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01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044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862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38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913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13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7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9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80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24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878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13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46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22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939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3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81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9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04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74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10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63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24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8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74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10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95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08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2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68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9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57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08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7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43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51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08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37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09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35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9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33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57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622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85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89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3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240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53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3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07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26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3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63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32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85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41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27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28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46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22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87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6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942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89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87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992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43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12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6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8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24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92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85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4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105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729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8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706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78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50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1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46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77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16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66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80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94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702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52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59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1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93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1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543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4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39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37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589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6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0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8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01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5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14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82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530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69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47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11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478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56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999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70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83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9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45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5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717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01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262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5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88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50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8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15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687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97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48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77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715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30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53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8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33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10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4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93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73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690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4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730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21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71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77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63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8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15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81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97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36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26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606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03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13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590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21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435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6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78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8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65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24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61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22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17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35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82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94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48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0392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1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82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1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53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073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52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80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70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9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50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9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5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8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46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54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64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74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983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8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714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3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66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39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70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61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612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55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888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35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766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69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69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48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52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00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81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7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24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65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044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31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7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24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25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7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61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92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29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551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31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47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41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31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92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19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1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65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08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731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19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25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03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610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80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1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9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12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11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962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87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74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05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54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74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828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49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02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3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23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8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722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0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882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8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811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35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612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62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553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54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80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494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11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824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94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1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55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91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753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3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ebnik.mos.ru/catalogue?subject_program_ids=31937263,31937310,31937249" TargetMode="External"/><Relationship Id="rId18" Type="http://schemas.openxmlformats.org/officeDocument/2006/relationships/hyperlink" Target="https://uchebnik.mos.ru/catalogue?subject_program_ids=31937263,31937310,31937249" TargetMode="External"/><Relationship Id="rId26" Type="http://schemas.openxmlformats.org/officeDocument/2006/relationships/hyperlink" Target="https://uchebnik.mos.ru/catalogue?subject_program_ids=31937263,31937310,31937249" TargetMode="External"/><Relationship Id="rId39" Type="http://schemas.openxmlformats.org/officeDocument/2006/relationships/hyperlink" Target="https://uchebnik.mos.ru/catalogue?subject_program_ids=31937263,31937310,31937249" TargetMode="External"/><Relationship Id="rId21" Type="http://schemas.openxmlformats.org/officeDocument/2006/relationships/hyperlink" Target="https://uchebnik.mos.ru/catalogue?subject_program_ids=31937263,31937310,31937249" TargetMode="External"/><Relationship Id="rId34" Type="http://schemas.openxmlformats.org/officeDocument/2006/relationships/hyperlink" Target="https://uchebnik.mos.ru/catalogue?subject_program_ids=31937263,31937310,31937249" TargetMode="External"/><Relationship Id="rId42" Type="http://schemas.openxmlformats.org/officeDocument/2006/relationships/hyperlink" Target="https://uchebnik.mos.ru/catalogue?subject_program_ids=31937263,31937310,31937249" TargetMode="External"/><Relationship Id="rId47" Type="http://schemas.openxmlformats.org/officeDocument/2006/relationships/hyperlink" Target="https://uchebnik.mos.ru/catalogue?subject_program_ids=31937263,31937310,31937249" TargetMode="External"/><Relationship Id="rId50" Type="http://schemas.openxmlformats.org/officeDocument/2006/relationships/hyperlink" Target="https://uchebnik.mos.ru/catalogue?subject_program_ids=31937263,31937310,31937249" TargetMode="External"/><Relationship Id="rId55" Type="http://schemas.openxmlformats.org/officeDocument/2006/relationships/hyperlink" Target="https://uchebnik.mos.ru/catalogue?subject_program_ids=31937263,31937310,31937249" TargetMode="External"/><Relationship Id="rId63" Type="http://schemas.openxmlformats.org/officeDocument/2006/relationships/hyperlink" Target="https://uchebnik.mos.ru/catalogue?subject_program_ids=31937263,31937310,31937249" TargetMode="External"/><Relationship Id="rId68" Type="http://schemas.openxmlformats.org/officeDocument/2006/relationships/hyperlink" Target="https://uchebnik.mos.ru/catalogue?subject_program_ids=31937263,31937310,31937249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uchebnik.mos.ru/catalogue?subject_program_ids=31937263,31937310,31937249" TargetMode="External"/><Relationship Id="rId71" Type="http://schemas.openxmlformats.org/officeDocument/2006/relationships/hyperlink" Target="https://uchebnik.mos.ru/catalogue?subject_program_ids=31937263,31937310,3193724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chebnik.mos.ru/catalogue?subject_program_ids=31937263,31937310,31937249" TargetMode="External"/><Relationship Id="rId29" Type="http://schemas.openxmlformats.org/officeDocument/2006/relationships/hyperlink" Target="https://uchebnik.mos.ru/catalogue?subject_program_ids=31937263,31937310,31937249" TargetMode="External"/><Relationship Id="rId11" Type="http://schemas.openxmlformats.org/officeDocument/2006/relationships/hyperlink" Target="https://uchebnik.mos.ru/catalogue?subject_program_ids=31937263,31937310,31937249" TargetMode="External"/><Relationship Id="rId24" Type="http://schemas.openxmlformats.org/officeDocument/2006/relationships/hyperlink" Target="https://uchebnik.mos.ru/catalogue?subject_program_ids=31937263,31937310,31937249" TargetMode="External"/><Relationship Id="rId32" Type="http://schemas.openxmlformats.org/officeDocument/2006/relationships/hyperlink" Target="https://uchebnik.mos.ru/catalogue?subject_program_ids=31937263,31937310,31937249" TargetMode="External"/><Relationship Id="rId37" Type="http://schemas.openxmlformats.org/officeDocument/2006/relationships/hyperlink" Target="https://uchebnik.mos.ru/catalogue?subject_program_ids=31937263,31937310,31937249" TargetMode="External"/><Relationship Id="rId40" Type="http://schemas.openxmlformats.org/officeDocument/2006/relationships/hyperlink" Target="https://uchebnik.mos.ru/catalogue?subject_program_ids=31937263,31937310,31937249" TargetMode="External"/><Relationship Id="rId45" Type="http://schemas.openxmlformats.org/officeDocument/2006/relationships/hyperlink" Target="https://uchebnik.mos.ru/catalogue?subject_program_ids=31937263,31937310,31937249" TargetMode="External"/><Relationship Id="rId53" Type="http://schemas.openxmlformats.org/officeDocument/2006/relationships/hyperlink" Target="https://uchebnik.mos.ru/catalogue?subject_program_ids=31937263,31937310,31937249" TargetMode="External"/><Relationship Id="rId58" Type="http://schemas.openxmlformats.org/officeDocument/2006/relationships/hyperlink" Target="https://uchebnik.mos.ru/catalogue?subject_program_ids=31937263,31937310,31937249" TargetMode="External"/><Relationship Id="rId66" Type="http://schemas.openxmlformats.org/officeDocument/2006/relationships/hyperlink" Target="https://uchebnik.mos.ru/catalogue?subject_program_ids=31937263,31937310,31937249" TargetMode="External"/><Relationship Id="rId74" Type="http://schemas.openxmlformats.org/officeDocument/2006/relationships/hyperlink" Target="https://uchebnik.mos.ru/catalogue?subject_program_ids=31937263,31937310,3193724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chebnik.mos.ru/catalogue?subject_program_ids=31937263,31937310,31937249" TargetMode="External"/><Relationship Id="rId23" Type="http://schemas.openxmlformats.org/officeDocument/2006/relationships/hyperlink" Target="https://uchebnik.mos.ru/catalogue?subject_program_ids=31937263,31937310,31937249" TargetMode="External"/><Relationship Id="rId28" Type="http://schemas.openxmlformats.org/officeDocument/2006/relationships/hyperlink" Target="https://uchebnik.mos.ru/catalogue?subject_program_ids=31937263,31937310,31937249" TargetMode="External"/><Relationship Id="rId36" Type="http://schemas.openxmlformats.org/officeDocument/2006/relationships/hyperlink" Target="https://uchebnik.mos.ru/catalogue?subject_program_ids=31937263,31937310,31937249" TargetMode="External"/><Relationship Id="rId49" Type="http://schemas.openxmlformats.org/officeDocument/2006/relationships/hyperlink" Target="https://uchebnik.mos.ru/catalogue?subject_program_ids=31937263,31937310,31937249" TargetMode="External"/><Relationship Id="rId57" Type="http://schemas.openxmlformats.org/officeDocument/2006/relationships/hyperlink" Target="https://uchebnik.mos.ru/catalogue?subject_program_ids=31937263,31937310,31937249" TargetMode="External"/><Relationship Id="rId61" Type="http://schemas.openxmlformats.org/officeDocument/2006/relationships/hyperlink" Target="https://uchebnik.mos.ru/catalogue?subject_program_ids=31937263,31937310,31937249" TargetMode="External"/><Relationship Id="rId10" Type="http://schemas.openxmlformats.org/officeDocument/2006/relationships/hyperlink" Target="https://uchebnik.mos.ru/catalogue?subject_program_ids=31937263,31937310,31937249" TargetMode="External"/><Relationship Id="rId19" Type="http://schemas.openxmlformats.org/officeDocument/2006/relationships/hyperlink" Target="https://uchebnik.mos.ru/catalogue?subject_program_ids=31937263,31937310,31937249" TargetMode="External"/><Relationship Id="rId31" Type="http://schemas.openxmlformats.org/officeDocument/2006/relationships/hyperlink" Target="https://uchebnik.mos.ru/catalogue?subject_program_ids=31937263,31937310,31937249" TargetMode="External"/><Relationship Id="rId44" Type="http://schemas.openxmlformats.org/officeDocument/2006/relationships/hyperlink" Target="https://uchebnik.mos.ru/catalogue?subject_program_ids=31937263,31937310,31937249" TargetMode="External"/><Relationship Id="rId52" Type="http://schemas.openxmlformats.org/officeDocument/2006/relationships/hyperlink" Target="https://uchebnik.mos.ru/catalogue?subject_program_ids=31937263,31937310,31937249" TargetMode="External"/><Relationship Id="rId60" Type="http://schemas.openxmlformats.org/officeDocument/2006/relationships/hyperlink" Target="https://uchebnik.mos.ru/catalogue?subject_program_ids=31937263,31937310,31937249" TargetMode="External"/><Relationship Id="rId65" Type="http://schemas.openxmlformats.org/officeDocument/2006/relationships/hyperlink" Target="https://uchebnik.mos.ru/catalogue?subject_program_ids=31937263,31937310,31937249" TargetMode="External"/><Relationship Id="rId73" Type="http://schemas.openxmlformats.org/officeDocument/2006/relationships/hyperlink" Target="https://uchebnik.mos.ru/catalogue?subject_program_ids=31937263,31937310,3193724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chebnik.mos.ru/catalogue?subject_program_ids=31937263,31937310,31937249" TargetMode="External"/><Relationship Id="rId14" Type="http://schemas.openxmlformats.org/officeDocument/2006/relationships/hyperlink" Target="https://uchebnik.mos.ru/catalogue?subject_program_ids=31937263,31937310,31937249" TargetMode="External"/><Relationship Id="rId22" Type="http://schemas.openxmlformats.org/officeDocument/2006/relationships/hyperlink" Target="https://uchebnik.mos.ru/catalogue?subject_program_ids=31937263,31937310,31937249" TargetMode="External"/><Relationship Id="rId27" Type="http://schemas.openxmlformats.org/officeDocument/2006/relationships/hyperlink" Target="https://uchebnik.mos.ru/catalogue?subject_program_ids=31937263,31937310,31937249" TargetMode="External"/><Relationship Id="rId30" Type="http://schemas.openxmlformats.org/officeDocument/2006/relationships/hyperlink" Target="https://uchebnik.mos.ru/catalogue?subject_program_ids=31937263,31937310,31937249" TargetMode="External"/><Relationship Id="rId35" Type="http://schemas.openxmlformats.org/officeDocument/2006/relationships/hyperlink" Target="https://uchebnik.mos.ru/catalogue?subject_program_ids=31937263,31937310,31937249" TargetMode="External"/><Relationship Id="rId43" Type="http://schemas.openxmlformats.org/officeDocument/2006/relationships/hyperlink" Target="https://uchebnik.mos.ru/catalogue?subject_program_ids=31937263,31937310,31937249" TargetMode="External"/><Relationship Id="rId48" Type="http://schemas.openxmlformats.org/officeDocument/2006/relationships/hyperlink" Target="https://uchebnik.mos.ru/catalogue?subject_program_ids=31937263,31937310,31937249" TargetMode="External"/><Relationship Id="rId56" Type="http://schemas.openxmlformats.org/officeDocument/2006/relationships/hyperlink" Target="https://uchebnik.mos.ru/catalogue?subject_program_ids=31937263,31937310,31937249" TargetMode="External"/><Relationship Id="rId64" Type="http://schemas.openxmlformats.org/officeDocument/2006/relationships/hyperlink" Target="https://uchebnik.mos.ru/catalogue?subject_program_ids=31937263,31937310,31937249" TargetMode="External"/><Relationship Id="rId69" Type="http://schemas.openxmlformats.org/officeDocument/2006/relationships/hyperlink" Target="https://uchebnik.mos.ru/catalogue?subject_program_ids=31937263,31937310,31937249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uchebnik.mos.ru/catalogue?subject_program_ids=31937263,31937310,31937249" TargetMode="External"/><Relationship Id="rId51" Type="http://schemas.openxmlformats.org/officeDocument/2006/relationships/hyperlink" Target="https://uchebnik.mos.ru/catalogue?subject_program_ids=31937263,31937310,31937249" TargetMode="External"/><Relationship Id="rId72" Type="http://schemas.openxmlformats.org/officeDocument/2006/relationships/hyperlink" Target="https://uchebnik.mos.ru/catalogue?subject_program_ids=31937263,31937310,31937249" TargetMode="External"/><Relationship Id="rId3" Type="http://schemas.openxmlformats.org/officeDocument/2006/relationships/styles" Target="styles.xml"/><Relationship Id="rId12" Type="http://schemas.openxmlformats.org/officeDocument/2006/relationships/hyperlink" Target="https://uchebnik.mos.ru/catalogue?subject_program_ids=31937263,31937310,31937249" TargetMode="External"/><Relationship Id="rId17" Type="http://schemas.openxmlformats.org/officeDocument/2006/relationships/hyperlink" Target="https://uchebnik.mos.ru/catalogue?subject_program_ids=31937263,31937310,31937249" TargetMode="External"/><Relationship Id="rId25" Type="http://schemas.openxmlformats.org/officeDocument/2006/relationships/hyperlink" Target="https://uchebnik.mos.ru/catalogue?subject_program_ids=31937263,31937310,31937249" TargetMode="External"/><Relationship Id="rId33" Type="http://schemas.openxmlformats.org/officeDocument/2006/relationships/hyperlink" Target="https://uchebnik.mos.ru/catalogue?subject_program_ids=31937263,31937310,31937249" TargetMode="External"/><Relationship Id="rId38" Type="http://schemas.openxmlformats.org/officeDocument/2006/relationships/hyperlink" Target="https://uchebnik.mos.ru/catalogue?subject_program_ids=31937263,31937310,31937249" TargetMode="External"/><Relationship Id="rId46" Type="http://schemas.openxmlformats.org/officeDocument/2006/relationships/hyperlink" Target="https://uchebnik.mos.ru/catalogue?subject_program_ids=31937263,31937310,31937249" TargetMode="External"/><Relationship Id="rId59" Type="http://schemas.openxmlformats.org/officeDocument/2006/relationships/hyperlink" Target="https://uchebnik.mos.ru/catalogue?subject_program_ids=31937263,31937310,31937249" TargetMode="External"/><Relationship Id="rId67" Type="http://schemas.openxmlformats.org/officeDocument/2006/relationships/hyperlink" Target="https://uchebnik.mos.ru/catalogue?subject_program_ids=31937263,31937310,31937249" TargetMode="External"/><Relationship Id="rId20" Type="http://schemas.openxmlformats.org/officeDocument/2006/relationships/hyperlink" Target="https://uchebnik.mos.ru/catalogue?subject_program_ids=31937263,31937310,31937249" TargetMode="External"/><Relationship Id="rId41" Type="http://schemas.openxmlformats.org/officeDocument/2006/relationships/hyperlink" Target="https://uchebnik.mos.ru/catalogue?subject_program_ids=31937263,31937310,31937249" TargetMode="External"/><Relationship Id="rId54" Type="http://schemas.openxmlformats.org/officeDocument/2006/relationships/hyperlink" Target="https://uchebnik.mos.ru/catalogue?subject_program_ids=31937263,31937310,31937249" TargetMode="External"/><Relationship Id="rId62" Type="http://schemas.openxmlformats.org/officeDocument/2006/relationships/hyperlink" Target="https://uchebnik.mos.ru/catalogue?subject_program_ids=31937263,31937310,31937249" TargetMode="External"/><Relationship Id="rId70" Type="http://schemas.openxmlformats.org/officeDocument/2006/relationships/hyperlink" Target="https://uchebnik.mos.ru/catalogue?subject_program_ids=31937263,31937310,31937249" TargetMode="External"/><Relationship Id="rId75" Type="http://schemas.openxmlformats.org/officeDocument/2006/relationships/hyperlink" Target="https://uchebnik.mos.ru/catalogue?subject_program_ids=31937263,31937310,3193724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E3FF63-9840-43EF-B075-AFD3A53A3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1631</TotalTime>
  <Pages>59</Pages>
  <Words>18841</Words>
  <Characters>107397</Characters>
  <Application>Microsoft Office Word</Application>
  <DocSecurity>0</DocSecurity>
  <Lines>894</Lines>
  <Paragraphs>251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125987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197</cp:revision>
  <cp:lastPrinted>2023-08-21T15:56:00Z</cp:lastPrinted>
  <dcterms:created xsi:type="dcterms:W3CDTF">2013-12-23T23:15:00Z</dcterms:created>
  <dcterms:modified xsi:type="dcterms:W3CDTF">2026-09-02T18:31:00Z</dcterms:modified>
  <cp:category/>
</cp:coreProperties>
</file>